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D6448" w14:textId="77777777" w:rsidR="00345441" w:rsidRDefault="0084657B">
      <w:pPr>
        <w:keepNext/>
        <w:spacing w:before="150" w:after="150" w:line="300" w:lineRule="exact"/>
      </w:pPr>
      <w:r>
        <w:rPr>
          <w:rFonts w:eastAsia="Helvetica" w:cs="Helvetica"/>
          <w:color w:val="B31E8D"/>
          <w:sz w:val="27"/>
          <w:szCs w:val="21"/>
        </w:rPr>
        <w:t>Prodaja imovine u likvidaciji - 76</w:t>
      </w:r>
    </w:p>
    <w:p w14:paraId="29ECEF28" w14:textId="77777777" w:rsidR="00345441" w:rsidRDefault="0084657B">
      <w:pPr>
        <w:keepNext/>
        <w:spacing w:after="450" w:line="300" w:lineRule="exact"/>
      </w:pPr>
      <w:r>
        <w:rPr>
          <w:rFonts w:eastAsia="Helvetica" w:cs="Helvetica"/>
          <w:color w:val="333333"/>
          <w:szCs w:val="21"/>
        </w:rPr>
        <w:t>Kosovska agencija za privatizaciju zadužena je za privatizaciju društvenih preduzeća na Kosovu metodom spin-off i likvidacije. Investitori se pozivaju da putem otvorenog i konkurentnog tendera kupe imovinu određenih društvenih preduzeća navedenih u nastavku, koja su sada u likvidaciji.</w:t>
      </w:r>
    </w:p>
    <w:p w14:paraId="019F9293" w14:textId="77777777" w:rsidR="00345441" w:rsidRDefault="0084657B">
      <w:pPr>
        <w:keepNext/>
        <w:spacing w:after="150" w:line="300" w:lineRule="exact"/>
        <w:jc w:val="center"/>
      </w:pPr>
      <w:r>
        <w:rPr>
          <w:rFonts w:eastAsia="Helvetica" w:cs="Helvetica"/>
          <w:b/>
          <w:color w:val="333333"/>
          <w:szCs w:val="21"/>
        </w:rPr>
        <w:t>KOSOVSKA AGENCIJA ZA PRIVATIZACIJU OBJAVLJUJE 76. PRODAJU IMOVINE PREDUZEĆA U LIKVIDACIJI</w:t>
      </w:r>
    </w:p>
    <w:p w14:paraId="61C6B7FD" w14:textId="77777777" w:rsidR="00345441" w:rsidRDefault="0084657B">
      <w:pPr>
        <w:keepNext/>
        <w:spacing w:after="750" w:line="300" w:lineRule="exact"/>
        <w:jc w:val="center"/>
      </w:pPr>
      <w:r>
        <w:rPr>
          <w:rFonts w:eastAsia="Helvetica" w:cs="Helvetica"/>
          <w:b/>
          <w:color w:val="333333"/>
          <w:szCs w:val="21"/>
        </w:rPr>
        <w:t>Subjekti/jedinice navedeni u nastavku su pod nadležnošću KAP-a u skladu sa Zakonom br. 04/L-034 o Kosovskoj agenciji za privatizaciju.</w:t>
      </w:r>
    </w:p>
    <w:p w14:paraId="1F8D53A8" w14:textId="77777777" w:rsidR="00345441" w:rsidRDefault="00ED0DBE">
      <w:pPr>
        <w:keepNext/>
        <w:spacing w:after="150" w:line="300" w:lineRule="exact"/>
      </w:pPr>
      <w:hyperlink r:id="rId8">
        <w:r w:rsidR="0084657B">
          <w:rPr>
            <w:rFonts w:eastAsia="Helvetica" w:cs="Helvetica"/>
            <w:b/>
            <w:color w:val="B31E8D"/>
            <w:szCs w:val="21"/>
            <w:u w:val="single"/>
          </w:rPr>
          <w:t>Opšta pravila tendera - 2026</w:t>
        </w:r>
      </w:hyperlink>
    </w:p>
    <w:p w14:paraId="0BCF24CF" w14:textId="77777777" w:rsidR="00345441" w:rsidRDefault="00ED0DBE">
      <w:pPr>
        <w:keepNext/>
        <w:spacing w:after="450" w:line="300" w:lineRule="exact"/>
      </w:pPr>
      <w:hyperlink r:id="rId9">
        <w:r w:rsidR="0084657B">
          <w:rPr>
            <w:rFonts w:eastAsia="Helvetica" w:cs="Helvetica"/>
            <w:b/>
            <w:color w:val="B31E8D"/>
            <w:szCs w:val="21"/>
            <w:u w:val="single"/>
          </w:rPr>
          <w:t>Međunarodni transferi</w:t>
        </w:r>
      </w:hyperlink>
    </w:p>
    <w:p w14:paraId="24C3C555" w14:textId="77777777" w:rsidR="00345441" w:rsidRDefault="0084657B">
      <w:pPr>
        <w:keepNext/>
        <w:spacing w:after="150" w:line="300" w:lineRule="exact"/>
      </w:pPr>
      <w:r>
        <w:rPr>
          <w:rFonts w:eastAsia="Helvetica" w:cs="Helvetica"/>
          <w:b/>
          <w:color w:val="333333"/>
          <w:szCs w:val="21"/>
        </w:rPr>
        <w:t>Preuzmite sledeći OBRAZAC:</w:t>
      </w:r>
    </w:p>
    <w:p w14:paraId="05762733" w14:textId="77777777" w:rsidR="00345441" w:rsidRDefault="00ED0DBE">
      <w:pPr>
        <w:keepNext/>
        <w:spacing w:after="450" w:line="300" w:lineRule="exact"/>
      </w:pPr>
      <w:hyperlink r:id="rId10">
        <w:r w:rsidR="0084657B">
          <w:rPr>
            <w:rFonts w:eastAsia="Helvetica" w:cs="Helvetica"/>
            <w:b/>
            <w:color w:val="B31E8D"/>
            <w:szCs w:val="21"/>
            <w:u w:val="single"/>
          </w:rPr>
          <w:t>Kako pripremiti ponudu za predaju?</w:t>
        </w:r>
      </w:hyperlink>
      <w:r w:rsidR="0084657B">
        <w:rPr>
          <w:rFonts w:eastAsia="Helvetica" w:cs="Helvetica"/>
          <w:b/>
          <w:color w:val="333333"/>
          <w:szCs w:val="21"/>
        </w:rPr>
        <w:t xml:space="preserve"> - </w:t>
      </w:r>
      <w:hyperlink r:id="rId11">
        <w:r w:rsidR="0084657B">
          <w:rPr>
            <w:rFonts w:eastAsia="Helvetica" w:cs="Helvetica"/>
            <w:b/>
            <w:color w:val="B31E8D"/>
            <w:szCs w:val="21"/>
            <w:u w:val="single"/>
          </w:rPr>
          <w:t>Pogledajte video</w:t>
        </w:r>
      </w:hyperlink>
    </w:p>
    <w:p w14:paraId="20CA706C" w14:textId="77777777" w:rsidR="00345441" w:rsidRDefault="00ED0DBE">
      <w:pPr>
        <w:keepNext/>
        <w:spacing w:after="150" w:line="240" w:lineRule="auto"/>
      </w:pPr>
      <w:hyperlink r:id="rId12" w:tooltip="VERZIJA ZA ŠTAMPU">
        <w:r w:rsidR="0084657B">
          <w:rPr>
            <w:rFonts w:eastAsia="Helvetica" w:cs="Helvetica"/>
            <w:noProof/>
            <w:szCs w:val="21"/>
          </w:rPr>
          <w:drawing>
            <wp:inline distT="0" distB="0" distL="0" distR="0" wp14:anchorId="278F3DE2" wp14:editId="3D45D28E">
              <wp:extent cx="1000125" cy="381000"/>
              <wp:effectExtent l="0" t="0" r="0" b="0"/>
              <wp:docPr id="1" name="Picture 1" descr="VERZIJA ZA ŠTAMPU" title="VERZIJA ZA ŠTAMPU">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t_button.png"/>
                      <pic:cNvPicPr/>
                    </pic:nvPicPr>
                    <pic:blipFill>
                      <a:blip r:embed="rId13"/>
                      <a:stretch>
                        <a:fillRect/>
                      </a:stretch>
                    </pic:blipFill>
                    <pic:spPr>
                      <a:xfrm>
                        <a:off x="0" y="0"/>
                        <a:ext cx="1000125" cy="381000"/>
                      </a:xfrm>
                      <a:prstGeom prst="rect">
                        <a:avLst/>
                      </a:prstGeom>
                    </pic:spPr>
                  </pic:pic>
                </a:graphicData>
              </a:graphic>
            </wp:inline>
          </w:drawing>
        </w:r>
      </w:hyperlink>
      <w:r w:rsidR="0084657B">
        <w:rPr>
          <w:rFonts w:eastAsia="Helvetica" w:cs="Helvetica"/>
          <w:color w:val="333333"/>
          <w:szCs w:val="21"/>
        </w:rPr>
        <w:t xml:space="preserve"> Kliknite ovde:</w:t>
      </w:r>
    </w:p>
    <w:p w14:paraId="1147AF1C" w14:textId="77777777" w:rsidR="00345441" w:rsidRDefault="0084657B">
      <w:pPr>
        <w:keepNext/>
        <w:keepLines/>
        <w:spacing w:after="150"/>
        <w:jc w:val="center"/>
      </w:pPr>
      <w:r>
        <w:rPr>
          <w:rFonts w:eastAsia="Helvetica" w:cs="Helvetica"/>
          <w:b/>
          <w:color w:val="333333"/>
          <w:szCs w:val="21"/>
        </w:rPr>
        <w:t>Datum predaje i otvaranja ponuda je:</w:t>
      </w:r>
      <w:r>
        <w:rPr>
          <w:rFonts w:eastAsia="Helvetica" w:cs="Helvetica"/>
          <w:b/>
          <w:color w:val="333333"/>
          <w:szCs w:val="21"/>
        </w:rPr>
        <w:br/>
        <w:t>04. novembar 2026.</w:t>
      </w:r>
    </w:p>
    <w:p w14:paraId="061590C7" w14:textId="77777777" w:rsidR="00345441" w:rsidRDefault="0084657B">
      <w:pPr>
        <w:keepNext/>
        <w:keepLines/>
        <w:spacing w:after="150"/>
        <w:jc w:val="center"/>
      </w:pPr>
      <w:r>
        <w:rPr>
          <w:rFonts w:eastAsia="Helvetica" w:cs="Helvetica"/>
          <w:b/>
          <w:color w:val="333333"/>
          <w:szCs w:val="21"/>
        </w:rPr>
        <w:t>od</w:t>
      </w:r>
      <w:r>
        <w:rPr>
          <w:rFonts w:eastAsia="Helvetica" w:cs="Helvetica"/>
          <w:b/>
          <w:color w:val="333333"/>
          <w:szCs w:val="21"/>
        </w:rPr>
        <w:br/>
        <w:t>10:00 h -12:00 h</w:t>
      </w:r>
    </w:p>
    <w:p w14:paraId="045FE056" w14:textId="77777777" w:rsidR="00345441" w:rsidRDefault="0084657B">
      <w:pPr>
        <w:keepNext/>
        <w:keepLines/>
        <w:spacing w:after="150"/>
        <w:jc w:val="center"/>
      </w:pPr>
      <w:r>
        <w:rPr>
          <w:rFonts w:eastAsia="Helvetica" w:cs="Helvetica"/>
          <w:b/>
          <w:color w:val="333333"/>
          <w:szCs w:val="21"/>
        </w:rPr>
        <w:t>U hotelu Grand, Konferencijska sala, Priština</w:t>
      </w:r>
    </w:p>
    <w:p w14:paraId="6D2E0600" w14:textId="1CA016A2" w:rsidR="00345441" w:rsidRDefault="00ED0DBE">
      <w:pPr>
        <w:keepNext/>
        <w:keepLines/>
        <w:jc w:val="both"/>
      </w:pPr>
      <w:hyperlink r:id="rId14" w:tooltip="Otvori memorandum za jedinicu 001" w:history="1">
        <w:r w:rsidR="0084657B">
          <w:rPr>
            <w:rFonts w:eastAsia="Helvetica" w:cs="Helvetica"/>
            <w:b/>
            <w:color w:val="B31E8D"/>
            <w:szCs w:val="21"/>
            <w:u w:val="single"/>
          </w:rPr>
          <w:t>Jedinica br.01: DP Bankkos - Poslovni prostor u Dečan</w:t>
        </w:r>
        <w:r w:rsidR="00DE72E5">
          <w:rPr>
            <w:rFonts w:eastAsia="Helvetica" w:cs="Helvetica"/>
            <w:b/>
            <w:color w:val="B31E8D"/>
            <w:szCs w:val="21"/>
            <w:u w:val="single"/>
          </w:rPr>
          <w:t>e</w:t>
        </w:r>
      </w:hyperlink>
      <w:r w:rsidR="0084657B">
        <w:rPr>
          <w:rFonts w:eastAsia="Helvetica" w:cs="Helvetica"/>
          <w:szCs w:val="21"/>
        </w:rPr>
        <w:t xml:space="preserve"> - obuhvata samo poslovni prostor površine 66.92 m² prema merenjima na terenu. Lokal ima i izlog površine 6.34 m², tako da ukupna površina iznosi 73.26 m². Prema spisku imovine, površina lokala iznosi 74.69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58D735F9" w14:textId="77777777">
        <w:trPr>
          <w:cantSplit/>
          <w:jc w:val="center"/>
        </w:trPr>
        <w:tc>
          <w:tcPr>
            <w:tcW w:w="3026" w:type="dxa"/>
            <w:vAlign w:val="center"/>
          </w:tcPr>
          <w:p w14:paraId="19A92823"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Drugi poslovni objekat</w:t>
            </w:r>
          </w:p>
        </w:tc>
        <w:tc>
          <w:tcPr>
            <w:tcW w:w="3026" w:type="dxa"/>
            <w:vAlign w:val="center"/>
          </w:tcPr>
          <w:p w14:paraId="09757D31" w14:textId="77777777" w:rsidR="00345441" w:rsidRDefault="0084657B">
            <w:pPr>
              <w:keepNext/>
              <w:jc w:val="center"/>
            </w:pPr>
            <w:r>
              <w:rPr>
                <w:rFonts w:eastAsia="Helvetica" w:cs="Helvetica"/>
                <w:b/>
                <w:szCs w:val="21"/>
              </w:rPr>
              <w:t>Minimalna cena: 750 €/m²</w:t>
            </w:r>
          </w:p>
        </w:tc>
        <w:tc>
          <w:tcPr>
            <w:tcW w:w="3026" w:type="dxa"/>
            <w:vAlign w:val="center"/>
          </w:tcPr>
          <w:p w14:paraId="7B50764C" w14:textId="77777777" w:rsidR="00345441" w:rsidRDefault="0084657B">
            <w:pPr>
              <w:keepNext/>
              <w:jc w:val="center"/>
            </w:pPr>
            <w:r>
              <w:rPr>
                <w:rFonts w:eastAsia="Helvetica" w:cs="Helvetica"/>
                <w:b/>
                <w:szCs w:val="21"/>
              </w:rPr>
              <w:t>Depozit za ponudu: 6,000 €</w:t>
            </w:r>
          </w:p>
        </w:tc>
      </w:tr>
    </w:tbl>
    <w:p w14:paraId="533E6EBE" w14:textId="77777777" w:rsidR="00345441" w:rsidRDefault="0084657B">
      <w:pPr>
        <w:keepLines/>
        <w:spacing w:after="280" w:line="218" w:lineRule="exact"/>
      </w:pPr>
      <w:r>
        <w:rPr>
          <w:rFonts w:eastAsia="Helvetica" w:cs="Helvetica"/>
          <w:i/>
          <w:iCs/>
          <w:color w:val="333333"/>
          <w:szCs w:val="21"/>
        </w:rPr>
        <w:t>Prethodni nazivi i Fi brojevi: Banka Themelore e Kosovës - Bankkos, Fi-435/86 and Fi-208/87</w:t>
      </w:r>
    </w:p>
    <w:p w14:paraId="1D2B4E56" w14:textId="77777777" w:rsidR="00345441" w:rsidRDefault="00ED0DBE">
      <w:pPr>
        <w:keepNext/>
        <w:keepLines/>
        <w:jc w:val="both"/>
      </w:pPr>
      <w:hyperlink r:id="rId15" w:tooltip="Otvori memorandum za jedinicu 002" w:history="1">
        <w:r w:rsidR="0084657B">
          <w:rPr>
            <w:rFonts w:eastAsia="Helvetica" w:cs="Helvetica"/>
            <w:b/>
            <w:color w:val="B31E8D"/>
            <w:szCs w:val="21"/>
            <w:u w:val="single"/>
          </w:rPr>
          <w:t>Jedinica br.02: SIZ za protivgradnu zaštitu - Poslovni prostor u Dardaniji</w:t>
        </w:r>
      </w:hyperlink>
      <w:r w:rsidR="0084657B">
        <w:rPr>
          <w:rFonts w:eastAsia="Helvetica" w:cs="Helvetica"/>
          <w:szCs w:val="21"/>
        </w:rPr>
        <w:t xml:space="preserve"> - obuhvata poslovni prostor ukupne površine 116.7 m². Imovina se nalazi na Bulevaru Bila Klintona, SU5/7, naselje Dardanija, Priština.</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00F92011" w14:textId="77777777">
        <w:trPr>
          <w:cantSplit/>
          <w:jc w:val="center"/>
        </w:trPr>
        <w:tc>
          <w:tcPr>
            <w:tcW w:w="3026" w:type="dxa"/>
            <w:vAlign w:val="center"/>
          </w:tcPr>
          <w:p w14:paraId="2168EE85"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Drugi poslovni objekat</w:t>
            </w:r>
          </w:p>
        </w:tc>
        <w:tc>
          <w:tcPr>
            <w:tcW w:w="3026" w:type="dxa"/>
            <w:vAlign w:val="center"/>
          </w:tcPr>
          <w:p w14:paraId="51931D69" w14:textId="77777777" w:rsidR="00345441" w:rsidRDefault="0084657B">
            <w:pPr>
              <w:keepNext/>
              <w:jc w:val="center"/>
            </w:pPr>
            <w:r>
              <w:rPr>
                <w:rFonts w:eastAsia="Helvetica" w:cs="Helvetica"/>
                <w:b/>
                <w:szCs w:val="21"/>
              </w:rPr>
              <w:t>Minimalna cena: 2,724 €/m²</w:t>
            </w:r>
          </w:p>
        </w:tc>
        <w:tc>
          <w:tcPr>
            <w:tcW w:w="3026" w:type="dxa"/>
            <w:vAlign w:val="center"/>
          </w:tcPr>
          <w:p w14:paraId="13DC2EB9" w14:textId="77777777" w:rsidR="00345441" w:rsidRDefault="0084657B">
            <w:pPr>
              <w:keepNext/>
              <w:jc w:val="center"/>
            </w:pPr>
            <w:r>
              <w:rPr>
                <w:rFonts w:eastAsia="Helvetica" w:cs="Helvetica"/>
                <w:b/>
                <w:szCs w:val="21"/>
              </w:rPr>
              <w:t>Depozit za ponudu: 16,000 €</w:t>
            </w:r>
          </w:p>
        </w:tc>
      </w:tr>
    </w:tbl>
    <w:p w14:paraId="704FC9C5" w14:textId="77777777" w:rsidR="00345441" w:rsidRDefault="0084657B">
      <w:pPr>
        <w:keepLines/>
        <w:spacing w:after="280" w:line="218" w:lineRule="exact"/>
      </w:pPr>
      <w:r>
        <w:rPr>
          <w:rFonts w:eastAsia="Helvetica" w:cs="Helvetica"/>
          <w:i/>
          <w:iCs/>
          <w:color w:val="333333"/>
          <w:szCs w:val="21"/>
        </w:rPr>
        <w:t>Prethodni nazivi i Fi brojevi: BVI për Mbrojtjen Kundër Breshërit, Fi. 428/78</w:t>
      </w:r>
    </w:p>
    <w:p w14:paraId="3FFC811B" w14:textId="77777777" w:rsidR="00345441" w:rsidRDefault="00ED0DBE">
      <w:pPr>
        <w:keepNext/>
        <w:keepLines/>
        <w:jc w:val="both"/>
      </w:pPr>
      <w:hyperlink r:id="rId16" w:tooltip="Otvori memorandum za jedinicu 003" w:history="1">
        <w:r w:rsidR="0084657B">
          <w:rPr>
            <w:rFonts w:eastAsia="Helvetica" w:cs="Helvetica"/>
            <w:b/>
            <w:color w:val="B31E8D"/>
            <w:szCs w:val="21"/>
            <w:u w:val="single"/>
          </w:rPr>
          <w:t>Jedinica br.03: Magjistrala, pokretna imovina - četiri (4) kamiona</w:t>
        </w:r>
      </w:hyperlink>
      <w:r w:rsidR="0084657B">
        <w:rPr>
          <w:rFonts w:eastAsia="Helvetica" w:cs="Helvetica"/>
          <w:szCs w:val="21"/>
        </w:rPr>
        <w:t xml:space="preserve"> - Ova jedinica pruža potencijalnim investitorima mogućnost kupovine pokretne imovine, kao što su kamioni i druga vozila koja pripadaju DP Magjistralja.</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51529528" w14:textId="77777777">
        <w:trPr>
          <w:cantSplit/>
          <w:jc w:val="center"/>
        </w:trPr>
        <w:tc>
          <w:tcPr>
            <w:tcW w:w="3026" w:type="dxa"/>
            <w:vAlign w:val="center"/>
          </w:tcPr>
          <w:p w14:paraId="54F1B576"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Pokretna imovina</w:t>
            </w:r>
          </w:p>
        </w:tc>
        <w:tc>
          <w:tcPr>
            <w:tcW w:w="3026" w:type="dxa"/>
            <w:vAlign w:val="center"/>
          </w:tcPr>
          <w:p w14:paraId="57CB42BD" w14:textId="77777777" w:rsidR="00345441" w:rsidRDefault="0084657B">
            <w:pPr>
              <w:keepNext/>
              <w:jc w:val="center"/>
            </w:pPr>
            <w:r>
              <w:rPr>
                <w:rFonts w:eastAsia="Helvetica" w:cs="Helvetica"/>
                <w:b/>
                <w:szCs w:val="21"/>
              </w:rPr>
              <w:t>Minimalna cena: N/A</w:t>
            </w:r>
          </w:p>
        </w:tc>
        <w:tc>
          <w:tcPr>
            <w:tcW w:w="3026" w:type="dxa"/>
            <w:vAlign w:val="center"/>
          </w:tcPr>
          <w:p w14:paraId="2BCC2274" w14:textId="77777777" w:rsidR="00345441" w:rsidRDefault="0084657B">
            <w:pPr>
              <w:keepNext/>
              <w:jc w:val="center"/>
            </w:pPr>
            <w:r>
              <w:rPr>
                <w:rFonts w:eastAsia="Helvetica" w:cs="Helvetica"/>
                <w:b/>
                <w:szCs w:val="21"/>
              </w:rPr>
              <w:t>Depozit za ponudu: 1,000 €</w:t>
            </w:r>
          </w:p>
        </w:tc>
      </w:tr>
    </w:tbl>
    <w:p w14:paraId="6830F147" w14:textId="77777777" w:rsidR="00345441" w:rsidRDefault="0084657B">
      <w:pPr>
        <w:keepLines/>
        <w:spacing w:after="280" w:line="218" w:lineRule="exact"/>
      </w:pPr>
      <w:r>
        <w:rPr>
          <w:rFonts w:eastAsia="Helvetica" w:cs="Helvetica"/>
          <w:i/>
          <w:iCs/>
          <w:color w:val="333333"/>
          <w:szCs w:val="21"/>
        </w:rPr>
        <w:t>Prethodni nazivi i Fi brojevi: Magjistrala Fi 839/89</w:t>
      </w:r>
    </w:p>
    <w:p w14:paraId="38A51127" w14:textId="77777777" w:rsidR="00345441" w:rsidRDefault="00ED0DBE">
      <w:pPr>
        <w:keepNext/>
        <w:keepLines/>
        <w:jc w:val="both"/>
      </w:pPr>
      <w:hyperlink r:id="rId17" w:tooltip="Otvori memorandum za jedinicu 004" w:history="1">
        <w:r w:rsidR="0084657B">
          <w:rPr>
            <w:rFonts w:eastAsia="Helvetica" w:cs="Helvetica"/>
            <w:b/>
            <w:color w:val="B31E8D"/>
            <w:szCs w:val="21"/>
            <w:u w:val="single"/>
          </w:rPr>
          <w:t>Jedinica br.04: DP Ingeniering, pokretna imovina</w:t>
        </w:r>
      </w:hyperlink>
      <w:r w:rsidR="0084657B">
        <w:rPr>
          <w:rFonts w:eastAsia="Helvetica" w:cs="Helvetica"/>
          <w:szCs w:val="21"/>
        </w:rPr>
        <w:t xml:space="preserve"> - obuhvata automobile, radne mašine i kancelarijski inventar.</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5C425C0F" w14:textId="77777777">
        <w:trPr>
          <w:cantSplit/>
          <w:jc w:val="center"/>
        </w:trPr>
        <w:tc>
          <w:tcPr>
            <w:tcW w:w="3026" w:type="dxa"/>
            <w:vAlign w:val="center"/>
          </w:tcPr>
          <w:p w14:paraId="2F8FCF46"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Pokretna imovina</w:t>
            </w:r>
          </w:p>
        </w:tc>
        <w:tc>
          <w:tcPr>
            <w:tcW w:w="3026" w:type="dxa"/>
            <w:vAlign w:val="center"/>
          </w:tcPr>
          <w:p w14:paraId="3B0F7C8F" w14:textId="77777777" w:rsidR="00345441" w:rsidRDefault="0084657B">
            <w:pPr>
              <w:keepNext/>
              <w:jc w:val="center"/>
            </w:pPr>
            <w:r>
              <w:rPr>
                <w:rFonts w:eastAsia="Helvetica" w:cs="Helvetica"/>
                <w:b/>
                <w:szCs w:val="21"/>
              </w:rPr>
              <w:t>Minimalna cena: N/A</w:t>
            </w:r>
          </w:p>
        </w:tc>
        <w:tc>
          <w:tcPr>
            <w:tcW w:w="3026" w:type="dxa"/>
            <w:vAlign w:val="center"/>
          </w:tcPr>
          <w:p w14:paraId="5C2A4267" w14:textId="77777777" w:rsidR="00345441" w:rsidRDefault="0084657B">
            <w:pPr>
              <w:keepNext/>
              <w:jc w:val="center"/>
            </w:pPr>
            <w:r>
              <w:rPr>
                <w:rFonts w:eastAsia="Helvetica" w:cs="Helvetica"/>
                <w:b/>
                <w:szCs w:val="21"/>
              </w:rPr>
              <w:t>Depozit za ponudu: 3,000 €</w:t>
            </w:r>
          </w:p>
        </w:tc>
      </w:tr>
    </w:tbl>
    <w:p w14:paraId="78D281D7" w14:textId="77777777" w:rsidR="00345441" w:rsidRDefault="0084657B">
      <w:pPr>
        <w:keepLines/>
        <w:spacing w:after="280" w:line="218" w:lineRule="exact"/>
      </w:pPr>
      <w:r>
        <w:rPr>
          <w:rFonts w:eastAsia="Helvetica" w:cs="Helvetica"/>
          <w:i/>
          <w:iCs/>
          <w:color w:val="333333"/>
          <w:szCs w:val="21"/>
        </w:rPr>
        <w:t>Prethodni nazivi i Fi brojevi: Ingeniering, Fi-546/89; Fi.31/89; Fi-2503/91; Fi-6252/92</w:t>
      </w:r>
    </w:p>
    <w:p w14:paraId="3ECBFF81" w14:textId="7FA3426F" w:rsidR="00345441" w:rsidRDefault="00ED0DBE">
      <w:pPr>
        <w:keepNext/>
        <w:keepLines/>
        <w:jc w:val="both"/>
      </w:pPr>
      <w:hyperlink r:id="rId18" w:tooltip="Otvori memorandum za jedinicu 005" w:history="1">
        <w:r w:rsidR="0084657B">
          <w:rPr>
            <w:rFonts w:eastAsia="Helvetica" w:cs="Helvetica"/>
            <w:b/>
            <w:color w:val="B31E8D"/>
            <w:szCs w:val="21"/>
            <w:u w:val="single"/>
          </w:rPr>
          <w:t>Jedinica br.05: Imovina kamenoloma Gadim</w:t>
        </w:r>
        <w:r w:rsidR="00DE72E5">
          <w:rPr>
            <w:rFonts w:eastAsia="Helvetica" w:cs="Helvetica"/>
            <w:b/>
            <w:color w:val="B31E8D"/>
            <w:szCs w:val="21"/>
            <w:u w:val="single"/>
          </w:rPr>
          <w:t>lj</w:t>
        </w:r>
        <w:r w:rsidR="0084657B">
          <w:rPr>
            <w:rFonts w:eastAsia="Helvetica" w:cs="Helvetica"/>
            <w:b/>
            <w:color w:val="B31E8D"/>
            <w:szCs w:val="21"/>
            <w:u w:val="single"/>
          </w:rPr>
          <w:t>e</w:t>
        </w:r>
      </w:hyperlink>
      <w:r w:rsidR="0084657B">
        <w:rPr>
          <w:rFonts w:eastAsia="Helvetica" w:cs="Helvetica"/>
          <w:szCs w:val="21"/>
        </w:rPr>
        <w:t xml:space="preserve"> - obuhvata prostorije koje su služile kao kancelarije DP-a. Prostorije/imovina obuhvataju prizemni objekat ukupne površine 98.12 m², objekat skladišta/hangara približne površine 162.80 m² i objekat u kojem se nalazi bunar, površine 9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320FACD1" w14:textId="77777777">
        <w:trPr>
          <w:cantSplit/>
          <w:jc w:val="center"/>
        </w:trPr>
        <w:tc>
          <w:tcPr>
            <w:tcW w:w="3026" w:type="dxa"/>
            <w:vAlign w:val="center"/>
          </w:tcPr>
          <w:p w14:paraId="3315CF02"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66B33CB7" w14:textId="77777777" w:rsidR="00345441" w:rsidRDefault="0084657B">
            <w:pPr>
              <w:keepNext/>
              <w:jc w:val="center"/>
            </w:pPr>
            <w:r>
              <w:rPr>
                <w:rFonts w:eastAsia="Helvetica" w:cs="Helvetica"/>
                <w:b/>
                <w:szCs w:val="21"/>
              </w:rPr>
              <w:t>Minimalna cena: 116 €/m²</w:t>
            </w:r>
          </w:p>
        </w:tc>
        <w:tc>
          <w:tcPr>
            <w:tcW w:w="3026" w:type="dxa"/>
            <w:vAlign w:val="center"/>
          </w:tcPr>
          <w:p w14:paraId="052D3324" w14:textId="77777777" w:rsidR="00345441" w:rsidRDefault="0084657B">
            <w:pPr>
              <w:keepNext/>
              <w:jc w:val="center"/>
            </w:pPr>
            <w:r>
              <w:rPr>
                <w:rFonts w:eastAsia="Helvetica" w:cs="Helvetica"/>
                <w:b/>
                <w:szCs w:val="21"/>
              </w:rPr>
              <w:t>Depozit za ponudu: 3,000 €</w:t>
            </w:r>
          </w:p>
        </w:tc>
      </w:tr>
    </w:tbl>
    <w:p w14:paraId="1E65A55F" w14:textId="77777777" w:rsidR="00345441" w:rsidRDefault="0084657B">
      <w:pPr>
        <w:keepLines/>
        <w:spacing w:after="280" w:line="218" w:lineRule="exact"/>
      </w:pPr>
      <w:r>
        <w:rPr>
          <w:rFonts w:eastAsia="Helvetica" w:cs="Helvetica"/>
          <w:i/>
          <w:iCs/>
          <w:color w:val="333333"/>
          <w:szCs w:val="21"/>
        </w:rPr>
        <w:t>Prethodni nazivi i Fi brojevi: Separacioni i gurëve Gadime, Fi. 416/87</w:t>
      </w:r>
    </w:p>
    <w:p w14:paraId="3C85E004" w14:textId="1C3D195D" w:rsidR="00345441" w:rsidRDefault="00ED0DBE">
      <w:pPr>
        <w:keepNext/>
        <w:keepLines/>
        <w:jc w:val="both"/>
      </w:pPr>
      <w:hyperlink r:id="rId19" w:tooltip="Otvori memorandum za jedinicu 006" w:history="1">
        <w:r w:rsidR="0084657B">
          <w:rPr>
            <w:rFonts w:eastAsia="Helvetica" w:cs="Helvetica"/>
            <w:b/>
            <w:color w:val="B31E8D"/>
            <w:szCs w:val="21"/>
            <w:u w:val="single"/>
          </w:rPr>
          <w:t xml:space="preserve">Jedinica br.06: ZZ Liria, </w:t>
        </w:r>
        <w:r w:rsidR="00DE72E5">
          <w:rPr>
            <w:rFonts w:eastAsia="Helvetica" w:cs="Helvetica"/>
            <w:b/>
            <w:color w:val="B31E8D"/>
            <w:szCs w:val="21"/>
            <w:u w:val="single"/>
          </w:rPr>
          <w:t>P</w:t>
        </w:r>
        <w:r w:rsidR="0084657B">
          <w:rPr>
            <w:rFonts w:eastAsia="Helvetica" w:cs="Helvetica"/>
            <w:b/>
            <w:color w:val="B31E8D"/>
            <w:szCs w:val="21"/>
            <w:u w:val="single"/>
          </w:rPr>
          <w:t>oljoprivredno zemljište u Rimaništu</w:t>
        </w:r>
      </w:hyperlink>
      <w:r w:rsidR="0084657B">
        <w:rPr>
          <w:rFonts w:eastAsia="Helvetica" w:cs="Helvetica"/>
          <w:szCs w:val="21"/>
        </w:rPr>
        <w:t xml:space="preserve"> - obuhvata parcelu br. P-71914063-00067-0, površine 4,369 m² (43 ara 69 m²), po kulturi njiva 4. klase, u K</w:t>
      </w:r>
      <w:r w:rsidR="00D830B0">
        <w:rPr>
          <w:rFonts w:eastAsia="Helvetica" w:cs="Helvetica"/>
          <w:szCs w:val="21"/>
        </w:rPr>
        <w:t>Z</w:t>
      </w:r>
      <w:r w:rsidR="0084657B">
        <w:rPr>
          <w:rFonts w:eastAsia="Helvetica" w:cs="Helvetica"/>
          <w:szCs w:val="21"/>
        </w:rPr>
        <w:t xml:space="preserve"> Rimanište, opština Priština. Imovina ponuđena na prodaju nema pristup javnom putu.</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671BD873" w14:textId="77777777">
        <w:trPr>
          <w:cantSplit/>
          <w:jc w:val="center"/>
        </w:trPr>
        <w:tc>
          <w:tcPr>
            <w:tcW w:w="3026" w:type="dxa"/>
            <w:vAlign w:val="center"/>
          </w:tcPr>
          <w:p w14:paraId="76EFBD43"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663C9BF0" w14:textId="5BE78ECD" w:rsidR="00345441" w:rsidRDefault="0084657B">
            <w:pPr>
              <w:keepNext/>
              <w:jc w:val="center"/>
            </w:pPr>
            <w:r>
              <w:rPr>
                <w:rFonts w:eastAsia="Helvetica" w:cs="Helvetica"/>
                <w:b/>
                <w:szCs w:val="21"/>
              </w:rPr>
              <w:t>Minimalna cena: 400 €/ar</w:t>
            </w:r>
            <w:r w:rsidR="00D830B0">
              <w:rPr>
                <w:rFonts w:eastAsia="Helvetica" w:cs="Helvetica"/>
                <w:b/>
                <w:szCs w:val="21"/>
              </w:rPr>
              <w:t>i</w:t>
            </w:r>
          </w:p>
        </w:tc>
        <w:tc>
          <w:tcPr>
            <w:tcW w:w="3026" w:type="dxa"/>
            <w:vAlign w:val="center"/>
          </w:tcPr>
          <w:p w14:paraId="3E3735E8" w14:textId="77777777" w:rsidR="00345441" w:rsidRDefault="0084657B">
            <w:pPr>
              <w:keepNext/>
              <w:jc w:val="center"/>
            </w:pPr>
            <w:r>
              <w:rPr>
                <w:rFonts w:eastAsia="Helvetica" w:cs="Helvetica"/>
                <w:b/>
                <w:szCs w:val="21"/>
              </w:rPr>
              <w:t>Depozit za ponudu: 2,000 €</w:t>
            </w:r>
          </w:p>
        </w:tc>
      </w:tr>
    </w:tbl>
    <w:p w14:paraId="324BA572" w14:textId="77777777" w:rsidR="00345441" w:rsidRDefault="0084657B">
      <w:pPr>
        <w:keepLines/>
        <w:spacing w:after="280" w:line="218" w:lineRule="exact"/>
      </w:pPr>
      <w:r>
        <w:rPr>
          <w:rFonts w:eastAsia="Helvetica" w:cs="Helvetica"/>
          <w:i/>
          <w:iCs/>
          <w:color w:val="333333"/>
          <w:szCs w:val="21"/>
        </w:rPr>
        <w:t>Prethodni nazivi i Fi brojevi: K.B. Liria - Bardhosh, Fi 1608/90</w:t>
      </w:r>
    </w:p>
    <w:p w14:paraId="1B16CEF2" w14:textId="586BFC9A" w:rsidR="00345441" w:rsidRDefault="00ED0DBE">
      <w:pPr>
        <w:keepNext/>
        <w:keepLines/>
        <w:jc w:val="both"/>
      </w:pPr>
      <w:hyperlink r:id="rId20" w:tooltip="Otvori memorandum za jedinicu 007" w:history="1">
        <w:r w:rsidR="0084657B">
          <w:rPr>
            <w:rFonts w:eastAsia="Helvetica" w:cs="Helvetica"/>
            <w:b/>
            <w:color w:val="B31E8D"/>
            <w:szCs w:val="21"/>
            <w:u w:val="single"/>
          </w:rPr>
          <w:t xml:space="preserve">Jedinica br.07: Ratar, </w:t>
        </w:r>
        <w:r w:rsidR="00DE72E5">
          <w:rPr>
            <w:rFonts w:eastAsia="Helvetica" w:cs="Helvetica"/>
            <w:b/>
            <w:color w:val="B31E8D"/>
            <w:szCs w:val="21"/>
            <w:u w:val="single"/>
          </w:rPr>
          <w:t>P</w:t>
        </w:r>
        <w:r w:rsidR="0084657B">
          <w:rPr>
            <w:rFonts w:eastAsia="Helvetica" w:cs="Helvetica"/>
            <w:b/>
            <w:color w:val="B31E8D"/>
            <w:szCs w:val="21"/>
            <w:u w:val="single"/>
          </w:rPr>
          <w:t>oljoprivredno zemljište u Čaglavici XI</w:t>
        </w:r>
      </w:hyperlink>
      <w:r w:rsidR="0084657B">
        <w:rPr>
          <w:rFonts w:eastAsia="Helvetica" w:cs="Helvetica"/>
          <w:szCs w:val="21"/>
        </w:rPr>
        <w:t xml:space="preserve"> - obuhvata poljoprivredno zemljište, katastarsku parcelu 767-5, po kulturi njiva 4. klase. Parcela se nalazi u K</w:t>
      </w:r>
      <w:r w:rsidR="00D830B0">
        <w:rPr>
          <w:rFonts w:eastAsia="Helvetica" w:cs="Helvetica"/>
          <w:szCs w:val="21"/>
        </w:rPr>
        <w:t>Z</w:t>
      </w:r>
      <w:r w:rsidR="0084657B">
        <w:rPr>
          <w:rFonts w:eastAsia="Helvetica" w:cs="Helvetica"/>
          <w:szCs w:val="21"/>
        </w:rPr>
        <w:t xml:space="preserve"> Čaglavica i ima ukupnu površinu 3,660 m² (36 ari 60 m²). Parcela 767-5 nalazi se na atraktivnom području Prištine i ima pristup sporednom putu. Trenutno nema bespravnih objekata.</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37B93487" w14:textId="77777777">
        <w:trPr>
          <w:cantSplit/>
          <w:jc w:val="center"/>
        </w:trPr>
        <w:tc>
          <w:tcPr>
            <w:tcW w:w="3026" w:type="dxa"/>
            <w:vAlign w:val="center"/>
          </w:tcPr>
          <w:p w14:paraId="550DED29"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1250102B" w14:textId="5D5E44EF" w:rsidR="00345441" w:rsidRDefault="0084657B">
            <w:pPr>
              <w:keepNext/>
              <w:jc w:val="center"/>
            </w:pPr>
            <w:r>
              <w:rPr>
                <w:rFonts w:eastAsia="Helvetica" w:cs="Helvetica"/>
                <w:b/>
                <w:szCs w:val="21"/>
              </w:rPr>
              <w:t>Minimalna cena: 14,400 €/ar</w:t>
            </w:r>
            <w:r w:rsidR="00D830B0">
              <w:rPr>
                <w:rFonts w:eastAsia="Helvetica" w:cs="Helvetica"/>
                <w:b/>
                <w:szCs w:val="21"/>
              </w:rPr>
              <w:t>i</w:t>
            </w:r>
          </w:p>
        </w:tc>
        <w:tc>
          <w:tcPr>
            <w:tcW w:w="3026" w:type="dxa"/>
            <w:vAlign w:val="center"/>
          </w:tcPr>
          <w:p w14:paraId="24890608" w14:textId="77777777" w:rsidR="00345441" w:rsidRDefault="0084657B">
            <w:pPr>
              <w:keepNext/>
              <w:jc w:val="center"/>
            </w:pPr>
            <w:r>
              <w:rPr>
                <w:rFonts w:eastAsia="Helvetica" w:cs="Helvetica"/>
                <w:b/>
                <w:szCs w:val="21"/>
              </w:rPr>
              <w:t>Depozit za ponudu: 26,000 €</w:t>
            </w:r>
          </w:p>
        </w:tc>
      </w:tr>
    </w:tbl>
    <w:p w14:paraId="5720EDCB" w14:textId="77777777" w:rsidR="00345441" w:rsidRDefault="0084657B">
      <w:pPr>
        <w:keepLines/>
        <w:spacing w:after="280" w:line="218" w:lineRule="exact"/>
      </w:pPr>
      <w:r>
        <w:rPr>
          <w:rFonts w:eastAsia="Helvetica" w:cs="Helvetica"/>
          <w:i/>
          <w:iCs/>
          <w:color w:val="333333"/>
          <w:szCs w:val="21"/>
        </w:rPr>
        <w:t>Prethodni nazivi i Fi brojevi: Ratar - Laplje Selo, Fi 809/89</w:t>
      </w:r>
    </w:p>
    <w:p w14:paraId="254F5AEA" w14:textId="41C68EC4" w:rsidR="00345441" w:rsidRDefault="00ED0DBE">
      <w:pPr>
        <w:keepNext/>
        <w:keepLines/>
        <w:jc w:val="both"/>
      </w:pPr>
      <w:hyperlink r:id="rId21" w:tooltip="Otvori memorandum za jedinicu 008" w:history="1">
        <w:r w:rsidR="0084657B">
          <w:rPr>
            <w:rFonts w:eastAsia="Helvetica" w:cs="Helvetica"/>
            <w:b/>
            <w:color w:val="B31E8D"/>
            <w:szCs w:val="21"/>
            <w:u w:val="single"/>
          </w:rPr>
          <w:t>Jedinica br.08: Ratar, poljoprivredno zemljište u Čaglavici -1456-0</w:t>
        </w:r>
      </w:hyperlink>
      <w:r w:rsidR="0084657B">
        <w:rPr>
          <w:rFonts w:eastAsia="Helvetica" w:cs="Helvetica"/>
          <w:szCs w:val="21"/>
        </w:rPr>
        <w:t xml:space="preserve"> - obuhvata poljoprivredno zemljište, katastarsku parcelu 1456-0, po kulturi njiva 4. klase. Parcela se nalazi u K</w:t>
      </w:r>
      <w:r w:rsidR="00D830B0">
        <w:rPr>
          <w:rFonts w:eastAsia="Helvetica" w:cs="Helvetica"/>
          <w:szCs w:val="21"/>
        </w:rPr>
        <w:t>Z</w:t>
      </w:r>
      <w:r w:rsidR="0084657B">
        <w:rPr>
          <w:rFonts w:eastAsia="Helvetica" w:cs="Helvetica"/>
          <w:szCs w:val="21"/>
        </w:rPr>
        <w:t xml:space="preserve"> Čaglavica i ima ukupnu površinu 2,447 m² (24 ara 47 m²). Nalazi se na veoma atraktivnom području, približno 500 m vazdušnom linijom od magistralnog puta Priština–Lipljan</w:t>
      </w:r>
      <w:r w:rsidR="0024653B">
        <w:rPr>
          <w:rFonts w:eastAsia="Helvetica" w:cs="Helvetica"/>
          <w:szCs w:val="21"/>
        </w:rPr>
        <w:t>e</w:t>
      </w:r>
      <w:r w:rsidR="0084657B">
        <w:rPr>
          <w:rFonts w:eastAsia="Helvetica" w:cs="Helvetica"/>
          <w:szCs w:val="21"/>
        </w:rPr>
        <w:t>. Nema direktan pristup putu.</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6E25A813" w14:textId="77777777">
        <w:trPr>
          <w:cantSplit/>
          <w:jc w:val="center"/>
        </w:trPr>
        <w:tc>
          <w:tcPr>
            <w:tcW w:w="3026" w:type="dxa"/>
            <w:vAlign w:val="center"/>
          </w:tcPr>
          <w:p w14:paraId="705F9880"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1E6A4A02" w14:textId="04876556" w:rsidR="00345441" w:rsidRDefault="0084657B">
            <w:pPr>
              <w:keepNext/>
              <w:jc w:val="center"/>
            </w:pPr>
            <w:r>
              <w:rPr>
                <w:rFonts w:eastAsia="Helvetica" w:cs="Helvetica"/>
                <w:b/>
                <w:szCs w:val="21"/>
              </w:rPr>
              <w:t>Minimalna cena: 11,400 €/ar</w:t>
            </w:r>
            <w:r w:rsidR="00D830B0">
              <w:rPr>
                <w:rFonts w:eastAsia="Helvetica" w:cs="Helvetica"/>
                <w:b/>
                <w:szCs w:val="21"/>
              </w:rPr>
              <w:t>i</w:t>
            </w:r>
          </w:p>
        </w:tc>
        <w:tc>
          <w:tcPr>
            <w:tcW w:w="3026" w:type="dxa"/>
            <w:vAlign w:val="center"/>
          </w:tcPr>
          <w:p w14:paraId="6EA5EA97" w14:textId="77777777" w:rsidR="00345441" w:rsidRDefault="0084657B">
            <w:pPr>
              <w:keepNext/>
              <w:jc w:val="center"/>
            </w:pPr>
            <w:r>
              <w:rPr>
                <w:rFonts w:eastAsia="Helvetica" w:cs="Helvetica"/>
                <w:b/>
                <w:szCs w:val="21"/>
              </w:rPr>
              <w:t>Depozit za ponudu: 14,000 €</w:t>
            </w:r>
          </w:p>
        </w:tc>
      </w:tr>
    </w:tbl>
    <w:p w14:paraId="35ADDF9B" w14:textId="77777777" w:rsidR="00345441" w:rsidRDefault="0084657B">
      <w:pPr>
        <w:keepLines/>
        <w:spacing w:after="280" w:line="218" w:lineRule="exact"/>
      </w:pPr>
      <w:r>
        <w:rPr>
          <w:rFonts w:eastAsia="Helvetica" w:cs="Helvetica"/>
          <w:i/>
          <w:iCs/>
          <w:color w:val="333333"/>
          <w:szCs w:val="21"/>
        </w:rPr>
        <w:t>Prethodni nazivi i Fi brojevi: Ratar - Laplje Selo, Fi 809/89</w:t>
      </w:r>
    </w:p>
    <w:p w14:paraId="6A681D24" w14:textId="63EC09FC" w:rsidR="00345441" w:rsidRDefault="00ED0DBE">
      <w:pPr>
        <w:keepNext/>
        <w:keepLines/>
        <w:jc w:val="both"/>
      </w:pPr>
      <w:hyperlink r:id="rId22" w:tooltip="Otvori memorandum za jedinicu 009" w:history="1">
        <w:r w:rsidR="0084657B">
          <w:rPr>
            <w:rFonts w:eastAsia="Helvetica" w:cs="Helvetica"/>
            <w:b/>
            <w:color w:val="B31E8D"/>
            <w:szCs w:val="21"/>
            <w:u w:val="single"/>
          </w:rPr>
          <w:t xml:space="preserve">Jedinica br.09: Ratar, </w:t>
        </w:r>
        <w:r w:rsidR="00DE72E5">
          <w:rPr>
            <w:rFonts w:eastAsia="Helvetica" w:cs="Helvetica"/>
            <w:b/>
            <w:color w:val="B31E8D"/>
            <w:szCs w:val="21"/>
            <w:u w:val="single"/>
          </w:rPr>
          <w:t>P</w:t>
        </w:r>
        <w:r w:rsidR="0084657B">
          <w:rPr>
            <w:rFonts w:eastAsia="Helvetica" w:cs="Helvetica"/>
            <w:b/>
            <w:color w:val="B31E8D"/>
            <w:szCs w:val="21"/>
            <w:u w:val="single"/>
          </w:rPr>
          <w:t>oljoprivredno zemljište u Laplje Sel</w:t>
        </w:r>
        <w:r w:rsidR="00DE72E5">
          <w:rPr>
            <w:rFonts w:eastAsia="Helvetica" w:cs="Helvetica"/>
            <w:b/>
            <w:color w:val="B31E8D"/>
            <w:szCs w:val="21"/>
            <w:u w:val="single"/>
          </w:rPr>
          <w:t>o</w:t>
        </w:r>
        <w:r w:rsidR="0084657B">
          <w:rPr>
            <w:rFonts w:eastAsia="Helvetica" w:cs="Helvetica"/>
            <w:b/>
            <w:color w:val="B31E8D"/>
            <w:szCs w:val="21"/>
            <w:u w:val="single"/>
          </w:rPr>
          <w:t xml:space="preserve"> -288-0</w:t>
        </w:r>
      </w:hyperlink>
      <w:r w:rsidR="0084657B">
        <w:rPr>
          <w:rFonts w:eastAsia="Helvetica" w:cs="Helvetica"/>
          <w:szCs w:val="21"/>
        </w:rPr>
        <w:t xml:space="preserve"> - obuhvata poljoprivredno zemljište, katastarsku parcelu 288-0, po kulturi njiva 3. klase. Parcela se nalazi u K</w:t>
      </w:r>
      <w:r w:rsidR="00D830B0">
        <w:rPr>
          <w:rFonts w:eastAsia="Helvetica" w:cs="Helvetica"/>
          <w:szCs w:val="21"/>
        </w:rPr>
        <w:t>Z</w:t>
      </w:r>
      <w:r w:rsidR="0084657B">
        <w:rPr>
          <w:rFonts w:eastAsia="Helvetica" w:cs="Helvetica"/>
          <w:szCs w:val="21"/>
        </w:rPr>
        <w:t xml:space="preserve"> Laplje Selo i ima ukupnu površinu 3,347 m² (33 ara 47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7AA2CC3D" w14:textId="77777777">
        <w:trPr>
          <w:cantSplit/>
          <w:jc w:val="center"/>
        </w:trPr>
        <w:tc>
          <w:tcPr>
            <w:tcW w:w="3026" w:type="dxa"/>
            <w:vAlign w:val="center"/>
          </w:tcPr>
          <w:p w14:paraId="3732D422"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3400DEF7" w14:textId="594745EB" w:rsidR="00345441" w:rsidRDefault="0084657B">
            <w:pPr>
              <w:keepNext/>
              <w:jc w:val="center"/>
            </w:pPr>
            <w:r>
              <w:rPr>
                <w:rFonts w:eastAsia="Helvetica" w:cs="Helvetica"/>
                <w:b/>
                <w:szCs w:val="21"/>
              </w:rPr>
              <w:t>Minimalna cena: 9,600 €/ar</w:t>
            </w:r>
            <w:r w:rsidR="00D830B0">
              <w:rPr>
                <w:rFonts w:eastAsia="Helvetica" w:cs="Helvetica"/>
                <w:b/>
                <w:szCs w:val="21"/>
              </w:rPr>
              <w:t>i</w:t>
            </w:r>
          </w:p>
        </w:tc>
        <w:tc>
          <w:tcPr>
            <w:tcW w:w="3026" w:type="dxa"/>
            <w:vAlign w:val="center"/>
          </w:tcPr>
          <w:p w14:paraId="20766F91" w14:textId="77777777" w:rsidR="00345441" w:rsidRDefault="0084657B">
            <w:pPr>
              <w:keepNext/>
              <w:jc w:val="center"/>
            </w:pPr>
            <w:r>
              <w:rPr>
                <w:rFonts w:eastAsia="Helvetica" w:cs="Helvetica"/>
                <w:b/>
                <w:szCs w:val="21"/>
              </w:rPr>
              <w:t>Depozit za ponudu: 16,000 €</w:t>
            </w:r>
          </w:p>
        </w:tc>
      </w:tr>
    </w:tbl>
    <w:p w14:paraId="528233B3" w14:textId="77777777" w:rsidR="00345441" w:rsidRDefault="0084657B">
      <w:pPr>
        <w:keepLines/>
        <w:spacing w:after="280" w:line="218" w:lineRule="exact"/>
      </w:pPr>
      <w:r>
        <w:rPr>
          <w:rFonts w:eastAsia="Helvetica" w:cs="Helvetica"/>
          <w:i/>
          <w:iCs/>
          <w:color w:val="333333"/>
          <w:szCs w:val="21"/>
        </w:rPr>
        <w:t>Prethodni nazivi i Fi brojevi: Ratar - Laplje Selo, Fi 809/89</w:t>
      </w:r>
    </w:p>
    <w:p w14:paraId="68063776" w14:textId="7147E7C7" w:rsidR="00345441" w:rsidRDefault="00ED0DBE">
      <w:pPr>
        <w:keepNext/>
        <w:keepLines/>
        <w:jc w:val="both"/>
      </w:pPr>
      <w:hyperlink r:id="rId23" w:tooltip="Otvori memorandum za jedinicu 010" w:history="1">
        <w:r w:rsidR="0084657B">
          <w:rPr>
            <w:rFonts w:eastAsia="Helvetica" w:cs="Helvetica"/>
            <w:b/>
            <w:color w:val="B31E8D"/>
            <w:szCs w:val="21"/>
            <w:u w:val="single"/>
          </w:rPr>
          <w:t>Jedinica br.10: Ratar, poljoprivredno zemljište u Prištini -1723-2</w:t>
        </w:r>
      </w:hyperlink>
      <w:r w:rsidR="0084657B">
        <w:rPr>
          <w:rFonts w:eastAsia="Helvetica" w:cs="Helvetica"/>
          <w:szCs w:val="21"/>
        </w:rPr>
        <w:t xml:space="preserve"> - obuhvata poljoprivredno zemljište, katastarsku parcelu 1723-2, po kulturi njiva VI klase i pašnjak 3. klase. Parcela se nalazi u K</w:t>
      </w:r>
      <w:r w:rsidR="00D830B0">
        <w:rPr>
          <w:rFonts w:eastAsia="Helvetica" w:cs="Helvetica"/>
          <w:szCs w:val="21"/>
        </w:rPr>
        <w:t>Z</w:t>
      </w:r>
      <w:r w:rsidR="0084657B">
        <w:rPr>
          <w:rFonts w:eastAsia="Helvetica" w:cs="Helvetica"/>
          <w:szCs w:val="21"/>
        </w:rPr>
        <w:t xml:space="preserve"> Priština i ima ukupnu površinu 5,834 m² (58 ari 34 m²). Nalazi se na atraktivnom području Nove Prištine, nema pristup putu i obrasla je žbunjem.</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052B5AA8" w14:textId="77777777">
        <w:trPr>
          <w:cantSplit/>
          <w:jc w:val="center"/>
        </w:trPr>
        <w:tc>
          <w:tcPr>
            <w:tcW w:w="3026" w:type="dxa"/>
            <w:vAlign w:val="center"/>
          </w:tcPr>
          <w:p w14:paraId="518A971D"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4CD406EE" w14:textId="1E52329F" w:rsidR="00345441" w:rsidRDefault="0084657B">
            <w:pPr>
              <w:keepNext/>
              <w:jc w:val="center"/>
            </w:pPr>
            <w:r>
              <w:rPr>
                <w:rFonts w:eastAsia="Helvetica" w:cs="Helvetica"/>
                <w:b/>
                <w:szCs w:val="21"/>
              </w:rPr>
              <w:t>Minimalna cena: 48,000 €/ar</w:t>
            </w:r>
            <w:r w:rsidR="00D830B0">
              <w:rPr>
                <w:rFonts w:eastAsia="Helvetica" w:cs="Helvetica"/>
                <w:b/>
                <w:szCs w:val="21"/>
              </w:rPr>
              <w:t>i</w:t>
            </w:r>
          </w:p>
        </w:tc>
        <w:tc>
          <w:tcPr>
            <w:tcW w:w="3026" w:type="dxa"/>
            <w:vAlign w:val="center"/>
          </w:tcPr>
          <w:p w14:paraId="7D1AB8AA" w14:textId="77777777" w:rsidR="00345441" w:rsidRDefault="0084657B">
            <w:pPr>
              <w:keepNext/>
              <w:jc w:val="center"/>
            </w:pPr>
            <w:r>
              <w:rPr>
                <w:rFonts w:eastAsia="Helvetica" w:cs="Helvetica"/>
                <w:b/>
                <w:szCs w:val="21"/>
              </w:rPr>
              <w:t>Depozit za ponudu: 100,000 €</w:t>
            </w:r>
          </w:p>
        </w:tc>
      </w:tr>
    </w:tbl>
    <w:p w14:paraId="6B418D1C" w14:textId="77777777" w:rsidR="00345441" w:rsidRDefault="0084657B">
      <w:pPr>
        <w:keepLines/>
        <w:spacing w:after="280" w:line="218" w:lineRule="exact"/>
      </w:pPr>
      <w:r>
        <w:rPr>
          <w:rFonts w:eastAsia="Helvetica" w:cs="Helvetica"/>
          <w:i/>
          <w:iCs/>
          <w:color w:val="333333"/>
          <w:szCs w:val="21"/>
        </w:rPr>
        <w:t>Prethodni nazivi i Fi brojevi: Ratar - Laplje Selo, Fi 809/89</w:t>
      </w:r>
    </w:p>
    <w:p w14:paraId="4CCF6036" w14:textId="5E874DF3" w:rsidR="00345441" w:rsidRDefault="00ED0DBE">
      <w:pPr>
        <w:keepNext/>
        <w:keepLines/>
        <w:jc w:val="both"/>
      </w:pPr>
      <w:hyperlink r:id="rId24" w:tooltip="Otvori memorandum za jedinicu 011" w:history="1">
        <w:r w:rsidR="0084657B">
          <w:rPr>
            <w:rFonts w:eastAsia="Helvetica" w:cs="Helvetica"/>
            <w:b/>
            <w:color w:val="B31E8D"/>
            <w:szCs w:val="21"/>
            <w:u w:val="single"/>
          </w:rPr>
          <w:t>Jedinica br.11: Ratar, poljoprivredno zemljište u Laplje Sel</w:t>
        </w:r>
        <w:r w:rsidR="00D830B0">
          <w:rPr>
            <w:rFonts w:eastAsia="Helvetica" w:cs="Helvetica"/>
            <w:b/>
            <w:color w:val="B31E8D"/>
            <w:szCs w:val="21"/>
            <w:u w:val="single"/>
          </w:rPr>
          <w:t>o</w:t>
        </w:r>
        <w:r w:rsidR="0084657B">
          <w:rPr>
            <w:rFonts w:eastAsia="Helvetica" w:cs="Helvetica"/>
            <w:b/>
            <w:color w:val="B31E8D"/>
            <w:szCs w:val="21"/>
            <w:u w:val="single"/>
          </w:rPr>
          <w:t xml:space="preserve"> -1777-2</w:t>
        </w:r>
      </w:hyperlink>
      <w:r w:rsidR="0084657B">
        <w:rPr>
          <w:rFonts w:eastAsia="Helvetica" w:cs="Helvetica"/>
          <w:szCs w:val="21"/>
        </w:rPr>
        <w:t xml:space="preserve"> - obuhvata poljoprivredno zemljište, katastarsku parcelu 1777-2, po kulturi njiva 4. klase. Parcela se nalazi u K</w:t>
      </w:r>
      <w:r w:rsidR="00D830B0">
        <w:rPr>
          <w:rFonts w:eastAsia="Helvetica" w:cs="Helvetica"/>
          <w:szCs w:val="21"/>
        </w:rPr>
        <w:t>Z</w:t>
      </w:r>
      <w:r w:rsidR="0084657B">
        <w:rPr>
          <w:rFonts w:eastAsia="Helvetica" w:cs="Helvetica"/>
          <w:szCs w:val="21"/>
        </w:rPr>
        <w:t xml:space="preserve"> Laplje Selo i ima ukupnu površinu 1,962 m² (19 ari 62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10D9DE80" w14:textId="77777777">
        <w:trPr>
          <w:cantSplit/>
          <w:jc w:val="center"/>
        </w:trPr>
        <w:tc>
          <w:tcPr>
            <w:tcW w:w="3026" w:type="dxa"/>
            <w:vAlign w:val="center"/>
          </w:tcPr>
          <w:p w14:paraId="4AAAC6F7"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149FD949" w14:textId="526CC6F7" w:rsidR="00345441" w:rsidRDefault="0084657B">
            <w:pPr>
              <w:keepNext/>
              <w:jc w:val="center"/>
            </w:pPr>
            <w:r>
              <w:rPr>
                <w:rFonts w:eastAsia="Helvetica" w:cs="Helvetica"/>
                <w:b/>
                <w:szCs w:val="21"/>
              </w:rPr>
              <w:t>Minimalna cena: 15,000 €/ar</w:t>
            </w:r>
            <w:r w:rsidR="00D830B0">
              <w:rPr>
                <w:rFonts w:eastAsia="Helvetica" w:cs="Helvetica"/>
                <w:b/>
                <w:szCs w:val="21"/>
              </w:rPr>
              <w:t>i</w:t>
            </w:r>
          </w:p>
        </w:tc>
        <w:tc>
          <w:tcPr>
            <w:tcW w:w="3026" w:type="dxa"/>
            <w:vAlign w:val="center"/>
          </w:tcPr>
          <w:p w14:paraId="535F7A0B" w14:textId="77777777" w:rsidR="00345441" w:rsidRDefault="0084657B">
            <w:pPr>
              <w:keepNext/>
              <w:jc w:val="center"/>
            </w:pPr>
            <w:r>
              <w:rPr>
                <w:rFonts w:eastAsia="Helvetica" w:cs="Helvetica"/>
                <w:b/>
                <w:szCs w:val="21"/>
              </w:rPr>
              <w:t>Depozit za ponudu: 15,000 €</w:t>
            </w:r>
          </w:p>
        </w:tc>
      </w:tr>
    </w:tbl>
    <w:p w14:paraId="11399A90" w14:textId="77777777" w:rsidR="00345441" w:rsidRDefault="0084657B">
      <w:pPr>
        <w:keepLines/>
        <w:spacing w:after="280" w:line="218" w:lineRule="exact"/>
      </w:pPr>
      <w:r>
        <w:rPr>
          <w:rFonts w:eastAsia="Helvetica" w:cs="Helvetica"/>
          <w:i/>
          <w:iCs/>
          <w:color w:val="333333"/>
          <w:szCs w:val="21"/>
        </w:rPr>
        <w:t>Prethodni nazivi i Fi brojevi: Ratar - Laplje Selo, Fi 809/89</w:t>
      </w:r>
    </w:p>
    <w:p w14:paraId="69EB336B" w14:textId="539B9DF9" w:rsidR="00345441" w:rsidRDefault="00ED0DBE">
      <w:pPr>
        <w:keepNext/>
        <w:keepLines/>
        <w:jc w:val="both"/>
      </w:pPr>
      <w:hyperlink r:id="rId25" w:tooltip="Otvori memorandum za jedinicu 012" w:history="1">
        <w:r w:rsidR="0084657B">
          <w:rPr>
            <w:rFonts w:eastAsia="Helvetica" w:cs="Helvetica"/>
            <w:b/>
            <w:color w:val="B31E8D"/>
            <w:szCs w:val="21"/>
            <w:u w:val="single"/>
          </w:rPr>
          <w:t>Jedinica br.12: Ratar, poljoprivredno zemljište u Laplje Sel</w:t>
        </w:r>
        <w:r w:rsidR="00D830B0">
          <w:rPr>
            <w:rFonts w:eastAsia="Helvetica" w:cs="Helvetica"/>
            <w:b/>
            <w:color w:val="B31E8D"/>
            <w:szCs w:val="21"/>
            <w:u w:val="single"/>
          </w:rPr>
          <w:t>o</w:t>
        </w:r>
        <w:r w:rsidR="0084657B">
          <w:rPr>
            <w:rFonts w:eastAsia="Helvetica" w:cs="Helvetica"/>
            <w:b/>
            <w:color w:val="B31E8D"/>
            <w:szCs w:val="21"/>
            <w:u w:val="single"/>
          </w:rPr>
          <w:t xml:space="preserve"> -1787-2</w:t>
        </w:r>
      </w:hyperlink>
      <w:r w:rsidR="0084657B">
        <w:rPr>
          <w:rFonts w:eastAsia="Helvetica" w:cs="Helvetica"/>
          <w:szCs w:val="21"/>
        </w:rPr>
        <w:t xml:space="preserve"> - obuhvata poljoprivredno zemljište, katastarsku parcelu 1787-2, po kulturi njiva 4. klase. Parcela se nalazi u K</w:t>
      </w:r>
      <w:r w:rsidR="00D830B0">
        <w:rPr>
          <w:rFonts w:eastAsia="Helvetica" w:cs="Helvetica"/>
          <w:szCs w:val="21"/>
        </w:rPr>
        <w:t>Z</w:t>
      </w:r>
      <w:r w:rsidR="0084657B">
        <w:rPr>
          <w:rFonts w:eastAsia="Helvetica" w:cs="Helvetica"/>
          <w:szCs w:val="21"/>
        </w:rPr>
        <w:t xml:space="preserve"> Laplje Selo i ima ukupnu površinu 4,044 m² (40 ari 44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18774040" w14:textId="77777777">
        <w:trPr>
          <w:cantSplit/>
          <w:jc w:val="center"/>
        </w:trPr>
        <w:tc>
          <w:tcPr>
            <w:tcW w:w="3026" w:type="dxa"/>
            <w:vAlign w:val="center"/>
          </w:tcPr>
          <w:p w14:paraId="7F20770B"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1B83E5C6" w14:textId="7672A158" w:rsidR="00345441" w:rsidRDefault="0084657B">
            <w:pPr>
              <w:keepNext/>
              <w:jc w:val="center"/>
            </w:pPr>
            <w:r>
              <w:rPr>
                <w:rFonts w:eastAsia="Helvetica" w:cs="Helvetica"/>
                <w:b/>
                <w:szCs w:val="21"/>
              </w:rPr>
              <w:t>Minimalna cena: 15,000 €/ar</w:t>
            </w:r>
            <w:r w:rsidR="00D830B0">
              <w:rPr>
                <w:rFonts w:eastAsia="Helvetica" w:cs="Helvetica"/>
                <w:b/>
                <w:szCs w:val="21"/>
              </w:rPr>
              <w:t>i</w:t>
            </w:r>
          </w:p>
        </w:tc>
        <w:tc>
          <w:tcPr>
            <w:tcW w:w="3026" w:type="dxa"/>
            <w:vAlign w:val="center"/>
          </w:tcPr>
          <w:p w14:paraId="2E128B50" w14:textId="77777777" w:rsidR="00345441" w:rsidRDefault="0084657B">
            <w:pPr>
              <w:keepNext/>
              <w:jc w:val="center"/>
            </w:pPr>
            <w:r>
              <w:rPr>
                <w:rFonts w:eastAsia="Helvetica" w:cs="Helvetica"/>
                <w:b/>
                <w:szCs w:val="21"/>
              </w:rPr>
              <w:t>Depozit za ponudu: 30,000 €</w:t>
            </w:r>
          </w:p>
        </w:tc>
      </w:tr>
    </w:tbl>
    <w:p w14:paraId="31E895F7" w14:textId="77777777" w:rsidR="00345441" w:rsidRDefault="0084657B">
      <w:pPr>
        <w:keepLines/>
        <w:spacing w:after="280" w:line="218" w:lineRule="exact"/>
      </w:pPr>
      <w:r>
        <w:rPr>
          <w:rFonts w:eastAsia="Helvetica" w:cs="Helvetica"/>
          <w:i/>
          <w:iCs/>
          <w:color w:val="333333"/>
          <w:szCs w:val="21"/>
        </w:rPr>
        <w:t>Prethodni nazivi i Fi brojevi: Ratar - Laplje Selo, Fi 809/89</w:t>
      </w:r>
    </w:p>
    <w:p w14:paraId="42CDFFD8" w14:textId="6329433E" w:rsidR="00345441" w:rsidRDefault="00ED0DBE">
      <w:pPr>
        <w:keepNext/>
        <w:keepLines/>
        <w:jc w:val="both"/>
      </w:pPr>
      <w:hyperlink r:id="rId26" w:tooltip="Otvori memorandum za jedinicu 013" w:history="1">
        <w:r w:rsidR="0084657B">
          <w:rPr>
            <w:rFonts w:eastAsia="Helvetica" w:cs="Helvetica"/>
            <w:b/>
            <w:color w:val="B31E8D"/>
            <w:szCs w:val="21"/>
            <w:u w:val="single"/>
          </w:rPr>
          <w:t>Jedinica br.13: Ratar, poljoprivredno zemljište u Laplje Sel</w:t>
        </w:r>
        <w:r w:rsidR="00D830B0">
          <w:rPr>
            <w:rFonts w:eastAsia="Helvetica" w:cs="Helvetica"/>
            <w:b/>
            <w:color w:val="B31E8D"/>
            <w:szCs w:val="21"/>
            <w:u w:val="single"/>
          </w:rPr>
          <w:t>o</w:t>
        </w:r>
        <w:r w:rsidR="0084657B">
          <w:rPr>
            <w:rFonts w:eastAsia="Helvetica" w:cs="Helvetica"/>
            <w:b/>
            <w:color w:val="B31E8D"/>
            <w:szCs w:val="21"/>
            <w:u w:val="single"/>
          </w:rPr>
          <w:t xml:space="preserve"> -1815-6</w:t>
        </w:r>
      </w:hyperlink>
      <w:r w:rsidR="0084657B">
        <w:rPr>
          <w:rFonts w:eastAsia="Helvetica" w:cs="Helvetica"/>
          <w:szCs w:val="21"/>
        </w:rPr>
        <w:t xml:space="preserve"> - obuhvata poljoprivredno zemljište, katastarsku parcelu 1815-6, po kulturi njiva 3. klase. Parcela se nalazi u K</w:t>
      </w:r>
      <w:r w:rsidR="00D830B0">
        <w:rPr>
          <w:rFonts w:eastAsia="Helvetica" w:cs="Helvetica"/>
          <w:szCs w:val="21"/>
        </w:rPr>
        <w:t>Z</w:t>
      </w:r>
      <w:r w:rsidR="0084657B">
        <w:rPr>
          <w:rFonts w:eastAsia="Helvetica" w:cs="Helvetica"/>
          <w:szCs w:val="21"/>
        </w:rPr>
        <w:t xml:space="preserve"> Laplje Selo i ima ukupnu površinu 1,658 m² (16 ari 58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47E1EEFB" w14:textId="77777777">
        <w:trPr>
          <w:cantSplit/>
          <w:jc w:val="center"/>
        </w:trPr>
        <w:tc>
          <w:tcPr>
            <w:tcW w:w="3026" w:type="dxa"/>
            <w:vAlign w:val="center"/>
          </w:tcPr>
          <w:p w14:paraId="73DCD682"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7A1E3FA5" w14:textId="26A493FF" w:rsidR="00345441" w:rsidRDefault="0084657B">
            <w:pPr>
              <w:keepNext/>
              <w:jc w:val="center"/>
            </w:pPr>
            <w:r>
              <w:rPr>
                <w:rFonts w:eastAsia="Helvetica" w:cs="Helvetica"/>
                <w:b/>
                <w:szCs w:val="21"/>
              </w:rPr>
              <w:t>Minimalna cena: 8,400 €/ar</w:t>
            </w:r>
            <w:r w:rsidR="00D830B0">
              <w:rPr>
                <w:rFonts w:eastAsia="Helvetica" w:cs="Helvetica"/>
                <w:b/>
                <w:szCs w:val="21"/>
              </w:rPr>
              <w:t>i</w:t>
            </w:r>
          </w:p>
        </w:tc>
        <w:tc>
          <w:tcPr>
            <w:tcW w:w="3026" w:type="dxa"/>
            <w:vAlign w:val="center"/>
          </w:tcPr>
          <w:p w14:paraId="757C980C" w14:textId="77777777" w:rsidR="00345441" w:rsidRDefault="0084657B">
            <w:pPr>
              <w:keepNext/>
              <w:jc w:val="center"/>
            </w:pPr>
            <w:r>
              <w:rPr>
                <w:rFonts w:eastAsia="Helvetica" w:cs="Helvetica"/>
                <w:b/>
                <w:szCs w:val="21"/>
              </w:rPr>
              <w:t>Depozit za ponudu: 7,000 €</w:t>
            </w:r>
          </w:p>
        </w:tc>
      </w:tr>
    </w:tbl>
    <w:p w14:paraId="4199FF4E" w14:textId="77777777" w:rsidR="00345441" w:rsidRDefault="0084657B">
      <w:pPr>
        <w:keepLines/>
        <w:spacing w:after="280" w:line="218" w:lineRule="exact"/>
      </w:pPr>
      <w:r>
        <w:rPr>
          <w:rFonts w:eastAsia="Helvetica" w:cs="Helvetica"/>
          <w:i/>
          <w:iCs/>
          <w:color w:val="333333"/>
          <w:szCs w:val="21"/>
        </w:rPr>
        <w:t>Prethodni nazivi i Fi brojevi: Ratar - Laplje Selo, Fi 809/89</w:t>
      </w:r>
    </w:p>
    <w:p w14:paraId="4BE4314C" w14:textId="7CE6074D" w:rsidR="00345441" w:rsidRDefault="00ED0DBE">
      <w:pPr>
        <w:keepNext/>
        <w:keepLines/>
        <w:jc w:val="both"/>
      </w:pPr>
      <w:hyperlink r:id="rId27" w:tooltip="Otvori memorandum za jedinicu 014" w:history="1">
        <w:r w:rsidR="0084657B">
          <w:rPr>
            <w:rFonts w:eastAsia="Helvetica" w:cs="Helvetica"/>
            <w:b/>
            <w:color w:val="B31E8D"/>
            <w:szCs w:val="21"/>
            <w:u w:val="single"/>
          </w:rPr>
          <w:t>Jedinica br.14: Ratar, poljoprivredno zemljište u Laplje Sel</w:t>
        </w:r>
        <w:r w:rsidR="00D830B0">
          <w:rPr>
            <w:rFonts w:eastAsia="Helvetica" w:cs="Helvetica"/>
            <w:b/>
            <w:color w:val="B31E8D"/>
            <w:szCs w:val="21"/>
            <w:u w:val="single"/>
          </w:rPr>
          <w:t>o</w:t>
        </w:r>
        <w:r w:rsidR="0084657B">
          <w:rPr>
            <w:rFonts w:eastAsia="Helvetica" w:cs="Helvetica"/>
            <w:b/>
            <w:color w:val="B31E8D"/>
            <w:szCs w:val="21"/>
            <w:u w:val="single"/>
          </w:rPr>
          <w:t xml:space="preserve"> -1699-15</w:t>
        </w:r>
      </w:hyperlink>
      <w:r w:rsidR="0084657B">
        <w:rPr>
          <w:rFonts w:eastAsia="Helvetica" w:cs="Helvetica"/>
          <w:szCs w:val="21"/>
        </w:rPr>
        <w:t xml:space="preserve"> - obuhvata poljoprivredno zemljište, katastarsku parcelu 1699-15, po kulturi njiva 4. klase. Parcela se nalazi u K</w:t>
      </w:r>
      <w:r w:rsidR="00D830B0">
        <w:rPr>
          <w:rFonts w:eastAsia="Helvetica" w:cs="Helvetica"/>
          <w:szCs w:val="21"/>
        </w:rPr>
        <w:t>Z</w:t>
      </w:r>
      <w:r w:rsidR="0084657B">
        <w:rPr>
          <w:rFonts w:eastAsia="Helvetica" w:cs="Helvetica"/>
          <w:szCs w:val="21"/>
        </w:rPr>
        <w:t xml:space="preserve"> Laplje Selo i ima ukupnu površinu 2,764 m² (27 ari 64 m²). Nalazi se na veoma atraktivnom području i ima direktan pristup sporednom putu. Kroz parcelu prolazi poljski put.</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447890BB" w14:textId="77777777">
        <w:trPr>
          <w:cantSplit/>
          <w:jc w:val="center"/>
        </w:trPr>
        <w:tc>
          <w:tcPr>
            <w:tcW w:w="3026" w:type="dxa"/>
            <w:vAlign w:val="center"/>
          </w:tcPr>
          <w:p w14:paraId="0C4401E9"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2809FE32" w14:textId="77777777" w:rsidR="00345441" w:rsidRDefault="0084657B">
            <w:pPr>
              <w:keepNext/>
              <w:jc w:val="center"/>
            </w:pPr>
            <w:r>
              <w:rPr>
                <w:rFonts w:eastAsia="Helvetica" w:cs="Helvetica"/>
                <w:b/>
                <w:szCs w:val="21"/>
              </w:rPr>
              <w:t>Minimalna cena: 20,000 €/ar</w:t>
            </w:r>
          </w:p>
        </w:tc>
        <w:tc>
          <w:tcPr>
            <w:tcW w:w="3026" w:type="dxa"/>
            <w:vAlign w:val="center"/>
          </w:tcPr>
          <w:p w14:paraId="226980A2" w14:textId="77777777" w:rsidR="00345441" w:rsidRDefault="0084657B">
            <w:pPr>
              <w:keepNext/>
              <w:jc w:val="center"/>
            </w:pPr>
            <w:r>
              <w:rPr>
                <w:rFonts w:eastAsia="Helvetica" w:cs="Helvetica"/>
                <w:b/>
                <w:szCs w:val="21"/>
              </w:rPr>
              <w:t>Depozit za ponudu: 28,000 €</w:t>
            </w:r>
          </w:p>
        </w:tc>
      </w:tr>
    </w:tbl>
    <w:p w14:paraId="60553384" w14:textId="77777777" w:rsidR="00345441" w:rsidRDefault="0084657B">
      <w:pPr>
        <w:keepLines/>
        <w:spacing w:after="280" w:line="218" w:lineRule="exact"/>
      </w:pPr>
      <w:r>
        <w:rPr>
          <w:rFonts w:eastAsia="Helvetica" w:cs="Helvetica"/>
          <w:i/>
          <w:iCs/>
          <w:color w:val="333333"/>
          <w:szCs w:val="21"/>
        </w:rPr>
        <w:t>Prethodni nazivi i Fi brojevi: Ratar - Laplje Selo, Fi 809/89</w:t>
      </w:r>
    </w:p>
    <w:p w14:paraId="3FA64A23" w14:textId="14640BF9" w:rsidR="00345441" w:rsidRDefault="00ED0DBE">
      <w:pPr>
        <w:keepNext/>
        <w:keepLines/>
        <w:jc w:val="both"/>
      </w:pPr>
      <w:hyperlink r:id="rId28" w:tooltip="Otvori memorandum za jedinicu 015" w:history="1">
        <w:r w:rsidR="0084657B">
          <w:rPr>
            <w:rFonts w:eastAsia="Helvetica" w:cs="Helvetica"/>
            <w:b/>
            <w:color w:val="B31E8D"/>
            <w:szCs w:val="21"/>
            <w:u w:val="single"/>
          </w:rPr>
          <w:t>Jedinica br.15: Ratar, poljoprivredno zemljište u Laplje Sel</w:t>
        </w:r>
        <w:r w:rsidR="00D830B0">
          <w:rPr>
            <w:rFonts w:eastAsia="Helvetica" w:cs="Helvetica"/>
            <w:b/>
            <w:color w:val="B31E8D"/>
            <w:szCs w:val="21"/>
            <w:u w:val="single"/>
          </w:rPr>
          <w:t>o</w:t>
        </w:r>
        <w:r w:rsidR="0084657B">
          <w:rPr>
            <w:rFonts w:eastAsia="Helvetica" w:cs="Helvetica"/>
            <w:b/>
            <w:color w:val="B31E8D"/>
            <w:szCs w:val="21"/>
            <w:u w:val="single"/>
          </w:rPr>
          <w:t xml:space="preserve"> -1903-1, 1903-2</w:t>
        </w:r>
      </w:hyperlink>
      <w:r w:rsidR="0084657B">
        <w:rPr>
          <w:rFonts w:eastAsia="Helvetica" w:cs="Helvetica"/>
          <w:szCs w:val="21"/>
        </w:rPr>
        <w:t xml:space="preserve"> - obuhvata parcele 1903-1 i 1903-2, po kulturi njiva 3. klase. Parcele se nalaze u K</w:t>
      </w:r>
      <w:r w:rsidR="00D830B0">
        <w:rPr>
          <w:rFonts w:eastAsia="Helvetica" w:cs="Helvetica"/>
          <w:szCs w:val="21"/>
        </w:rPr>
        <w:t>Z</w:t>
      </w:r>
      <w:r w:rsidR="0084657B">
        <w:rPr>
          <w:rFonts w:eastAsia="Helvetica" w:cs="Helvetica"/>
          <w:szCs w:val="21"/>
        </w:rPr>
        <w:t xml:space="preserve"> Laplje Selo i imaju ukupnu površinu 7,646 m² (76 ari 46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7DDBA8A1" w14:textId="77777777">
        <w:trPr>
          <w:cantSplit/>
          <w:jc w:val="center"/>
        </w:trPr>
        <w:tc>
          <w:tcPr>
            <w:tcW w:w="3026" w:type="dxa"/>
            <w:vAlign w:val="center"/>
          </w:tcPr>
          <w:p w14:paraId="6976EBDE"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1243849C" w14:textId="734D9D8B" w:rsidR="00345441" w:rsidRDefault="0084657B">
            <w:pPr>
              <w:keepNext/>
              <w:jc w:val="center"/>
            </w:pPr>
            <w:r>
              <w:rPr>
                <w:rFonts w:eastAsia="Helvetica" w:cs="Helvetica"/>
                <w:b/>
                <w:szCs w:val="21"/>
              </w:rPr>
              <w:t>Minimalna cena: 5,600 €/ar</w:t>
            </w:r>
            <w:r w:rsidR="00D830B0">
              <w:rPr>
                <w:rFonts w:eastAsia="Helvetica" w:cs="Helvetica"/>
                <w:b/>
                <w:szCs w:val="21"/>
              </w:rPr>
              <w:t>i</w:t>
            </w:r>
          </w:p>
        </w:tc>
        <w:tc>
          <w:tcPr>
            <w:tcW w:w="3026" w:type="dxa"/>
            <w:vAlign w:val="center"/>
          </w:tcPr>
          <w:p w14:paraId="434309CC" w14:textId="77777777" w:rsidR="00345441" w:rsidRDefault="0084657B">
            <w:pPr>
              <w:keepNext/>
              <w:jc w:val="center"/>
            </w:pPr>
            <w:r>
              <w:rPr>
                <w:rFonts w:eastAsia="Helvetica" w:cs="Helvetica"/>
                <w:b/>
                <w:szCs w:val="21"/>
              </w:rPr>
              <w:t>Depozit za ponudu: 21,000 €</w:t>
            </w:r>
          </w:p>
        </w:tc>
      </w:tr>
    </w:tbl>
    <w:p w14:paraId="6EE11A4D" w14:textId="77777777" w:rsidR="00345441" w:rsidRDefault="0084657B">
      <w:pPr>
        <w:keepLines/>
        <w:spacing w:after="280" w:line="218" w:lineRule="exact"/>
      </w:pPr>
      <w:r>
        <w:rPr>
          <w:rFonts w:eastAsia="Helvetica" w:cs="Helvetica"/>
          <w:i/>
          <w:iCs/>
          <w:color w:val="333333"/>
          <w:szCs w:val="21"/>
        </w:rPr>
        <w:t>Prethodni nazivi i Fi brojevi: Ratar - Laplje Selo, Fi 809/89</w:t>
      </w:r>
    </w:p>
    <w:p w14:paraId="4CBAF8E1" w14:textId="5D2C1883" w:rsidR="00345441" w:rsidRDefault="00ED0DBE">
      <w:pPr>
        <w:keepNext/>
        <w:keepLines/>
        <w:jc w:val="both"/>
      </w:pPr>
      <w:hyperlink r:id="rId29" w:tooltip="Otvori memorandum za jedinicu 016" w:history="1">
        <w:r w:rsidR="0084657B">
          <w:rPr>
            <w:rFonts w:eastAsia="Helvetica" w:cs="Helvetica"/>
            <w:b/>
            <w:color w:val="B31E8D"/>
            <w:szCs w:val="21"/>
            <w:u w:val="single"/>
          </w:rPr>
          <w:t>Jedinica br.16: ZZ Kosova, poljoprivredno zemljište u Lipljanu</w:t>
        </w:r>
      </w:hyperlink>
      <w:r w:rsidR="0084657B">
        <w:rPr>
          <w:rFonts w:eastAsia="Helvetica" w:cs="Helvetica"/>
          <w:szCs w:val="21"/>
        </w:rPr>
        <w:t xml:space="preserve"> - obuhvata poljoprivredno zemljište, po kulturi njiva 1. klase, ukupne površine 4,156 m² (41 ar 56 m²), odnosno parcelu P-71409044-01431-0, K</w:t>
      </w:r>
      <w:r w:rsidR="00D830B0">
        <w:rPr>
          <w:rFonts w:eastAsia="Helvetica" w:cs="Helvetica"/>
          <w:szCs w:val="21"/>
        </w:rPr>
        <w:t>Z</w:t>
      </w:r>
      <w:r w:rsidR="0084657B">
        <w:rPr>
          <w:rFonts w:eastAsia="Helvetica" w:cs="Helvetica"/>
          <w:szCs w:val="21"/>
        </w:rPr>
        <w:t xml:space="preserve"> Lipljan, opština Lipljan.</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34399667" w14:textId="77777777">
        <w:trPr>
          <w:cantSplit/>
          <w:jc w:val="center"/>
        </w:trPr>
        <w:tc>
          <w:tcPr>
            <w:tcW w:w="3026" w:type="dxa"/>
            <w:vAlign w:val="center"/>
          </w:tcPr>
          <w:p w14:paraId="3BEAA1C9"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334D71E3" w14:textId="6F64C027" w:rsidR="00345441" w:rsidRDefault="0084657B">
            <w:pPr>
              <w:keepNext/>
              <w:jc w:val="center"/>
            </w:pPr>
            <w:r>
              <w:rPr>
                <w:rFonts w:eastAsia="Helvetica" w:cs="Helvetica"/>
                <w:b/>
                <w:szCs w:val="21"/>
              </w:rPr>
              <w:t>Minimalna cena: 7,200 €/ar</w:t>
            </w:r>
            <w:r w:rsidR="00D830B0">
              <w:rPr>
                <w:rFonts w:eastAsia="Helvetica" w:cs="Helvetica"/>
                <w:b/>
                <w:szCs w:val="21"/>
              </w:rPr>
              <w:t>i</w:t>
            </w:r>
          </w:p>
        </w:tc>
        <w:tc>
          <w:tcPr>
            <w:tcW w:w="3026" w:type="dxa"/>
            <w:vAlign w:val="center"/>
          </w:tcPr>
          <w:p w14:paraId="3D16F173" w14:textId="77777777" w:rsidR="00345441" w:rsidRDefault="0084657B">
            <w:pPr>
              <w:keepNext/>
              <w:jc w:val="center"/>
            </w:pPr>
            <w:r>
              <w:rPr>
                <w:rFonts w:eastAsia="Helvetica" w:cs="Helvetica"/>
                <w:b/>
                <w:szCs w:val="21"/>
              </w:rPr>
              <w:t>Depozit za ponudu: 15,000 €</w:t>
            </w:r>
          </w:p>
        </w:tc>
      </w:tr>
    </w:tbl>
    <w:p w14:paraId="204BCE27" w14:textId="77777777" w:rsidR="00345441" w:rsidRDefault="0084657B">
      <w:pPr>
        <w:keepLines/>
        <w:spacing w:after="280" w:line="218" w:lineRule="exact"/>
      </w:pPr>
      <w:r>
        <w:rPr>
          <w:rFonts w:eastAsia="Helvetica" w:cs="Helvetica"/>
          <w:i/>
          <w:iCs/>
          <w:color w:val="333333"/>
          <w:szCs w:val="21"/>
        </w:rPr>
        <w:t>Prethodni nazivi i Fi brojevi: K.B. Kosova, Fi-107/90</w:t>
      </w:r>
    </w:p>
    <w:p w14:paraId="173074C1" w14:textId="5F2B3CBD" w:rsidR="00345441" w:rsidRDefault="00ED0DBE">
      <w:pPr>
        <w:keepNext/>
        <w:keepLines/>
        <w:jc w:val="both"/>
      </w:pPr>
      <w:hyperlink r:id="rId30" w:tooltip="Otvori memorandum za jedinicu 017" w:history="1">
        <w:r w:rsidR="0084657B">
          <w:rPr>
            <w:rFonts w:eastAsia="Helvetica" w:cs="Helvetica"/>
            <w:b/>
            <w:color w:val="B31E8D"/>
            <w:szCs w:val="21"/>
            <w:u w:val="single"/>
          </w:rPr>
          <w:t>Jedinica br.17: ZZ Kosova, poljoprivredno zemljište Dobratin II</w:t>
        </w:r>
      </w:hyperlink>
      <w:r w:rsidR="0084657B">
        <w:rPr>
          <w:rFonts w:eastAsia="Helvetica" w:cs="Helvetica"/>
          <w:szCs w:val="21"/>
        </w:rPr>
        <w:t xml:space="preserve"> - obuhvata katastarsku parcelu 5-0 površine 2,562 m² i katastarsku parcelu 6-0 površine 887 m², po kulturi njiva 3 </w:t>
      </w:r>
      <w:r w:rsidR="004948D7">
        <w:rPr>
          <w:rFonts w:eastAsia="Helvetica" w:cs="Helvetica"/>
          <w:szCs w:val="21"/>
        </w:rPr>
        <w:t>k</w:t>
      </w:r>
      <w:r w:rsidR="0084657B">
        <w:rPr>
          <w:rFonts w:eastAsia="Helvetica" w:cs="Helvetica"/>
          <w:szCs w:val="21"/>
        </w:rPr>
        <w:t>lase</w:t>
      </w:r>
      <w:r w:rsidR="004948D7">
        <w:rPr>
          <w:rFonts w:eastAsia="Helvetica" w:cs="Helvetica"/>
          <w:szCs w:val="21"/>
        </w:rPr>
        <w:t xml:space="preserve">,ukupne </w:t>
      </w:r>
      <w:r w:rsidR="004948D7">
        <w:rPr>
          <w:rFonts w:ascii="Calibri" w:hAnsi="Calibri" w:cs="Calibri"/>
          <w:color w:val="auto"/>
          <w:sz w:val="22"/>
        </w:rPr>
        <w:t>površine od 3</w:t>
      </w:r>
      <w:r w:rsidR="004948D7">
        <w:rPr>
          <w:rFonts w:ascii="Calibri" w:hAnsi="Calibri" w:cs="Calibri"/>
          <w:sz w:val="22"/>
        </w:rPr>
        <w:t>,</w:t>
      </w:r>
      <w:r w:rsidR="004948D7">
        <w:rPr>
          <w:rFonts w:ascii="Calibri" w:hAnsi="Calibri" w:cs="Calibri"/>
          <w:color w:val="auto"/>
          <w:sz w:val="22"/>
        </w:rPr>
        <w:t>449 m² (34 ari 49m²).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1F73F080" w14:textId="77777777">
        <w:trPr>
          <w:cantSplit/>
          <w:jc w:val="center"/>
        </w:trPr>
        <w:tc>
          <w:tcPr>
            <w:tcW w:w="3026" w:type="dxa"/>
            <w:vAlign w:val="center"/>
          </w:tcPr>
          <w:p w14:paraId="38FBC7A3"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2E26828C" w14:textId="072C9DB2" w:rsidR="00345441" w:rsidRDefault="0084657B">
            <w:pPr>
              <w:keepNext/>
              <w:jc w:val="center"/>
            </w:pPr>
            <w:r>
              <w:rPr>
                <w:rFonts w:eastAsia="Helvetica" w:cs="Helvetica"/>
                <w:b/>
                <w:szCs w:val="21"/>
              </w:rPr>
              <w:t>Minimalna cena: 1,600 €/ar</w:t>
            </w:r>
            <w:r w:rsidR="00D830B0">
              <w:rPr>
                <w:rFonts w:eastAsia="Helvetica" w:cs="Helvetica"/>
                <w:b/>
                <w:szCs w:val="21"/>
              </w:rPr>
              <w:t>i</w:t>
            </w:r>
          </w:p>
        </w:tc>
        <w:tc>
          <w:tcPr>
            <w:tcW w:w="3026" w:type="dxa"/>
            <w:vAlign w:val="center"/>
          </w:tcPr>
          <w:p w14:paraId="166AEF88" w14:textId="77777777" w:rsidR="00345441" w:rsidRDefault="0084657B">
            <w:pPr>
              <w:keepNext/>
              <w:jc w:val="center"/>
            </w:pPr>
            <w:r>
              <w:rPr>
                <w:rFonts w:eastAsia="Helvetica" w:cs="Helvetica"/>
                <w:b/>
                <w:szCs w:val="21"/>
              </w:rPr>
              <w:t>Depozit za ponudu: 6,000 €</w:t>
            </w:r>
          </w:p>
        </w:tc>
      </w:tr>
    </w:tbl>
    <w:p w14:paraId="3DDE2BE7" w14:textId="77777777" w:rsidR="00345441" w:rsidRDefault="0084657B">
      <w:pPr>
        <w:keepLines/>
        <w:spacing w:after="280" w:line="218" w:lineRule="exact"/>
      </w:pPr>
      <w:r>
        <w:rPr>
          <w:rFonts w:eastAsia="Helvetica" w:cs="Helvetica"/>
          <w:i/>
          <w:iCs/>
          <w:color w:val="333333"/>
          <w:szCs w:val="21"/>
        </w:rPr>
        <w:t>Prethodni nazivi i Fi brojevi: K.B. Kosova, Fi-107/90</w:t>
      </w:r>
    </w:p>
    <w:p w14:paraId="0F4708C0" w14:textId="7C50FE45" w:rsidR="00345441" w:rsidRDefault="00ED0DBE">
      <w:pPr>
        <w:keepNext/>
        <w:keepLines/>
        <w:jc w:val="both"/>
      </w:pPr>
      <w:hyperlink r:id="rId31" w:tooltip="Otvori memorandum za jedinicu 018" w:history="1">
        <w:r w:rsidR="0084657B">
          <w:rPr>
            <w:rFonts w:eastAsia="Helvetica" w:cs="Helvetica"/>
            <w:b/>
            <w:color w:val="B31E8D"/>
            <w:szCs w:val="21"/>
            <w:u w:val="single"/>
          </w:rPr>
          <w:t>Jedinica br.18: ZZ Kosova, poljoprivredno zemljište u Suvo Dolu 833-0</w:t>
        </w:r>
      </w:hyperlink>
      <w:r w:rsidR="0084657B">
        <w:rPr>
          <w:rFonts w:eastAsia="Helvetica" w:cs="Helvetica"/>
          <w:szCs w:val="21"/>
        </w:rPr>
        <w:t xml:space="preserve"> - obuhvata poljoprivredno zemljište, katastarsku parcelu 833-0 površine 3,605 m²</w:t>
      </w:r>
      <w:r w:rsidR="00466E94">
        <w:rPr>
          <w:rFonts w:eastAsia="Helvetica" w:cs="Helvetica"/>
          <w:szCs w:val="21"/>
        </w:rPr>
        <w:t xml:space="preserve"> (36ari 05</w:t>
      </w:r>
      <w:r w:rsidR="00466E94" w:rsidRPr="00466E94">
        <w:rPr>
          <w:rFonts w:eastAsia="Helvetica" w:cs="Helvetica"/>
          <w:szCs w:val="21"/>
        </w:rPr>
        <w:t>m²).</w:t>
      </w:r>
      <w:r w:rsidR="0084657B">
        <w:rPr>
          <w:rFonts w:eastAsia="Helvetica" w:cs="Helvetica"/>
          <w:szCs w:val="21"/>
        </w:rPr>
        <w:t xml:space="preserve"> po kulturi livada 2. klase, u K</w:t>
      </w:r>
      <w:r w:rsidR="00466E94">
        <w:rPr>
          <w:rFonts w:eastAsia="Helvetica" w:cs="Helvetica"/>
          <w:szCs w:val="21"/>
        </w:rPr>
        <w:t>Z</w:t>
      </w:r>
      <w:r w:rsidR="0084657B">
        <w:rPr>
          <w:rFonts w:eastAsia="Helvetica" w:cs="Helvetica"/>
          <w:szCs w:val="21"/>
        </w:rPr>
        <w:t xml:space="preserve"> Suvi Do, opština Gračanica.</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45489F14" w14:textId="77777777">
        <w:trPr>
          <w:cantSplit/>
          <w:jc w:val="center"/>
        </w:trPr>
        <w:tc>
          <w:tcPr>
            <w:tcW w:w="3026" w:type="dxa"/>
            <w:vAlign w:val="center"/>
          </w:tcPr>
          <w:p w14:paraId="33275A55"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07C14BA5" w14:textId="55AA5D26" w:rsidR="00345441" w:rsidRDefault="0084657B">
            <w:pPr>
              <w:keepNext/>
              <w:jc w:val="center"/>
            </w:pPr>
            <w:r>
              <w:rPr>
                <w:rFonts w:eastAsia="Helvetica" w:cs="Helvetica"/>
                <w:b/>
                <w:szCs w:val="21"/>
              </w:rPr>
              <w:t>Minimalna cena: 4,500 €/ar</w:t>
            </w:r>
            <w:r w:rsidR="00D830B0">
              <w:rPr>
                <w:rFonts w:eastAsia="Helvetica" w:cs="Helvetica"/>
                <w:b/>
                <w:szCs w:val="21"/>
              </w:rPr>
              <w:t>i</w:t>
            </w:r>
          </w:p>
        </w:tc>
        <w:tc>
          <w:tcPr>
            <w:tcW w:w="3026" w:type="dxa"/>
            <w:vAlign w:val="center"/>
          </w:tcPr>
          <w:p w14:paraId="1D7FA779" w14:textId="77777777" w:rsidR="00345441" w:rsidRDefault="0084657B">
            <w:pPr>
              <w:keepNext/>
              <w:jc w:val="center"/>
            </w:pPr>
            <w:r>
              <w:rPr>
                <w:rFonts w:eastAsia="Helvetica" w:cs="Helvetica"/>
                <w:b/>
                <w:szCs w:val="21"/>
              </w:rPr>
              <w:t>Depozit za ponudu: 8,000 €</w:t>
            </w:r>
          </w:p>
        </w:tc>
      </w:tr>
    </w:tbl>
    <w:p w14:paraId="0E0B9F1B" w14:textId="77777777" w:rsidR="00345441" w:rsidRDefault="0084657B">
      <w:pPr>
        <w:keepLines/>
        <w:spacing w:after="280" w:line="218" w:lineRule="exact"/>
      </w:pPr>
      <w:r>
        <w:rPr>
          <w:rFonts w:eastAsia="Helvetica" w:cs="Helvetica"/>
          <w:i/>
          <w:iCs/>
          <w:color w:val="333333"/>
          <w:szCs w:val="21"/>
        </w:rPr>
        <w:t>Prethodni nazivi i Fi brojevi: K.B. Kosova, Fi-107/90</w:t>
      </w:r>
    </w:p>
    <w:p w14:paraId="6EE3844E" w14:textId="4A378D3C" w:rsidR="00345441" w:rsidRDefault="00ED0DBE">
      <w:pPr>
        <w:keepNext/>
        <w:keepLines/>
        <w:jc w:val="both"/>
      </w:pPr>
      <w:hyperlink r:id="rId32" w:tooltip="Otvori memorandum za jedinicu 019" w:history="1">
        <w:r w:rsidR="0084657B">
          <w:rPr>
            <w:rFonts w:eastAsia="Helvetica" w:cs="Helvetica"/>
            <w:b/>
            <w:color w:val="B31E8D"/>
            <w:szCs w:val="21"/>
            <w:u w:val="single"/>
          </w:rPr>
          <w:t>Jedinica br.19: ZZ Kosova, poljoprivredno zemljište u Donjoj Gušterici 1313-0</w:t>
        </w:r>
      </w:hyperlink>
      <w:r w:rsidR="0084657B">
        <w:rPr>
          <w:rFonts w:eastAsia="Helvetica" w:cs="Helvetica"/>
          <w:szCs w:val="21"/>
        </w:rPr>
        <w:t xml:space="preserve"> - obuhvata katastarsku parcelu 1313-0, po kulturi njiva 4. klase. Parcela se nalazi u zapadnom delu K</w:t>
      </w:r>
      <w:r w:rsidR="00D830B0">
        <w:rPr>
          <w:rFonts w:eastAsia="Helvetica" w:cs="Helvetica"/>
          <w:szCs w:val="21"/>
        </w:rPr>
        <w:t>Z</w:t>
      </w:r>
      <w:r w:rsidR="0084657B">
        <w:rPr>
          <w:rFonts w:eastAsia="Helvetica" w:cs="Helvetica"/>
          <w:szCs w:val="21"/>
        </w:rPr>
        <w:t xml:space="preserve"> Donja Gušterica, opština Gračanica, i ima ukupnu površinu 4,586 m² (45 ari 86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185A2C27" w14:textId="77777777">
        <w:trPr>
          <w:cantSplit/>
          <w:jc w:val="center"/>
        </w:trPr>
        <w:tc>
          <w:tcPr>
            <w:tcW w:w="3026" w:type="dxa"/>
            <w:vAlign w:val="center"/>
          </w:tcPr>
          <w:p w14:paraId="295798B4"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2089E851" w14:textId="221A7FA3" w:rsidR="00345441" w:rsidRDefault="0084657B">
            <w:pPr>
              <w:keepNext/>
              <w:jc w:val="center"/>
            </w:pPr>
            <w:r>
              <w:rPr>
                <w:rFonts w:eastAsia="Helvetica" w:cs="Helvetica"/>
                <w:b/>
                <w:szCs w:val="21"/>
              </w:rPr>
              <w:t>Minimalna cena: 4,200 €/ar</w:t>
            </w:r>
            <w:r w:rsidR="00D830B0">
              <w:rPr>
                <w:rFonts w:eastAsia="Helvetica" w:cs="Helvetica"/>
                <w:b/>
                <w:szCs w:val="21"/>
              </w:rPr>
              <w:t>i</w:t>
            </w:r>
          </w:p>
        </w:tc>
        <w:tc>
          <w:tcPr>
            <w:tcW w:w="3026" w:type="dxa"/>
            <w:vAlign w:val="center"/>
          </w:tcPr>
          <w:p w14:paraId="65A2245F" w14:textId="77777777" w:rsidR="00345441" w:rsidRDefault="0084657B">
            <w:pPr>
              <w:keepNext/>
              <w:jc w:val="center"/>
            </w:pPr>
            <w:r>
              <w:rPr>
                <w:rFonts w:eastAsia="Helvetica" w:cs="Helvetica"/>
                <w:b/>
                <w:szCs w:val="21"/>
              </w:rPr>
              <w:t>Depozit za ponudu: 10,000 €</w:t>
            </w:r>
          </w:p>
        </w:tc>
      </w:tr>
    </w:tbl>
    <w:p w14:paraId="565C8D43" w14:textId="77777777" w:rsidR="00345441" w:rsidRDefault="0084657B">
      <w:pPr>
        <w:keepLines/>
        <w:spacing w:after="280" w:line="218" w:lineRule="exact"/>
      </w:pPr>
      <w:r>
        <w:rPr>
          <w:rFonts w:eastAsia="Helvetica" w:cs="Helvetica"/>
          <w:i/>
          <w:iCs/>
          <w:color w:val="333333"/>
          <w:szCs w:val="21"/>
        </w:rPr>
        <w:t>Prethodni nazivi i Fi brojevi: K.B. Kosova, Fi-107/90</w:t>
      </w:r>
    </w:p>
    <w:p w14:paraId="37A42CEA" w14:textId="50321B46" w:rsidR="00345441" w:rsidRDefault="00ED0DBE">
      <w:pPr>
        <w:keepNext/>
        <w:keepLines/>
        <w:jc w:val="both"/>
      </w:pPr>
      <w:hyperlink r:id="rId33" w:tooltip="Otvori memorandum za jedinicu 020" w:history="1">
        <w:r w:rsidR="0084657B">
          <w:rPr>
            <w:rFonts w:eastAsia="Helvetica" w:cs="Helvetica"/>
            <w:b/>
            <w:color w:val="B31E8D"/>
            <w:szCs w:val="21"/>
            <w:u w:val="single"/>
          </w:rPr>
          <w:t>Jedinica br.20: ZZ Kosova, poljoprivredno zemljište u Donjoj Gušterici 1298-1</w:t>
        </w:r>
      </w:hyperlink>
      <w:r w:rsidR="0084657B">
        <w:rPr>
          <w:rFonts w:eastAsia="Helvetica" w:cs="Helvetica"/>
          <w:szCs w:val="21"/>
        </w:rPr>
        <w:t xml:space="preserve"> - obuhvata katastarsku parcelu 1298-1, po kulturi njiva 4. klase. Parcela se nalazi u zapadnom delu K</w:t>
      </w:r>
      <w:r w:rsidR="00D830B0">
        <w:rPr>
          <w:rFonts w:eastAsia="Helvetica" w:cs="Helvetica"/>
          <w:szCs w:val="21"/>
        </w:rPr>
        <w:t>Z</w:t>
      </w:r>
      <w:r w:rsidR="0084657B">
        <w:rPr>
          <w:rFonts w:eastAsia="Helvetica" w:cs="Helvetica"/>
          <w:szCs w:val="21"/>
        </w:rPr>
        <w:t xml:space="preserve"> Donja Gušterica, opština Gračanica, i ima ukupnu površinu 3,303 m² (33 ara 03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11BE4EBF" w14:textId="77777777">
        <w:trPr>
          <w:cantSplit/>
          <w:jc w:val="center"/>
        </w:trPr>
        <w:tc>
          <w:tcPr>
            <w:tcW w:w="3026" w:type="dxa"/>
            <w:vAlign w:val="center"/>
          </w:tcPr>
          <w:p w14:paraId="305BE43A"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504F4908" w14:textId="12BB060D" w:rsidR="00345441" w:rsidRDefault="0084657B">
            <w:pPr>
              <w:keepNext/>
              <w:jc w:val="center"/>
            </w:pPr>
            <w:r>
              <w:rPr>
                <w:rFonts w:eastAsia="Helvetica" w:cs="Helvetica"/>
                <w:b/>
                <w:szCs w:val="21"/>
              </w:rPr>
              <w:t>Minimalna cena: 4,200 €/ar</w:t>
            </w:r>
            <w:r w:rsidR="00D830B0">
              <w:rPr>
                <w:rFonts w:eastAsia="Helvetica" w:cs="Helvetica"/>
                <w:b/>
                <w:szCs w:val="21"/>
              </w:rPr>
              <w:t>i</w:t>
            </w:r>
          </w:p>
        </w:tc>
        <w:tc>
          <w:tcPr>
            <w:tcW w:w="3026" w:type="dxa"/>
            <w:vAlign w:val="center"/>
          </w:tcPr>
          <w:p w14:paraId="0CB18815" w14:textId="77777777" w:rsidR="00345441" w:rsidRDefault="0084657B">
            <w:pPr>
              <w:keepNext/>
              <w:jc w:val="center"/>
            </w:pPr>
            <w:r>
              <w:rPr>
                <w:rFonts w:eastAsia="Helvetica" w:cs="Helvetica"/>
                <w:b/>
                <w:szCs w:val="21"/>
              </w:rPr>
              <w:t>Depozit za ponudu: 7,000 €</w:t>
            </w:r>
          </w:p>
        </w:tc>
      </w:tr>
    </w:tbl>
    <w:p w14:paraId="4CDFA2F1" w14:textId="77777777" w:rsidR="00345441" w:rsidRDefault="0084657B">
      <w:pPr>
        <w:keepLines/>
        <w:spacing w:after="280" w:line="218" w:lineRule="exact"/>
      </w:pPr>
      <w:r>
        <w:rPr>
          <w:rFonts w:eastAsia="Helvetica" w:cs="Helvetica"/>
          <w:i/>
          <w:iCs/>
          <w:color w:val="333333"/>
          <w:szCs w:val="21"/>
        </w:rPr>
        <w:t>Prethodni nazivi i Fi brojevi: K.B. Kosova, Fi-107/90</w:t>
      </w:r>
    </w:p>
    <w:p w14:paraId="3A7AE22D" w14:textId="2D4D3C86" w:rsidR="00345441" w:rsidRDefault="00ED0DBE">
      <w:pPr>
        <w:keepNext/>
        <w:keepLines/>
        <w:jc w:val="both"/>
      </w:pPr>
      <w:hyperlink r:id="rId34" w:tooltip="Otvori memorandum za jedinicu 021" w:history="1">
        <w:r w:rsidR="0084657B">
          <w:rPr>
            <w:rFonts w:eastAsia="Helvetica" w:cs="Helvetica"/>
            <w:b/>
            <w:color w:val="B31E8D"/>
            <w:szCs w:val="21"/>
            <w:u w:val="single"/>
          </w:rPr>
          <w:t>Jedinica br.21: ZZ Kosova, poljoprivredno zemljište u Donjoj Gušterici 1321-0</w:t>
        </w:r>
      </w:hyperlink>
      <w:r w:rsidR="0084657B">
        <w:rPr>
          <w:rFonts w:eastAsia="Helvetica" w:cs="Helvetica"/>
          <w:szCs w:val="21"/>
        </w:rPr>
        <w:t xml:space="preserve"> - obuhvata katastarsku parcelu 1321-0, po kulturi njiva 4. klase. Parcela se nalazi u zapadnom delu K</w:t>
      </w:r>
      <w:r w:rsidR="00D830B0">
        <w:rPr>
          <w:rFonts w:eastAsia="Helvetica" w:cs="Helvetica"/>
          <w:szCs w:val="21"/>
        </w:rPr>
        <w:t>Z</w:t>
      </w:r>
      <w:r w:rsidR="0084657B">
        <w:rPr>
          <w:rFonts w:eastAsia="Helvetica" w:cs="Helvetica"/>
          <w:szCs w:val="21"/>
        </w:rPr>
        <w:t xml:space="preserve"> Donja Gušterica, opština Gračanica, i ima ukupnu površinu 2,446 m² (24 ara 46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5414EFFE" w14:textId="77777777">
        <w:trPr>
          <w:cantSplit/>
          <w:jc w:val="center"/>
        </w:trPr>
        <w:tc>
          <w:tcPr>
            <w:tcW w:w="3026" w:type="dxa"/>
            <w:vAlign w:val="center"/>
          </w:tcPr>
          <w:p w14:paraId="17439E09"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18126FE7" w14:textId="61A353EB" w:rsidR="00345441" w:rsidRDefault="0084657B">
            <w:pPr>
              <w:keepNext/>
              <w:jc w:val="center"/>
            </w:pPr>
            <w:r>
              <w:rPr>
                <w:rFonts w:eastAsia="Helvetica" w:cs="Helvetica"/>
                <w:b/>
                <w:szCs w:val="21"/>
              </w:rPr>
              <w:t>Minimalna cena: 4,200 €/ar</w:t>
            </w:r>
            <w:r w:rsidR="00D830B0">
              <w:rPr>
                <w:rFonts w:eastAsia="Helvetica" w:cs="Helvetica"/>
                <w:b/>
                <w:szCs w:val="21"/>
              </w:rPr>
              <w:t>i</w:t>
            </w:r>
          </w:p>
        </w:tc>
        <w:tc>
          <w:tcPr>
            <w:tcW w:w="3026" w:type="dxa"/>
            <w:vAlign w:val="center"/>
          </w:tcPr>
          <w:p w14:paraId="165B9FFA" w14:textId="77777777" w:rsidR="00345441" w:rsidRDefault="0084657B">
            <w:pPr>
              <w:keepNext/>
              <w:jc w:val="center"/>
            </w:pPr>
            <w:r>
              <w:rPr>
                <w:rFonts w:eastAsia="Helvetica" w:cs="Helvetica"/>
                <w:b/>
                <w:szCs w:val="21"/>
              </w:rPr>
              <w:t>Depozit za ponudu: 5,000 €</w:t>
            </w:r>
          </w:p>
        </w:tc>
      </w:tr>
    </w:tbl>
    <w:p w14:paraId="4247C9A0" w14:textId="77777777" w:rsidR="00345441" w:rsidRDefault="0084657B">
      <w:pPr>
        <w:keepLines/>
        <w:spacing w:after="280" w:line="218" w:lineRule="exact"/>
      </w:pPr>
      <w:r>
        <w:rPr>
          <w:rFonts w:eastAsia="Helvetica" w:cs="Helvetica"/>
          <w:i/>
          <w:iCs/>
          <w:color w:val="333333"/>
          <w:szCs w:val="21"/>
        </w:rPr>
        <w:t>Prethodni nazivi i Fi brojevi: K.B. Kosova Fi-107/90</w:t>
      </w:r>
    </w:p>
    <w:p w14:paraId="570EDD9C" w14:textId="51D73F8D" w:rsidR="00345441" w:rsidRDefault="00ED0DBE">
      <w:pPr>
        <w:keepNext/>
        <w:keepLines/>
        <w:jc w:val="both"/>
      </w:pPr>
      <w:hyperlink r:id="rId35" w:tooltip="Otvori memorandum za jedinicu 022" w:history="1">
        <w:r w:rsidR="0084657B">
          <w:rPr>
            <w:rFonts w:eastAsia="Helvetica" w:cs="Helvetica"/>
            <w:b/>
            <w:color w:val="B31E8D"/>
            <w:szCs w:val="21"/>
            <w:u w:val="single"/>
          </w:rPr>
          <w:t>Jedinica br.22: ZZ Kosova, poljoprivredno zemljište u Konjuhu 16-1</w:t>
        </w:r>
      </w:hyperlink>
      <w:r w:rsidR="0084657B">
        <w:rPr>
          <w:rFonts w:eastAsia="Helvetica" w:cs="Helvetica"/>
          <w:szCs w:val="21"/>
        </w:rPr>
        <w:t xml:space="preserve"> - obuhvata poljoprivredno zemljište ukupne površine 9,149 m² (91 ar 49 m²), po kulturi njiva 4. klase. U potvrdi o vlasništvu parcela je upisana na ime društvene svojine, Zemljoradničke zadruge Lipljan</w:t>
      </w:r>
      <w:r w:rsidR="00D830B0">
        <w:rPr>
          <w:rFonts w:eastAsia="Helvetica" w:cs="Helvetica"/>
          <w:szCs w:val="21"/>
        </w:rPr>
        <w:t>e</w:t>
      </w:r>
      <w:r w:rsidR="0084657B">
        <w:rPr>
          <w:rFonts w:eastAsia="Helvetica" w:cs="Helvetica"/>
          <w:szCs w:val="21"/>
        </w:rPr>
        <w:t xml:space="preserve"> (D.S. Organ Upravljanja Zem. Zadruga).</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0A15DA1A" w14:textId="77777777">
        <w:trPr>
          <w:cantSplit/>
          <w:jc w:val="center"/>
        </w:trPr>
        <w:tc>
          <w:tcPr>
            <w:tcW w:w="3026" w:type="dxa"/>
            <w:vAlign w:val="center"/>
          </w:tcPr>
          <w:p w14:paraId="70588562"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0F01E708" w14:textId="49ADF49D" w:rsidR="00345441" w:rsidRDefault="0084657B">
            <w:pPr>
              <w:keepNext/>
              <w:jc w:val="center"/>
            </w:pPr>
            <w:r>
              <w:rPr>
                <w:rFonts w:eastAsia="Helvetica" w:cs="Helvetica"/>
                <w:b/>
                <w:szCs w:val="21"/>
              </w:rPr>
              <w:t>Minimalna cena: 9,600 €/ar</w:t>
            </w:r>
            <w:r w:rsidR="00D830B0">
              <w:rPr>
                <w:rFonts w:eastAsia="Helvetica" w:cs="Helvetica"/>
                <w:b/>
                <w:szCs w:val="21"/>
              </w:rPr>
              <w:t>i</w:t>
            </w:r>
          </w:p>
        </w:tc>
        <w:tc>
          <w:tcPr>
            <w:tcW w:w="3026" w:type="dxa"/>
            <w:vAlign w:val="center"/>
          </w:tcPr>
          <w:p w14:paraId="5708DD12" w14:textId="77777777" w:rsidR="00345441" w:rsidRDefault="0084657B">
            <w:pPr>
              <w:keepNext/>
              <w:jc w:val="center"/>
            </w:pPr>
            <w:r>
              <w:rPr>
                <w:rFonts w:eastAsia="Helvetica" w:cs="Helvetica"/>
                <w:b/>
                <w:szCs w:val="21"/>
              </w:rPr>
              <w:t>Depozit za ponudu: 44,000 €</w:t>
            </w:r>
          </w:p>
        </w:tc>
      </w:tr>
    </w:tbl>
    <w:p w14:paraId="035CD3C4" w14:textId="77777777" w:rsidR="00345441" w:rsidRDefault="0084657B">
      <w:pPr>
        <w:keepLines/>
        <w:spacing w:after="280" w:line="218" w:lineRule="exact"/>
      </w:pPr>
      <w:r>
        <w:rPr>
          <w:rFonts w:eastAsia="Helvetica" w:cs="Helvetica"/>
          <w:i/>
          <w:iCs/>
          <w:color w:val="333333"/>
          <w:szCs w:val="21"/>
        </w:rPr>
        <w:t>Prethodni nazivi i Fi brojevi: K.B. Kosova Fi-107/90</w:t>
      </w:r>
    </w:p>
    <w:p w14:paraId="1B34C226" w14:textId="77777777" w:rsidR="00345441" w:rsidRDefault="00ED0DBE">
      <w:pPr>
        <w:keepNext/>
        <w:keepLines/>
        <w:jc w:val="both"/>
      </w:pPr>
      <w:hyperlink r:id="rId36" w:tooltip="Otvori memorandum za jedinicu 023" w:history="1">
        <w:r w:rsidR="0084657B">
          <w:rPr>
            <w:rFonts w:eastAsia="Helvetica" w:cs="Helvetica"/>
            <w:b/>
            <w:color w:val="B31E8D"/>
            <w:szCs w:val="21"/>
            <w:u w:val="single"/>
          </w:rPr>
          <w:t>Jedinica br.23: ZZ Kosova, poljoprivredno zemljište u Banuli 989-0</w:t>
        </w:r>
      </w:hyperlink>
      <w:r w:rsidR="0084657B">
        <w:rPr>
          <w:rFonts w:eastAsia="Helvetica" w:cs="Helvetica"/>
          <w:szCs w:val="21"/>
        </w:rPr>
        <w:t xml:space="preserve"> - obuhvata poljoprivredno zemljište ukupne površine 3,517 m² (35 ari 17 m²). Zemljište obuhvata parcelu P-71409003-00989-0, po kulturi poljoprivredno zemljište – njiva 4. klase, ukupne površine 3,517 m² (35 ari 17 m²), koja nema pristup putu.</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56D3F873" w14:textId="77777777">
        <w:trPr>
          <w:cantSplit/>
          <w:jc w:val="center"/>
        </w:trPr>
        <w:tc>
          <w:tcPr>
            <w:tcW w:w="3026" w:type="dxa"/>
            <w:vAlign w:val="center"/>
          </w:tcPr>
          <w:p w14:paraId="5208EB45"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3B368A23" w14:textId="318E168F" w:rsidR="00345441" w:rsidRDefault="0084657B">
            <w:pPr>
              <w:keepNext/>
              <w:jc w:val="center"/>
            </w:pPr>
            <w:r>
              <w:rPr>
                <w:rFonts w:eastAsia="Helvetica" w:cs="Helvetica"/>
                <w:b/>
                <w:szCs w:val="21"/>
              </w:rPr>
              <w:t>Minimalna cena: 4,000 €/ar</w:t>
            </w:r>
            <w:r w:rsidR="00D830B0">
              <w:rPr>
                <w:rFonts w:eastAsia="Helvetica" w:cs="Helvetica"/>
                <w:b/>
                <w:szCs w:val="21"/>
              </w:rPr>
              <w:t>i</w:t>
            </w:r>
          </w:p>
        </w:tc>
        <w:tc>
          <w:tcPr>
            <w:tcW w:w="3026" w:type="dxa"/>
            <w:vAlign w:val="center"/>
          </w:tcPr>
          <w:p w14:paraId="365E32E9" w14:textId="77777777" w:rsidR="00345441" w:rsidRDefault="0084657B">
            <w:pPr>
              <w:keepNext/>
              <w:jc w:val="center"/>
            </w:pPr>
            <w:r>
              <w:rPr>
                <w:rFonts w:eastAsia="Helvetica" w:cs="Helvetica"/>
                <w:b/>
                <w:szCs w:val="21"/>
              </w:rPr>
              <w:t>Depozit za ponudu: 7,000 €</w:t>
            </w:r>
          </w:p>
        </w:tc>
      </w:tr>
    </w:tbl>
    <w:p w14:paraId="1CEF2B85" w14:textId="77777777" w:rsidR="00345441" w:rsidRDefault="0084657B">
      <w:pPr>
        <w:keepLines/>
        <w:spacing w:after="280" w:line="218" w:lineRule="exact"/>
      </w:pPr>
      <w:r>
        <w:rPr>
          <w:rFonts w:eastAsia="Helvetica" w:cs="Helvetica"/>
          <w:i/>
          <w:iCs/>
          <w:color w:val="333333"/>
          <w:szCs w:val="21"/>
        </w:rPr>
        <w:t>Prethodni nazivi i Fi brojevi: K.B. Kosova Fi-107/90</w:t>
      </w:r>
    </w:p>
    <w:p w14:paraId="1E655BB2" w14:textId="0717B055" w:rsidR="00345441" w:rsidRDefault="00ED0DBE">
      <w:pPr>
        <w:keepNext/>
        <w:keepLines/>
        <w:jc w:val="both"/>
      </w:pPr>
      <w:hyperlink r:id="rId37" w:tooltip="Otvori memorandum za jedinicu 024" w:history="1">
        <w:r w:rsidR="0084657B">
          <w:rPr>
            <w:rFonts w:eastAsia="Helvetica" w:cs="Helvetica"/>
            <w:b/>
            <w:color w:val="B31E8D"/>
            <w:szCs w:val="21"/>
            <w:u w:val="single"/>
          </w:rPr>
          <w:t>Jedinica br.24: Ratar, poljoprivredno zemljište u Ajvaliji 653-3</w:t>
        </w:r>
      </w:hyperlink>
      <w:r w:rsidR="0084657B">
        <w:rPr>
          <w:rFonts w:eastAsia="Helvetica" w:cs="Helvetica"/>
          <w:szCs w:val="21"/>
        </w:rPr>
        <w:t xml:space="preserve"> - obuhvata katastarsku parcelu 71914002-00653-3, upisanu kao poljoprivredno zemljište, po kulturi njiva 3. klase. Parcela se nalazi u K</w:t>
      </w:r>
      <w:r w:rsidR="00D830B0">
        <w:rPr>
          <w:rFonts w:eastAsia="Helvetica" w:cs="Helvetica"/>
          <w:szCs w:val="21"/>
        </w:rPr>
        <w:t>Z</w:t>
      </w:r>
      <w:r w:rsidR="0084657B">
        <w:rPr>
          <w:rFonts w:eastAsia="Helvetica" w:cs="Helvetica"/>
          <w:szCs w:val="21"/>
        </w:rPr>
        <w:t xml:space="preserve"> Ajvalija i ima ukupnu površinu 1,678 m² (16 ari 78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007DE6E7" w14:textId="77777777">
        <w:trPr>
          <w:cantSplit/>
          <w:jc w:val="center"/>
        </w:trPr>
        <w:tc>
          <w:tcPr>
            <w:tcW w:w="3026" w:type="dxa"/>
            <w:vAlign w:val="center"/>
          </w:tcPr>
          <w:p w14:paraId="317B6EFE"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675DCA02" w14:textId="43F95EF2" w:rsidR="00345441" w:rsidRDefault="0084657B">
            <w:pPr>
              <w:keepNext/>
              <w:jc w:val="center"/>
            </w:pPr>
            <w:r>
              <w:rPr>
                <w:rFonts w:eastAsia="Helvetica" w:cs="Helvetica"/>
                <w:b/>
                <w:szCs w:val="21"/>
              </w:rPr>
              <w:t>Minimalna cena: 6,800 €/ar</w:t>
            </w:r>
            <w:r w:rsidR="00D830B0">
              <w:rPr>
                <w:rFonts w:eastAsia="Helvetica" w:cs="Helvetica"/>
                <w:b/>
                <w:szCs w:val="21"/>
              </w:rPr>
              <w:t>i</w:t>
            </w:r>
          </w:p>
        </w:tc>
        <w:tc>
          <w:tcPr>
            <w:tcW w:w="3026" w:type="dxa"/>
            <w:vAlign w:val="center"/>
          </w:tcPr>
          <w:p w14:paraId="141B905C" w14:textId="77777777" w:rsidR="00345441" w:rsidRDefault="0084657B">
            <w:pPr>
              <w:keepNext/>
              <w:jc w:val="center"/>
            </w:pPr>
            <w:r>
              <w:rPr>
                <w:rFonts w:eastAsia="Helvetica" w:cs="Helvetica"/>
                <w:b/>
                <w:szCs w:val="21"/>
              </w:rPr>
              <w:t>Depozit za ponudu: 6,000 €</w:t>
            </w:r>
          </w:p>
        </w:tc>
      </w:tr>
    </w:tbl>
    <w:p w14:paraId="790FD859" w14:textId="77777777" w:rsidR="00345441" w:rsidRDefault="0084657B">
      <w:pPr>
        <w:keepLines/>
        <w:spacing w:after="280" w:line="218" w:lineRule="exact"/>
      </w:pPr>
      <w:r>
        <w:rPr>
          <w:rFonts w:eastAsia="Helvetica" w:cs="Helvetica"/>
          <w:i/>
          <w:iCs/>
          <w:color w:val="333333"/>
          <w:szCs w:val="21"/>
        </w:rPr>
        <w:t>Prethodni nazivi i Fi brojevi: Ratar - Laplje Selo, Fi 809/89</w:t>
      </w:r>
    </w:p>
    <w:p w14:paraId="6FEBC385" w14:textId="32D46394" w:rsidR="00345441" w:rsidRDefault="00ED0DBE">
      <w:pPr>
        <w:keepNext/>
        <w:keepLines/>
        <w:jc w:val="both"/>
      </w:pPr>
      <w:hyperlink r:id="rId38" w:tooltip="Otvori memorandum za jedinicu 025" w:history="1">
        <w:r w:rsidR="0084657B">
          <w:rPr>
            <w:rFonts w:eastAsia="Helvetica" w:cs="Helvetica"/>
            <w:b/>
            <w:color w:val="B31E8D"/>
            <w:szCs w:val="21"/>
            <w:u w:val="single"/>
          </w:rPr>
          <w:t>Jedinica br.25: Ratar, poljoprivredno zemljište u Ajvaliji 918-2</w:t>
        </w:r>
      </w:hyperlink>
      <w:r w:rsidR="0084657B">
        <w:rPr>
          <w:rFonts w:eastAsia="Helvetica" w:cs="Helvetica"/>
          <w:szCs w:val="21"/>
        </w:rPr>
        <w:t xml:space="preserve"> - obuhvata poljoprivredno zemljište, katastarsku parcelu P-71914002-00918-2, po kulturi njiva 3. klase. Parcela se nalazi u K</w:t>
      </w:r>
      <w:r w:rsidR="00D830B0">
        <w:rPr>
          <w:rFonts w:eastAsia="Helvetica" w:cs="Helvetica"/>
          <w:szCs w:val="21"/>
        </w:rPr>
        <w:t>Z</w:t>
      </w:r>
      <w:r w:rsidR="0084657B">
        <w:rPr>
          <w:rFonts w:eastAsia="Helvetica" w:cs="Helvetica"/>
          <w:szCs w:val="21"/>
        </w:rPr>
        <w:t xml:space="preserve"> Ajvalija i ima ukupnu površinu 1,502 m² (15 ari 02 m²). Ima direktan pristup preko poljskih puteva.</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6964096B" w14:textId="77777777">
        <w:trPr>
          <w:cantSplit/>
          <w:jc w:val="center"/>
        </w:trPr>
        <w:tc>
          <w:tcPr>
            <w:tcW w:w="3026" w:type="dxa"/>
            <w:vAlign w:val="center"/>
          </w:tcPr>
          <w:p w14:paraId="42B8ADFE"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41F7B9AC" w14:textId="6182F4A7" w:rsidR="00345441" w:rsidRDefault="0084657B">
            <w:pPr>
              <w:keepNext/>
              <w:jc w:val="center"/>
            </w:pPr>
            <w:r>
              <w:rPr>
                <w:rFonts w:eastAsia="Helvetica" w:cs="Helvetica"/>
                <w:b/>
                <w:szCs w:val="21"/>
              </w:rPr>
              <w:t>Minimalna cena: 6,800 €/ar</w:t>
            </w:r>
            <w:r w:rsidR="00D830B0">
              <w:rPr>
                <w:rFonts w:eastAsia="Helvetica" w:cs="Helvetica"/>
                <w:b/>
                <w:szCs w:val="21"/>
              </w:rPr>
              <w:t>i</w:t>
            </w:r>
          </w:p>
        </w:tc>
        <w:tc>
          <w:tcPr>
            <w:tcW w:w="3026" w:type="dxa"/>
            <w:vAlign w:val="center"/>
          </w:tcPr>
          <w:p w14:paraId="579AD180" w14:textId="77777777" w:rsidR="00345441" w:rsidRDefault="0084657B">
            <w:pPr>
              <w:keepNext/>
              <w:jc w:val="center"/>
            </w:pPr>
            <w:r>
              <w:rPr>
                <w:rFonts w:eastAsia="Helvetica" w:cs="Helvetica"/>
                <w:b/>
                <w:szCs w:val="21"/>
              </w:rPr>
              <w:t>Depozit za ponudu: 5,000 €</w:t>
            </w:r>
          </w:p>
        </w:tc>
      </w:tr>
    </w:tbl>
    <w:p w14:paraId="3DCA399E" w14:textId="77777777" w:rsidR="00345441" w:rsidRDefault="0084657B">
      <w:pPr>
        <w:keepLines/>
        <w:spacing w:after="280" w:line="218" w:lineRule="exact"/>
      </w:pPr>
      <w:r>
        <w:rPr>
          <w:rFonts w:eastAsia="Helvetica" w:cs="Helvetica"/>
          <w:i/>
          <w:iCs/>
          <w:color w:val="333333"/>
          <w:szCs w:val="21"/>
        </w:rPr>
        <w:t>Prethodni nazivi i Fi brojevi: Ratar - Laplje Selo, Fi 809/89</w:t>
      </w:r>
    </w:p>
    <w:p w14:paraId="121143E2" w14:textId="7C6CAE18" w:rsidR="00345441" w:rsidRDefault="00ED0DBE">
      <w:pPr>
        <w:keepNext/>
        <w:keepLines/>
        <w:jc w:val="both"/>
      </w:pPr>
      <w:hyperlink r:id="rId39" w:tooltip="Otvori memorandum za jedinicu 026" w:history="1">
        <w:r w:rsidR="0084657B">
          <w:rPr>
            <w:rFonts w:eastAsia="Helvetica" w:cs="Helvetica"/>
            <w:b/>
            <w:color w:val="B31E8D"/>
            <w:szCs w:val="21"/>
            <w:u w:val="single"/>
          </w:rPr>
          <w:t>Jedinica br.26: Ratar, poljoprivredno zemljište u Laplje Sel</w:t>
        </w:r>
        <w:r w:rsidR="00D830B0">
          <w:rPr>
            <w:rFonts w:eastAsia="Helvetica" w:cs="Helvetica"/>
            <w:b/>
            <w:color w:val="B31E8D"/>
            <w:szCs w:val="21"/>
            <w:u w:val="single"/>
          </w:rPr>
          <w:t>o</w:t>
        </w:r>
        <w:r w:rsidR="0084657B">
          <w:rPr>
            <w:rFonts w:eastAsia="Helvetica" w:cs="Helvetica"/>
            <w:b/>
            <w:color w:val="B31E8D"/>
            <w:szCs w:val="21"/>
            <w:u w:val="single"/>
          </w:rPr>
          <w:t xml:space="preserve"> -1342-0</w:t>
        </w:r>
      </w:hyperlink>
      <w:r w:rsidR="0084657B">
        <w:rPr>
          <w:rFonts w:eastAsia="Helvetica" w:cs="Helvetica"/>
          <w:szCs w:val="21"/>
        </w:rPr>
        <w:t xml:space="preserve"> - obuhvata poljoprivredno zemljište, odnosno katastarsku parcelu 1342-0, po kulturi njiva 4. klase, površine 4,839 m² (48 ari 39 m²). Parcela se nalazi u K</w:t>
      </w:r>
      <w:r w:rsidR="00D830B0">
        <w:rPr>
          <w:rFonts w:eastAsia="Helvetica" w:cs="Helvetica"/>
          <w:szCs w:val="21"/>
        </w:rPr>
        <w:t>Z</w:t>
      </w:r>
      <w:r w:rsidR="0084657B">
        <w:rPr>
          <w:rFonts w:eastAsia="Helvetica" w:cs="Helvetica"/>
          <w:szCs w:val="21"/>
        </w:rPr>
        <w:t xml:space="preserve"> Laplje Selo, opština Gračanica. Ima direktan pristup sporednom poljskom putu.</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51D8D723" w14:textId="77777777">
        <w:trPr>
          <w:cantSplit/>
          <w:jc w:val="center"/>
        </w:trPr>
        <w:tc>
          <w:tcPr>
            <w:tcW w:w="3026" w:type="dxa"/>
            <w:vAlign w:val="center"/>
          </w:tcPr>
          <w:p w14:paraId="3B65F4A4"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5167129E" w14:textId="408B1DB5" w:rsidR="00345441" w:rsidRDefault="0084657B">
            <w:pPr>
              <w:keepNext/>
              <w:jc w:val="center"/>
            </w:pPr>
            <w:r>
              <w:rPr>
                <w:rFonts w:eastAsia="Helvetica" w:cs="Helvetica"/>
                <w:b/>
                <w:szCs w:val="21"/>
              </w:rPr>
              <w:t>Minimalna cena: 6,000 €/ar</w:t>
            </w:r>
            <w:r w:rsidR="00D830B0">
              <w:rPr>
                <w:rFonts w:eastAsia="Helvetica" w:cs="Helvetica"/>
                <w:b/>
                <w:szCs w:val="21"/>
              </w:rPr>
              <w:t>i</w:t>
            </w:r>
          </w:p>
        </w:tc>
        <w:tc>
          <w:tcPr>
            <w:tcW w:w="3026" w:type="dxa"/>
            <w:vAlign w:val="center"/>
          </w:tcPr>
          <w:p w14:paraId="7A420578" w14:textId="77777777" w:rsidR="00345441" w:rsidRDefault="0084657B">
            <w:pPr>
              <w:keepNext/>
              <w:jc w:val="center"/>
            </w:pPr>
            <w:r>
              <w:rPr>
                <w:rFonts w:eastAsia="Helvetica" w:cs="Helvetica"/>
                <w:b/>
                <w:szCs w:val="21"/>
              </w:rPr>
              <w:t>Depozit za ponudu: 15,000 €</w:t>
            </w:r>
          </w:p>
        </w:tc>
      </w:tr>
    </w:tbl>
    <w:p w14:paraId="06C22E03" w14:textId="77777777" w:rsidR="00345441" w:rsidRDefault="0084657B">
      <w:pPr>
        <w:keepLines/>
        <w:spacing w:after="280" w:line="218" w:lineRule="exact"/>
      </w:pPr>
      <w:r>
        <w:rPr>
          <w:rFonts w:eastAsia="Helvetica" w:cs="Helvetica"/>
          <w:i/>
          <w:iCs/>
          <w:color w:val="333333"/>
          <w:szCs w:val="21"/>
        </w:rPr>
        <w:t>Prethodni nazivi i Fi brojevi: Ratar - Laplje Selo, Fi 809/89</w:t>
      </w:r>
    </w:p>
    <w:p w14:paraId="626BE9D3" w14:textId="77777777" w:rsidR="00345441" w:rsidRDefault="00ED0DBE">
      <w:pPr>
        <w:keepNext/>
        <w:keepLines/>
        <w:jc w:val="both"/>
      </w:pPr>
      <w:hyperlink r:id="rId40" w:tooltip="Otvori memorandum za jedinicu 027" w:history="1">
        <w:r w:rsidR="0084657B">
          <w:rPr>
            <w:rFonts w:eastAsia="Helvetica" w:cs="Helvetica"/>
            <w:b/>
            <w:color w:val="B31E8D"/>
            <w:szCs w:val="21"/>
            <w:u w:val="single"/>
          </w:rPr>
          <w:t>Jedinica br.27: Ratar, poljoprivredno zemljište u Čaglavici - 1453-0 i 1454-0</w:t>
        </w:r>
      </w:hyperlink>
      <w:r w:rsidR="0084657B">
        <w:rPr>
          <w:rFonts w:eastAsia="Helvetica" w:cs="Helvetica"/>
          <w:szCs w:val="21"/>
        </w:rPr>
        <w:t xml:space="preserve"> - obuhvata poljoprivredno zemljište, odnosno katastarske parcele 1453-0 površine 3,845 m² i 1454-0 površine 4,020 m², po kulturi njiva 4. klase, ukupne površine 7,865 m² (78 ari 65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67F6A063" w14:textId="77777777">
        <w:trPr>
          <w:cantSplit/>
          <w:jc w:val="center"/>
        </w:trPr>
        <w:tc>
          <w:tcPr>
            <w:tcW w:w="3026" w:type="dxa"/>
            <w:vAlign w:val="center"/>
          </w:tcPr>
          <w:p w14:paraId="60F64175"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6239FE5E" w14:textId="33FF8D75" w:rsidR="00345441" w:rsidRDefault="0084657B">
            <w:pPr>
              <w:keepNext/>
              <w:jc w:val="center"/>
            </w:pPr>
            <w:r>
              <w:rPr>
                <w:rFonts w:eastAsia="Helvetica" w:cs="Helvetica"/>
                <w:b/>
                <w:szCs w:val="21"/>
              </w:rPr>
              <w:t>Minimalna cena: 15,200 €/ar</w:t>
            </w:r>
            <w:r w:rsidR="00D830B0">
              <w:rPr>
                <w:rFonts w:eastAsia="Helvetica" w:cs="Helvetica"/>
                <w:b/>
                <w:szCs w:val="21"/>
              </w:rPr>
              <w:t>i</w:t>
            </w:r>
          </w:p>
        </w:tc>
        <w:tc>
          <w:tcPr>
            <w:tcW w:w="3026" w:type="dxa"/>
            <w:vAlign w:val="center"/>
          </w:tcPr>
          <w:p w14:paraId="65E04652" w14:textId="77777777" w:rsidR="00345441" w:rsidRDefault="0084657B">
            <w:pPr>
              <w:keepNext/>
              <w:jc w:val="center"/>
            </w:pPr>
            <w:r>
              <w:rPr>
                <w:rFonts w:eastAsia="Helvetica" w:cs="Helvetica"/>
                <w:b/>
                <w:szCs w:val="21"/>
              </w:rPr>
              <w:t>Depozit za ponudu: 60,000 €</w:t>
            </w:r>
          </w:p>
        </w:tc>
      </w:tr>
    </w:tbl>
    <w:p w14:paraId="7B73E5AE" w14:textId="77777777" w:rsidR="00345441" w:rsidRDefault="0084657B">
      <w:pPr>
        <w:keepLines/>
        <w:spacing w:after="280" w:line="218" w:lineRule="exact"/>
      </w:pPr>
      <w:r>
        <w:rPr>
          <w:rFonts w:eastAsia="Helvetica" w:cs="Helvetica"/>
          <w:i/>
          <w:iCs/>
          <w:color w:val="333333"/>
          <w:szCs w:val="21"/>
        </w:rPr>
        <w:t>Prethodni nazivi i Fi brojevi: Ratar - Laplje Selo, Fi 809/89</w:t>
      </w:r>
    </w:p>
    <w:p w14:paraId="283F3DBF" w14:textId="705FC2DB" w:rsidR="00345441" w:rsidRDefault="00ED0DBE">
      <w:pPr>
        <w:keepNext/>
        <w:keepLines/>
        <w:jc w:val="both"/>
      </w:pPr>
      <w:hyperlink r:id="rId41" w:tooltip="Otvori memorandum za jedinicu 028" w:history="1">
        <w:r w:rsidR="0084657B">
          <w:rPr>
            <w:rFonts w:eastAsia="Helvetica" w:cs="Helvetica"/>
            <w:b/>
            <w:color w:val="B31E8D"/>
            <w:szCs w:val="21"/>
            <w:u w:val="single"/>
          </w:rPr>
          <w:t>Jedinica br.28: Ratar, poljoprivredno zemljište u Čaglavici -20</w:t>
        </w:r>
      </w:hyperlink>
      <w:r w:rsidR="0084657B">
        <w:rPr>
          <w:rFonts w:eastAsia="Helvetica" w:cs="Helvetica"/>
          <w:szCs w:val="21"/>
        </w:rPr>
        <w:t xml:space="preserve"> - obuhvata poljoprivredno zemljište, odnosno katastarsku parcelu 20-0, po kulturi njiva 2. klase, površine 331 m² (3 ara 31 m²). Parcela se nalazi u K</w:t>
      </w:r>
      <w:r w:rsidR="00D830B0">
        <w:rPr>
          <w:rFonts w:eastAsia="Helvetica" w:cs="Helvetica"/>
          <w:szCs w:val="21"/>
        </w:rPr>
        <w:t>Z</w:t>
      </w:r>
      <w:r w:rsidR="0084657B">
        <w:rPr>
          <w:rFonts w:eastAsia="Helvetica" w:cs="Helvetica"/>
          <w:szCs w:val="21"/>
        </w:rPr>
        <w:t xml:space="preserve"> Čaglavica, opština Priština, i ima direktan pristup sporednom poljskom putu.</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5B6F8FE0" w14:textId="77777777">
        <w:trPr>
          <w:cantSplit/>
          <w:jc w:val="center"/>
        </w:trPr>
        <w:tc>
          <w:tcPr>
            <w:tcW w:w="3026" w:type="dxa"/>
            <w:vAlign w:val="center"/>
          </w:tcPr>
          <w:p w14:paraId="1D3093D8"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6BA47592" w14:textId="30099D44" w:rsidR="00345441" w:rsidRDefault="0084657B">
            <w:pPr>
              <w:keepNext/>
              <w:jc w:val="center"/>
            </w:pPr>
            <w:r>
              <w:rPr>
                <w:rFonts w:eastAsia="Helvetica" w:cs="Helvetica"/>
                <w:b/>
                <w:szCs w:val="21"/>
              </w:rPr>
              <w:t>Minimalna cena: 16,000 €/ar</w:t>
            </w:r>
            <w:r w:rsidR="002216EE">
              <w:rPr>
                <w:rFonts w:eastAsia="Helvetica" w:cs="Helvetica"/>
                <w:b/>
                <w:szCs w:val="21"/>
              </w:rPr>
              <w:t>i</w:t>
            </w:r>
          </w:p>
        </w:tc>
        <w:tc>
          <w:tcPr>
            <w:tcW w:w="3026" w:type="dxa"/>
            <w:vAlign w:val="center"/>
          </w:tcPr>
          <w:p w14:paraId="1F3F5368" w14:textId="77777777" w:rsidR="00345441" w:rsidRDefault="0084657B">
            <w:pPr>
              <w:keepNext/>
              <w:jc w:val="center"/>
            </w:pPr>
            <w:r>
              <w:rPr>
                <w:rFonts w:eastAsia="Helvetica" w:cs="Helvetica"/>
                <w:b/>
                <w:szCs w:val="21"/>
              </w:rPr>
              <w:t>Depozit za ponudu: 5,000 €</w:t>
            </w:r>
          </w:p>
        </w:tc>
      </w:tr>
    </w:tbl>
    <w:p w14:paraId="61EF6F12" w14:textId="77777777" w:rsidR="00345441" w:rsidRDefault="0084657B">
      <w:pPr>
        <w:keepLines/>
        <w:spacing w:after="280" w:line="218" w:lineRule="exact"/>
      </w:pPr>
      <w:r>
        <w:rPr>
          <w:rFonts w:eastAsia="Helvetica" w:cs="Helvetica"/>
          <w:i/>
          <w:iCs/>
          <w:color w:val="333333"/>
          <w:szCs w:val="21"/>
        </w:rPr>
        <w:t>Prethodni nazivi i Fi brojevi: Ratar - Laplje Selo, Fi 809/89</w:t>
      </w:r>
    </w:p>
    <w:p w14:paraId="3984F88E" w14:textId="47C9E937" w:rsidR="00345441" w:rsidRDefault="00ED0DBE">
      <w:pPr>
        <w:keepNext/>
        <w:keepLines/>
        <w:jc w:val="both"/>
      </w:pPr>
      <w:hyperlink r:id="rId42" w:tooltip="Otvori memorandum za jedinicu 029" w:history="1">
        <w:r w:rsidR="0084657B">
          <w:rPr>
            <w:rFonts w:eastAsia="Helvetica" w:cs="Helvetica"/>
            <w:b/>
            <w:color w:val="B31E8D"/>
            <w:szCs w:val="21"/>
            <w:u w:val="single"/>
          </w:rPr>
          <w:t>Jedinica br.29: ZZ Liria, poljoprivredno zemljište u Donjoj Brnici - 1535-0</w:t>
        </w:r>
      </w:hyperlink>
      <w:r w:rsidR="0084657B">
        <w:rPr>
          <w:rFonts w:eastAsia="Helvetica" w:cs="Helvetica"/>
          <w:szCs w:val="21"/>
        </w:rPr>
        <w:t xml:space="preserve"> - obuhvata katastarsku parcelu br. P-71914024-01535-0, površine 2,167 m² (21 ar</w:t>
      </w:r>
      <w:r w:rsidR="002216EE">
        <w:rPr>
          <w:rFonts w:eastAsia="Helvetica" w:cs="Helvetica"/>
          <w:szCs w:val="21"/>
        </w:rPr>
        <w:t>i</w:t>
      </w:r>
      <w:r w:rsidR="0084657B">
        <w:rPr>
          <w:rFonts w:eastAsia="Helvetica" w:cs="Helvetica"/>
          <w:szCs w:val="21"/>
        </w:rPr>
        <w:t xml:space="preserve"> 67 m²), u K</w:t>
      </w:r>
      <w:r w:rsidR="002216EE">
        <w:rPr>
          <w:rFonts w:eastAsia="Helvetica" w:cs="Helvetica"/>
          <w:szCs w:val="21"/>
        </w:rPr>
        <w:t>Z</w:t>
      </w:r>
      <w:r w:rsidR="0084657B">
        <w:rPr>
          <w:rFonts w:eastAsia="Helvetica" w:cs="Helvetica"/>
          <w:szCs w:val="21"/>
        </w:rPr>
        <w:t xml:space="preserve"> Donja Brnica, opština Priština.</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73695FDE" w14:textId="77777777">
        <w:trPr>
          <w:cantSplit/>
          <w:jc w:val="center"/>
        </w:trPr>
        <w:tc>
          <w:tcPr>
            <w:tcW w:w="3026" w:type="dxa"/>
            <w:vAlign w:val="center"/>
          </w:tcPr>
          <w:p w14:paraId="3D403275"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62DC884C" w14:textId="7B315EAA" w:rsidR="00345441" w:rsidRDefault="0084657B">
            <w:pPr>
              <w:keepNext/>
              <w:jc w:val="center"/>
            </w:pPr>
            <w:r>
              <w:rPr>
                <w:rFonts w:eastAsia="Helvetica" w:cs="Helvetica"/>
                <w:b/>
                <w:szCs w:val="21"/>
              </w:rPr>
              <w:t>Minimalna cena: 1,600 €/ar</w:t>
            </w:r>
            <w:r w:rsidR="002216EE">
              <w:rPr>
                <w:rFonts w:eastAsia="Helvetica" w:cs="Helvetica"/>
                <w:b/>
                <w:szCs w:val="21"/>
              </w:rPr>
              <w:t>i</w:t>
            </w:r>
          </w:p>
        </w:tc>
        <w:tc>
          <w:tcPr>
            <w:tcW w:w="3026" w:type="dxa"/>
            <w:vAlign w:val="center"/>
          </w:tcPr>
          <w:p w14:paraId="4165A4A0" w14:textId="77777777" w:rsidR="00345441" w:rsidRDefault="0084657B">
            <w:pPr>
              <w:keepNext/>
              <w:jc w:val="center"/>
            </w:pPr>
            <w:r>
              <w:rPr>
                <w:rFonts w:eastAsia="Helvetica" w:cs="Helvetica"/>
                <w:b/>
                <w:szCs w:val="21"/>
              </w:rPr>
              <w:t>Depozit za ponudu: 3,000 €</w:t>
            </w:r>
          </w:p>
        </w:tc>
      </w:tr>
    </w:tbl>
    <w:p w14:paraId="2C8FCE5F" w14:textId="77777777" w:rsidR="00345441" w:rsidRDefault="0084657B">
      <w:pPr>
        <w:keepLines/>
        <w:spacing w:after="280" w:line="218" w:lineRule="exact"/>
      </w:pPr>
      <w:r>
        <w:rPr>
          <w:rFonts w:eastAsia="Helvetica" w:cs="Helvetica"/>
          <w:i/>
          <w:iCs/>
          <w:color w:val="333333"/>
          <w:szCs w:val="21"/>
        </w:rPr>
        <w:t>Prethodni nazivi i Fi brojevi: K.B. Liria - Bardhosh, Fi 1608/90</w:t>
      </w:r>
    </w:p>
    <w:p w14:paraId="23ECDCC5" w14:textId="19D75564" w:rsidR="00345441" w:rsidRDefault="00ED0DBE">
      <w:pPr>
        <w:keepNext/>
        <w:keepLines/>
        <w:jc w:val="both"/>
      </w:pPr>
      <w:hyperlink r:id="rId43" w:tooltip="Otvori memorandum za jedinicu 030" w:history="1">
        <w:r w:rsidR="0084657B">
          <w:rPr>
            <w:rFonts w:eastAsia="Helvetica" w:cs="Helvetica"/>
            <w:b/>
            <w:color w:val="B31E8D"/>
            <w:szCs w:val="21"/>
            <w:u w:val="single"/>
          </w:rPr>
          <w:t>Jedinica br.30: ZZ Kosova, poljoprivredno zemljište Liva</w:t>
        </w:r>
        <w:r w:rsidR="00D830B0">
          <w:rPr>
            <w:rFonts w:eastAsia="Helvetica" w:cs="Helvetica"/>
            <w:b/>
            <w:color w:val="B31E8D"/>
            <w:szCs w:val="21"/>
            <w:u w:val="single"/>
          </w:rPr>
          <w:t>đ</w:t>
        </w:r>
        <w:r w:rsidR="0084657B">
          <w:rPr>
            <w:rFonts w:eastAsia="Helvetica" w:cs="Helvetica"/>
            <w:b/>
            <w:color w:val="B31E8D"/>
            <w:szCs w:val="21"/>
            <w:u w:val="single"/>
          </w:rPr>
          <w:t>e - 160-0</w:t>
        </w:r>
      </w:hyperlink>
      <w:r w:rsidR="0084657B">
        <w:rPr>
          <w:rFonts w:eastAsia="Helvetica" w:cs="Helvetica"/>
          <w:szCs w:val="21"/>
        </w:rPr>
        <w:t xml:space="preserve"> - obuhvata poljoprivredno zemljište, odnosno katastarsku parcelu 160-0, ukupne površine 5,128 m² (51 ar</w:t>
      </w:r>
      <w:r w:rsidR="00D830B0">
        <w:rPr>
          <w:rFonts w:eastAsia="Helvetica" w:cs="Helvetica"/>
          <w:szCs w:val="21"/>
        </w:rPr>
        <w:t>i</w:t>
      </w:r>
      <w:r w:rsidR="0084657B">
        <w:rPr>
          <w:rFonts w:eastAsia="Helvetica" w:cs="Helvetica"/>
          <w:szCs w:val="21"/>
        </w:rPr>
        <w:t xml:space="preserve"> 28 m²), po kulturi njiva 5. klase. Parcela se nalazi u K</w:t>
      </w:r>
      <w:r w:rsidR="00D830B0">
        <w:rPr>
          <w:rFonts w:eastAsia="Helvetica" w:cs="Helvetica"/>
          <w:szCs w:val="21"/>
        </w:rPr>
        <w:t>Z</w:t>
      </w:r>
      <w:r w:rsidR="0084657B">
        <w:rPr>
          <w:rFonts w:eastAsia="Helvetica" w:cs="Helvetica"/>
          <w:szCs w:val="21"/>
        </w:rPr>
        <w:t xml:space="preserve"> Liva</w:t>
      </w:r>
      <w:r w:rsidR="00D830B0">
        <w:rPr>
          <w:rFonts w:eastAsia="Helvetica" w:cs="Helvetica"/>
          <w:szCs w:val="21"/>
        </w:rPr>
        <w:t>đ</w:t>
      </w:r>
      <w:r w:rsidR="0084657B">
        <w:rPr>
          <w:rFonts w:eastAsia="Helvetica" w:cs="Helvetica"/>
          <w:szCs w:val="21"/>
        </w:rPr>
        <w:t>e, opština Gračanica.</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0D6A7D6D" w14:textId="77777777">
        <w:trPr>
          <w:cantSplit/>
          <w:jc w:val="center"/>
        </w:trPr>
        <w:tc>
          <w:tcPr>
            <w:tcW w:w="3026" w:type="dxa"/>
            <w:vAlign w:val="center"/>
          </w:tcPr>
          <w:p w14:paraId="50DE2544"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75488847" w14:textId="0AE7D70A" w:rsidR="00345441" w:rsidRDefault="0084657B">
            <w:pPr>
              <w:keepNext/>
              <w:jc w:val="center"/>
            </w:pPr>
            <w:r>
              <w:rPr>
                <w:rFonts w:eastAsia="Helvetica" w:cs="Helvetica"/>
                <w:b/>
                <w:szCs w:val="21"/>
              </w:rPr>
              <w:t>Minimalna cena: 1,600 €/ar</w:t>
            </w:r>
            <w:r w:rsidR="002216EE">
              <w:rPr>
                <w:rFonts w:eastAsia="Helvetica" w:cs="Helvetica"/>
                <w:b/>
                <w:szCs w:val="21"/>
              </w:rPr>
              <w:t>i</w:t>
            </w:r>
          </w:p>
        </w:tc>
        <w:tc>
          <w:tcPr>
            <w:tcW w:w="3026" w:type="dxa"/>
            <w:vAlign w:val="center"/>
          </w:tcPr>
          <w:p w14:paraId="7AA0FF2E" w14:textId="77777777" w:rsidR="00345441" w:rsidRDefault="0084657B">
            <w:pPr>
              <w:keepNext/>
              <w:jc w:val="center"/>
            </w:pPr>
            <w:r>
              <w:rPr>
                <w:rFonts w:eastAsia="Helvetica" w:cs="Helvetica"/>
                <w:b/>
                <w:szCs w:val="21"/>
              </w:rPr>
              <w:t>Depozit za ponudu: 8,000 €</w:t>
            </w:r>
          </w:p>
        </w:tc>
      </w:tr>
    </w:tbl>
    <w:p w14:paraId="495A7FDC" w14:textId="77777777" w:rsidR="00345441" w:rsidRDefault="0084657B">
      <w:pPr>
        <w:keepLines/>
        <w:spacing w:after="280" w:line="218" w:lineRule="exact"/>
      </w:pPr>
      <w:r>
        <w:rPr>
          <w:rFonts w:eastAsia="Helvetica" w:cs="Helvetica"/>
          <w:i/>
          <w:iCs/>
          <w:color w:val="333333"/>
          <w:szCs w:val="21"/>
        </w:rPr>
        <w:t>Prethodni nazivi i Fi brojevi: K.B. Kosova, Fi-107/90</w:t>
      </w:r>
    </w:p>
    <w:p w14:paraId="2FE7FCC8" w14:textId="40F84A22" w:rsidR="00345441" w:rsidRDefault="00ED0DBE">
      <w:pPr>
        <w:keepNext/>
        <w:keepLines/>
        <w:jc w:val="both"/>
      </w:pPr>
      <w:hyperlink r:id="rId44" w:tooltip="Otvori memorandum za jedinicu 031" w:history="1">
        <w:r w:rsidR="0084657B">
          <w:rPr>
            <w:rFonts w:eastAsia="Helvetica" w:cs="Helvetica"/>
            <w:b/>
            <w:color w:val="B31E8D"/>
            <w:szCs w:val="21"/>
            <w:u w:val="single"/>
          </w:rPr>
          <w:t>Jedinica br.31: ZZ Kosova, poljoprivredno zemljište Lipljan</w:t>
        </w:r>
        <w:r w:rsidR="00D830B0">
          <w:rPr>
            <w:rFonts w:eastAsia="Helvetica" w:cs="Helvetica"/>
            <w:b/>
            <w:color w:val="B31E8D"/>
            <w:szCs w:val="21"/>
            <w:u w:val="single"/>
          </w:rPr>
          <w:t>e</w:t>
        </w:r>
        <w:r w:rsidR="0084657B">
          <w:rPr>
            <w:rFonts w:eastAsia="Helvetica" w:cs="Helvetica"/>
            <w:b/>
            <w:color w:val="B31E8D"/>
            <w:szCs w:val="21"/>
            <w:u w:val="single"/>
          </w:rPr>
          <w:t xml:space="preserve"> VIII</w:t>
        </w:r>
      </w:hyperlink>
      <w:r w:rsidR="0084657B">
        <w:rPr>
          <w:rFonts w:eastAsia="Helvetica" w:cs="Helvetica"/>
          <w:szCs w:val="21"/>
        </w:rPr>
        <w:t xml:space="preserve"> - obuhvata poljoprivredno zemljište, odnosno katastarske parcele 83-1, 83-2, 84-0 i 85-0, ukupne površine 7,233 m² (72 ar</w:t>
      </w:r>
      <w:r w:rsidR="00D830B0">
        <w:rPr>
          <w:rFonts w:eastAsia="Helvetica" w:cs="Helvetica"/>
          <w:szCs w:val="21"/>
        </w:rPr>
        <w:t>i</w:t>
      </w:r>
      <w:r w:rsidR="0084657B">
        <w:rPr>
          <w:rFonts w:eastAsia="Helvetica" w:cs="Helvetica"/>
          <w:szCs w:val="21"/>
        </w:rPr>
        <w:t xml:space="preserve"> 33 m²), po kulturi njiva 5. klase. Parcele se nalaze u K</w:t>
      </w:r>
      <w:r w:rsidR="00D830B0">
        <w:rPr>
          <w:rFonts w:eastAsia="Helvetica" w:cs="Helvetica"/>
          <w:szCs w:val="21"/>
        </w:rPr>
        <w:t>Z</w:t>
      </w:r>
      <w:r w:rsidR="0084657B">
        <w:rPr>
          <w:rFonts w:eastAsia="Helvetica" w:cs="Helvetica"/>
          <w:szCs w:val="21"/>
        </w:rPr>
        <w:t xml:space="preserve"> Lipljan, opština Lipljan. Nemaju pristup službenom putu.</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17479B62" w14:textId="77777777">
        <w:trPr>
          <w:cantSplit/>
          <w:jc w:val="center"/>
        </w:trPr>
        <w:tc>
          <w:tcPr>
            <w:tcW w:w="3026" w:type="dxa"/>
            <w:vAlign w:val="center"/>
          </w:tcPr>
          <w:p w14:paraId="71D940AC"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3692F348" w14:textId="2FFDEB73" w:rsidR="00345441" w:rsidRDefault="0084657B">
            <w:pPr>
              <w:keepNext/>
              <w:jc w:val="center"/>
            </w:pPr>
            <w:r>
              <w:rPr>
                <w:rFonts w:eastAsia="Helvetica" w:cs="Helvetica"/>
                <w:b/>
                <w:szCs w:val="21"/>
              </w:rPr>
              <w:t>Minimalna cena: 6,400 €/ar</w:t>
            </w:r>
            <w:r w:rsidR="009D6EF6">
              <w:rPr>
                <w:rFonts w:eastAsia="Helvetica" w:cs="Helvetica"/>
                <w:b/>
                <w:szCs w:val="21"/>
              </w:rPr>
              <w:t>i</w:t>
            </w:r>
          </w:p>
        </w:tc>
        <w:tc>
          <w:tcPr>
            <w:tcW w:w="3026" w:type="dxa"/>
            <w:vAlign w:val="center"/>
          </w:tcPr>
          <w:p w14:paraId="3E8BE11B" w14:textId="77777777" w:rsidR="00345441" w:rsidRDefault="0084657B">
            <w:pPr>
              <w:keepNext/>
              <w:jc w:val="center"/>
            </w:pPr>
            <w:r>
              <w:rPr>
                <w:rFonts w:eastAsia="Helvetica" w:cs="Helvetica"/>
                <w:b/>
                <w:szCs w:val="21"/>
              </w:rPr>
              <w:t>Depozit za ponudu: 23,000 €</w:t>
            </w:r>
          </w:p>
        </w:tc>
      </w:tr>
    </w:tbl>
    <w:p w14:paraId="3120B886" w14:textId="77777777" w:rsidR="00345441" w:rsidRDefault="0084657B">
      <w:pPr>
        <w:keepLines/>
        <w:spacing w:after="280" w:line="218" w:lineRule="exact"/>
      </w:pPr>
      <w:r>
        <w:rPr>
          <w:rFonts w:eastAsia="Helvetica" w:cs="Helvetica"/>
          <w:i/>
          <w:iCs/>
          <w:color w:val="333333"/>
          <w:szCs w:val="21"/>
        </w:rPr>
        <w:t>Prethodni nazivi i Fi brojevi: K.B. Kosova, Fi-107/90</w:t>
      </w:r>
    </w:p>
    <w:p w14:paraId="4F53AFD1" w14:textId="246F1293" w:rsidR="00345441" w:rsidRDefault="00ED0DBE">
      <w:pPr>
        <w:keepNext/>
        <w:keepLines/>
        <w:jc w:val="both"/>
      </w:pPr>
      <w:hyperlink r:id="rId45" w:tooltip="Otvori memorandum za jedinicu 032" w:history="1">
        <w:r w:rsidR="0084657B">
          <w:rPr>
            <w:rFonts w:eastAsia="Helvetica" w:cs="Helvetica"/>
            <w:b/>
            <w:color w:val="B31E8D"/>
            <w:szCs w:val="21"/>
            <w:u w:val="single"/>
          </w:rPr>
          <w:t>Jedinica br.32: Ratar, poljoprivredno zemljište u Čaglavici 772-7</w:t>
        </w:r>
      </w:hyperlink>
      <w:r w:rsidR="0084657B">
        <w:rPr>
          <w:rFonts w:eastAsia="Helvetica" w:cs="Helvetica"/>
          <w:szCs w:val="21"/>
        </w:rPr>
        <w:t xml:space="preserve"> - obuhvata poljoprivredno zemljište, odnosno katastarsku parcelu 772-7, ukupne površine 455 m² (4 ar</w:t>
      </w:r>
      <w:r w:rsidR="00D830B0">
        <w:rPr>
          <w:rFonts w:eastAsia="Helvetica" w:cs="Helvetica"/>
          <w:szCs w:val="21"/>
        </w:rPr>
        <w:t>i</w:t>
      </w:r>
      <w:r w:rsidR="0084657B">
        <w:rPr>
          <w:rFonts w:eastAsia="Helvetica" w:cs="Helvetica"/>
          <w:szCs w:val="21"/>
        </w:rPr>
        <w:t xml:space="preserve"> 55 m²), po kulturi njiva 4. klase. Parcela se nalazi u K</w:t>
      </w:r>
      <w:r w:rsidR="00D830B0">
        <w:rPr>
          <w:rFonts w:eastAsia="Helvetica" w:cs="Helvetica"/>
          <w:szCs w:val="21"/>
        </w:rPr>
        <w:t>Z</w:t>
      </w:r>
      <w:r w:rsidR="0084657B">
        <w:rPr>
          <w:rFonts w:eastAsia="Helvetica" w:cs="Helvetica"/>
          <w:szCs w:val="21"/>
        </w:rPr>
        <w:t xml:space="preserve"> Čaglavica, opština Priština.</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4B59FB79" w14:textId="77777777">
        <w:trPr>
          <w:cantSplit/>
          <w:jc w:val="center"/>
        </w:trPr>
        <w:tc>
          <w:tcPr>
            <w:tcW w:w="3026" w:type="dxa"/>
            <w:vAlign w:val="center"/>
          </w:tcPr>
          <w:p w14:paraId="588CB52C"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290F476E" w14:textId="1E0DF1E8" w:rsidR="00345441" w:rsidRDefault="0084657B">
            <w:pPr>
              <w:keepNext/>
              <w:jc w:val="center"/>
            </w:pPr>
            <w:r>
              <w:rPr>
                <w:rFonts w:eastAsia="Helvetica" w:cs="Helvetica"/>
                <w:b/>
                <w:szCs w:val="21"/>
              </w:rPr>
              <w:t>Minimalna cena: 14,400 €/ar</w:t>
            </w:r>
            <w:r w:rsidR="006D40B0">
              <w:rPr>
                <w:rFonts w:eastAsia="Helvetica" w:cs="Helvetica"/>
                <w:b/>
                <w:szCs w:val="21"/>
              </w:rPr>
              <w:t>i</w:t>
            </w:r>
          </w:p>
        </w:tc>
        <w:tc>
          <w:tcPr>
            <w:tcW w:w="3026" w:type="dxa"/>
            <w:vAlign w:val="center"/>
          </w:tcPr>
          <w:p w14:paraId="4A3416C2" w14:textId="77777777" w:rsidR="00345441" w:rsidRDefault="0084657B">
            <w:pPr>
              <w:keepNext/>
              <w:jc w:val="center"/>
            </w:pPr>
            <w:r>
              <w:rPr>
                <w:rFonts w:eastAsia="Helvetica" w:cs="Helvetica"/>
                <w:b/>
                <w:szCs w:val="21"/>
              </w:rPr>
              <w:t>Depozit za ponudu: 7,000 €</w:t>
            </w:r>
          </w:p>
        </w:tc>
      </w:tr>
    </w:tbl>
    <w:p w14:paraId="5611397B" w14:textId="77777777" w:rsidR="00345441" w:rsidRDefault="0084657B">
      <w:pPr>
        <w:keepLines/>
        <w:spacing w:after="280" w:line="218" w:lineRule="exact"/>
      </w:pPr>
      <w:r>
        <w:rPr>
          <w:rFonts w:eastAsia="Helvetica" w:cs="Helvetica"/>
          <w:i/>
          <w:iCs/>
          <w:color w:val="333333"/>
          <w:szCs w:val="21"/>
        </w:rPr>
        <w:t>Prethodni nazivi i Fi brojevi: Ratar - Laplje Selo, Fi 809/89</w:t>
      </w:r>
    </w:p>
    <w:p w14:paraId="6DD70C6E" w14:textId="54285D9A" w:rsidR="00345441" w:rsidRDefault="00ED0DBE">
      <w:pPr>
        <w:keepNext/>
        <w:keepLines/>
        <w:jc w:val="both"/>
      </w:pPr>
      <w:hyperlink r:id="rId46" w:tooltip="Otvori memorandum za jedinicu 033" w:history="1">
        <w:r w:rsidR="0084657B">
          <w:rPr>
            <w:rFonts w:eastAsia="Helvetica" w:cs="Helvetica"/>
            <w:b/>
            <w:color w:val="B31E8D"/>
            <w:szCs w:val="21"/>
            <w:u w:val="single"/>
          </w:rPr>
          <w:t>Jedinica br.33: Ratar, poljoprivredno zemljište u Čaglavici 1598-0</w:t>
        </w:r>
      </w:hyperlink>
      <w:r w:rsidR="0084657B">
        <w:rPr>
          <w:rFonts w:eastAsia="Helvetica" w:cs="Helvetica"/>
          <w:szCs w:val="21"/>
        </w:rPr>
        <w:t xml:space="preserve"> - obuhvata poljoprivredno zemljište, odnosno katastarsku parcelu 1598-0, ukupne površine 8,119 m² (81 ar</w:t>
      </w:r>
      <w:r w:rsidR="00D830B0">
        <w:rPr>
          <w:rFonts w:eastAsia="Helvetica" w:cs="Helvetica"/>
          <w:szCs w:val="21"/>
        </w:rPr>
        <w:t>i</w:t>
      </w:r>
      <w:r w:rsidR="0084657B">
        <w:rPr>
          <w:rFonts w:eastAsia="Helvetica" w:cs="Helvetica"/>
          <w:szCs w:val="21"/>
        </w:rPr>
        <w:t xml:space="preserve"> 19 m²), po kulturi njiva 2. klase. Parcela se nalazi u K</w:t>
      </w:r>
      <w:r w:rsidR="00D830B0">
        <w:rPr>
          <w:rFonts w:eastAsia="Helvetica" w:cs="Helvetica"/>
          <w:szCs w:val="21"/>
        </w:rPr>
        <w:t>Z</w:t>
      </w:r>
      <w:r w:rsidR="0084657B">
        <w:rPr>
          <w:rFonts w:eastAsia="Helvetica" w:cs="Helvetica"/>
          <w:szCs w:val="21"/>
        </w:rPr>
        <w:t xml:space="preserve"> Čaglavica, opština Gračanica.</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65EAE749" w14:textId="77777777">
        <w:trPr>
          <w:cantSplit/>
          <w:jc w:val="center"/>
        </w:trPr>
        <w:tc>
          <w:tcPr>
            <w:tcW w:w="3026" w:type="dxa"/>
            <w:vAlign w:val="center"/>
          </w:tcPr>
          <w:p w14:paraId="6E04D59D"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4A83D967" w14:textId="18061CE3" w:rsidR="00345441" w:rsidRDefault="0084657B">
            <w:pPr>
              <w:keepNext/>
              <w:jc w:val="center"/>
            </w:pPr>
            <w:r>
              <w:rPr>
                <w:rFonts w:eastAsia="Helvetica" w:cs="Helvetica"/>
                <w:b/>
                <w:szCs w:val="21"/>
              </w:rPr>
              <w:t>Minimalna cena: 12,000 €/ar</w:t>
            </w:r>
            <w:r w:rsidR="006D40B0">
              <w:rPr>
                <w:rFonts w:eastAsia="Helvetica" w:cs="Helvetica"/>
                <w:b/>
                <w:szCs w:val="21"/>
              </w:rPr>
              <w:t>i</w:t>
            </w:r>
          </w:p>
        </w:tc>
        <w:tc>
          <w:tcPr>
            <w:tcW w:w="3026" w:type="dxa"/>
            <w:vAlign w:val="center"/>
          </w:tcPr>
          <w:p w14:paraId="3F381784" w14:textId="77777777" w:rsidR="00345441" w:rsidRDefault="0084657B">
            <w:pPr>
              <w:keepNext/>
              <w:jc w:val="center"/>
            </w:pPr>
            <w:r>
              <w:rPr>
                <w:rFonts w:eastAsia="Helvetica" w:cs="Helvetica"/>
                <w:b/>
                <w:szCs w:val="21"/>
              </w:rPr>
              <w:t>Depozit za ponudu: 49,000 €</w:t>
            </w:r>
          </w:p>
        </w:tc>
      </w:tr>
    </w:tbl>
    <w:p w14:paraId="7FB7CE88" w14:textId="77777777" w:rsidR="00345441" w:rsidRDefault="0084657B">
      <w:pPr>
        <w:keepLines/>
        <w:spacing w:after="280" w:line="218" w:lineRule="exact"/>
      </w:pPr>
      <w:r>
        <w:rPr>
          <w:rFonts w:eastAsia="Helvetica" w:cs="Helvetica"/>
          <w:i/>
          <w:iCs/>
          <w:color w:val="333333"/>
          <w:szCs w:val="21"/>
        </w:rPr>
        <w:t>Prethodni nazivi i Fi brojevi: Ratar - Laplje Selo, Fi 809/89</w:t>
      </w:r>
    </w:p>
    <w:p w14:paraId="497B30A4" w14:textId="0298BEE9" w:rsidR="00345441" w:rsidRDefault="00ED0DBE">
      <w:pPr>
        <w:keepNext/>
        <w:keepLines/>
        <w:jc w:val="both"/>
      </w:pPr>
      <w:hyperlink r:id="rId47" w:tooltip="Otvori memorandum za jedinicu 034" w:history="1">
        <w:r w:rsidR="0084657B">
          <w:rPr>
            <w:rFonts w:eastAsia="Helvetica" w:cs="Helvetica"/>
            <w:b/>
            <w:color w:val="B31E8D"/>
            <w:szCs w:val="21"/>
            <w:u w:val="single"/>
          </w:rPr>
          <w:t>Jedinica br.34: Ratar, poljoprivredno zemljište u Laplje Sel</w:t>
        </w:r>
        <w:r w:rsidR="00D830B0">
          <w:rPr>
            <w:rFonts w:eastAsia="Helvetica" w:cs="Helvetica"/>
            <w:b/>
            <w:color w:val="B31E8D"/>
            <w:szCs w:val="21"/>
            <w:u w:val="single"/>
          </w:rPr>
          <w:t>o</w:t>
        </w:r>
        <w:r w:rsidR="0084657B">
          <w:rPr>
            <w:rFonts w:eastAsia="Helvetica" w:cs="Helvetica"/>
            <w:b/>
            <w:color w:val="B31E8D"/>
            <w:szCs w:val="21"/>
            <w:u w:val="single"/>
          </w:rPr>
          <w:t xml:space="preserve"> 1338-1 i 1338-2</w:t>
        </w:r>
      </w:hyperlink>
      <w:r w:rsidR="0084657B">
        <w:rPr>
          <w:rFonts w:eastAsia="Helvetica" w:cs="Helvetica"/>
          <w:szCs w:val="21"/>
        </w:rPr>
        <w:t xml:space="preserve"> - obuhvata poljoprivredno zemljište, odnosno katastarske parcele 1338-1 i 1338-2, ukupne površine 6,891 m² (68 ari 91 m²), po kulturi njiva 4. klase. Parcele se nalaze u K</w:t>
      </w:r>
      <w:r w:rsidR="00D830B0">
        <w:rPr>
          <w:rFonts w:eastAsia="Helvetica" w:cs="Helvetica"/>
          <w:szCs w:val="21"/>
        </w:rPr>
        <w:t>Z</w:t>
      </w:r>
      <w:r w:rsidR="0084657B">
        <w:rPr>
          <w:rFonts w:eastAsia="Helvetica" w:cs="Helvetica"/>
          <w:szCs w:val="21"/>
        </w:rPr>
        <w:t xml:space="preserve"> Laplje Selo, opština Gračanica. Pristup je preko službenog katastarskog puta koji je povezan sa glavnim putem Laplje Selo–Livadje.</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30F6DC39" w14:textId="77777777">
        <w:trPr>
          <w:cantSplit/>
          <w:jc w:val="center"/>
        </w:trPr>
        <w:tc>
          <w:tcPr>
            <w:tcW w:w="3026" w:type="dxa"/>
            <w:vAlign w:val="center"/>
          </w:tcPr>
          <w:p w14:paraId="1605D986"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7976AA44" w14:textId="3C498B30" w:rsidR="00345441" w:rsidRDefault="0084657B">
            <w:pPr>
              <w:keepNext/>
              <w:jc w:val="center"/>
            </w:pPr>
            <w:r>
              <w:rPr>
                <w:rFonts w:eastAsia="Helvetica" w:cs="Helvetica"/>
                <w:b/>
                <w:szCs w:val="21"/>
              </w:rPr>
              <w:t>Minimalna cena: 6,000 €/ar</w:t>
            </w:r>
            <w:r w:rsidR="006D40B0">
              <w:rPr>
                <w:rFonts w:eastAsia="Helvetica" w:cs="Helvetica"/>
                <w:b/>
                <w:szCs w:val="21"/>
              </w:rPr>
              <w:t>i</w:t>
            </w:r>
          </w:p>
        </w:tc>
        <w:tc>
          <w:tcPr>
            <w:tcW w:w="3026" w:type="dxa"/>
            <w:vAlign w:val="center"/>
          </w:tcPr>
          <w:p w14:paraId="586EE292" w14:textId="77777777" w:rsidR="00345441" w:rsidRDefault="0084657B">
            <w:pPr>
              <w:keepNext/>
              <w:jc w:val="center"/>
            </w:pPr>
            <w:r>
              <w:rPr>
                <w:rFonts w:eastAsia="Helvetica" w:cs="Helvetica"/>
                <w:b/>
                <w:szCs w:val="21"/>
              </w:rPr>
              <w:t>Depozit za ponudu: 21,000 €</w:t>
            </w:r>
          </w:p>
        </w:tc>
      </w:tr>
    </w:tbl>
    <w:p w14:paraId="096B40BD" w14:textId="77777777" w:rsidR="00345441" w:rsidRDefault="0084657B">
      <w:pPr>
        <w:keepLines/>
        <w:spacing w:after="280" w:line="218" w:lineRule="exact"/>
      </w:pPr>
      <w:r>
        <w:rPr>
          <w:rFonts w:eastAsia="Helvetica" w:cs="Helvetica"/>
          <w:i/>
          <w:iCs/>
          <w:color w:val="333333"/>
          <w:szCs w:val="21"/>
        </w:rPr>
        <w:t>Prethodni nazivi i Fi brojevi: Ratar - Laplje Selo, Fi. Fi 809/89</w:t>
      </w:r>
    </w:p>
    <w:p w14:paraId="729F57D1" w14:textId="1EF9346F" w:rsidR="00345441" w:rsidRDefault="00ED0DBE">
      <w:pPr>
        <w:keepNext/>
        <w:keepLines/>
        <w:jc w:val="both"/>
      </w:pPr>
      <w:hyperlink r:id="rId48" w:tooltip="Otvori memorandum za jedinicu 035" w:history="1">
        <w:r w:rsidR="0084657B">
          <w:rPr>
            <w:rFonts w:eastAsia="Helvetica" w:cs="Helvetica"/>
            <w:b/>
            <w:color w:val="B31E8D"/>
            <w:szCs w:val="21"/>
            <w:u w:val="single"/>
          </w:rPr>
          <w:t>Jedinica br.35: Poljoprivredno zemljište u Lug</w:t>
        </w:r>
        <w:r w:rsidR="004E7539">
          <w:rPr>
            <w:rFonts w:eastAsia="Helvetica" w:cs="Helvetica"/>
            <w:b/>
            <w:color w:val="B31E8D"/>
            <w:szCs w:val="21"/>
            <w:u w:val="single"/>
          </w:rPr>
          <w:t>i</w:t>
        </w:r>
      </w:hyperlink>
      <w:r w:rsidR="0084657B">
        <w:rPr>
          <w:rFonts w:eastAsia="Helvetica" w:cs="Helvetica"/>
          <w:szCs w:val="21"/>
        </w:rPr>
        <w:t xml:space="preserve"> - obuhvata poljoprivredno zemljište, odnosno katastarsku parcelu P-71409046-00043-0, ukupne površine 7,022 m² (70 ari 22 m²), po kulturi njiva 3. klase. Parcela se nalazi na mestu zvanom Polje, u K</w:t>
      </w:r>
      <w:r w:rsidR="0024653B">
        <w:rPr>
          <w:rFonts w:eastAsia="Helvetica" w:cs="Helvetica"/>
          <w:szCs w:val="21"/>
        </w:rPr>
        <w:t>Z</w:t>
      </w:r>
      <w:r w:rsidR="0084657B">
        <w:rPr>
          <w:rFonts w:eastAsia="Helvetica" w:cs="Helvetica"/>
          <w:szCs w:val="21"/>
        </w:rPr>
        <w:t xml:space="preserve"> Lug</w:t>
      </w:r>
      <w:r w:rsidR="004E7539">
        <w:rPr>
          <w:rFonts w:eastAsia="Helvetica" w:cs="Helvetica"/>
          <w:szCs w:val="21"/>
        </w:rPr>
        <w:t>a</w:t>
      </w:r>
      <w:r w:rsidR="0084657B">
        <w:rPr>
          <w:rFonts w:eastAsia="Helvetica" w:cs="Helvetica"/>
          <w:szCs w:val="21"/>
        </w:rPr>
        <w:t>, opština Lipljan</w:t>
      </w:r>
      <w:r w:rsidR="004E7539">
        <w:rPr>
          <w:rFonts w:eastAsia="Helvetica" w:cs="Helvetica"/>
          <w:szCs w:val="21"/>
        </w:rPr>
        <w:t>e</w:t>
      </w:r>
      <w:r w:rsidR="0084657B">
        <w:rPr>
          <w:rFonts w:eastAsia="Helvetica" w:cs="Helvetica"/>
          <w:szCs w:val="21"/>
        </w:rPr>
        <w:t>.</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60480522" w14:textId="77777777">
        <w:trPr>
          <w:cantSplit/>
          <w:jc w:val="center"/>
        </w:trPr>
        <w:tc>
          <w:tcPr>
            <w:tcW w:w="3026" w:type="dxa"/>
            <w:vAlign w:val="center"/>
          </w:tcPr>
          <w:p w14:paraId="65F8DFDD"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17B113B4" w14:textId="6DC47475" w:rsidR="00345441" w:rsidRDefault="0084657B">
            <w:pPr>
              <w:keepNext/>
              <w:jc w:val="center"/>
            </w:pPr>
            <w:r>
              <w:rPr>
                <w:rFonts w:eastAsia="Helvetica" w:cs="Helvetica"/>
                <w:b/>
                <w:szCs w:val="21"/>
              </w:rPr>
              <w:t>Minimalna cena: 640 €/ar</w:t>
            </w:r>
            <w:r w:rsidR="004E7539">
              <w:rPr>
                <w:rFonts w:eastAsia="Helvetica" w:cs="Helvetica"/>
                <w:b/>
                <w:szCs w:val="21"/>
              </w:rPr>
              <w:t>i</w:t>
            </w:r>
          </w:p>
        </w:tc>
        <w:tc>
          <w:tcPr>
            <w:tcW w:w="3026" w:type="dxa"/>
            <w:vAlign w:val="center"/>
          </w:tcPr>
          <w:p w14:paraId="7F4DA1E0" w14:textId="77777777" w:rsidR="00345441" w:rsidRDefault="0084657B">
            <w:pPr>
              <w:keepNext/>
              <w:jc w:val="center"/>
            </w:pPr>
            <w:r>
              <w:rPr>
                <w:rFonts w:eastAsia="Helvetica" w:cs="Helvetica"/>
                <w:b/>
                <w:szCs w:val="21"/>
              </w:rPr>
              <w:t>Depozit za ponudu: 4,000 €</w:t>
            </w:r>
          </w:p>
        </w:tc>
      </w:tr>
    </w:tbl>
    <w:p w14:paraId="45F9E5CF" w14:textId="77777777" w:rsidR="00345441" w:rsidRDefault="0084657B">
      <w:pPr>
        <w:keepLines/>
        <w:spacing w:after="280" w:line="218" w:lineRule="exact"/>
      </w:pPr>
      <w:r>
        <w:rPr>
          <w:rFonts w:eastAsia="Helvetica" w:cs="Helvetica"/>
          <w:i/>
          <w:iCs/>
          <w:color w:val="333333"/>
          <w:szCs w:val="21"/>
        </w:rPr>
        <w:t>Prethodni nazivi i Fi brojevi: K.B. Kosova Fi-107/90</w:t>
      </w:r>
    </w:p>
    <w:p w14:paraId="1EF204BA" w14:textId="77777777" w:rsidR="00345441" w:rsidRDefault="00ED0DBE">
      <w:pPr>
        <w:keepNext/>
        <w:keepLines/>
        <w:jc w:val="both"/>
      </w:pPr>
      <w:hyperlink r:id="rId49" w:tooltip="Otvori memorandum za jedinicu 036" w:history="1">
        <w:r w:rsidR="0084657B">
          <w:rPr>
            <w:rFonts w:eastAsia="Helvetica" w:cs="Helvetica"/>
            <w:b/>
            <w:color w:val="B31E8D"/>
            <w:szCs w:val="21"/>
            <w:u w:val="single"/>
          </w:rPr>
          <w:t>Jedinica br.36: DP Veterinarska stanica Orahovac - Pokretna imovina - dva automobila Yugo</w:t>
        </w:r>
      </w:hyperlink>
      <w:r w:rsidR="0084657B">
        <w:rPr>
          <w:rFonts w:eastAsia="Helvetica" w:cs="Helvetica"/>
          <w:szCs w:val="21"/>
        </w:rPr>
        <w:t xml:space="preserve"> - Napomena za potencijalne ponuđače u vezi sa imovinom: DP Veterinarska stanica Orahovac – pokretna imovina – dva automobila Zastava Yugo. Yugo 1 je bele boje, ima 3 vrata, proizveden je 1997. godine i ima zapreminu motora 1116 cm3. Yugo 2 proizveden je 1998. godine, bele je boje, ima 3 vrata i zapreminu motora 1116 cm3. Yugo 1, proizveden 1997. godine, bio je u funkcionalnom stanju do marta 2014. godine i od tada nije korišćen. Yugo 2, proizveden 1998. godine, nije bio u funkcionalnom stanju. Automobili nisu registrovani. Napomena: Potencijalni ponuđači odgovorni su da sprovedu neophodna ispitivanja tehničkog stanja automobila.</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55C86438" w14:textId="77777777">
        <w:trPr>
          <w:cantSplit/>
          <w:jc w:val="center"/>
        </w:trPr>
        <w:tc>
          <w:tcPr>
            <w:tcW w:w="3026" w:type="dxa"/>
            <w:vAlign w:val="center"/>
          </w:tcPr>
          <w:p w14:paraId="45AC14D5"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Pokretna imovina</w:t>
            </w:r>
          </w:p>
        </w:tc>
        <w:tc>
          <w:tcPr>
            <w:tcW w:w="3026" w:type="dxa"/>
            <w:vAlign w:val="center"/>
          </w:tcPr>
          <w:p w14:paraId="75A8113B" w14:textId="77777777" w:rsidR="00345441" w:rsidRDefault="0084657B">
            <w:pPr>
              <w:keepNext/>
              <w:jc w:val="center"/>
            </w:pPr>
            <w:r>
              <w:rPr>
                <w:rFonts w:eastAsia="Helvetica" w:cs="Helvetica"/>
                <w:b/>
                <w:szCs w:val="21"/>
              </w:rPr>
              <w:t>Minimalna cena: N/A</w:t>
            </w:r>
          </w:p>
        </w:tc>
        <w:tc>
          <w:tcPr>
            <w:tcW w:w="3026" w:type="dxa"/>
            <w:vAlign w:val="center"/>
          </w:tcPr>
          <w:p w14:paraId="4BAA0D2D" w14:textId="77777777" w:rsidR="00345441" w:rsidRDefault="0084657B">
            <w:pPr>
              <w:keepNext/>
              <w:jc w:val="center"/>
            </w:pPr>
            <w:r>
              <w:rPr>
                <w:rFonts w:eastAsia="Helvetica" w:cs="Helvetica"/>
                <w:b/>
                <w:szCs w:val="21"/>
              </w:rPr>
              <w:t>Depozit za ponudu: 1,000 €</w:t>
            </w:r>
          </w:p>
        </w:tc>
      </w:tr>
    </w:tbl>
    <w:p w14:paraId="03B98F44" w14:textId="77777777" w:rsidR="00345441" w:rsidRDefault="0084657B">
      <w:pPr>
        <w:keepLines/>
        <w:spacing w:after="280" w:line="218" w:lineRule="exact"/>
      </w:pPr>
      <w:r>
        <w:rPr>
          <w:rFonts w:eastAsia="Helvetica" w:cs="Helvetica"/>
          <w:i/>
          <w:iCs/>
          <w:color w:val="333333"/>
          <w:szCs w:val="21"/>
        </w:rPr>
        <w:t>Prethodni nazivi i Fi brojevi: Veterinary Station-Rahovec, Fi. 41/81</w:t>
      </w:r>
    </w:p>
    <w:p w14:paraId="00B9CBCB" w14:textId="595D5C31" w:rsidR="00345441" w:rsidRDefault="00ED0DBE">
      <w:pPr>
        <w:keepNext/>
        <w:keepLines/>
        <w:jc w:val="both"/>
      </w:pPr>
      <w:hyperlink r:id="rId50" w:tooltip="Otvori memorandum za jedinicu 037" w:history="1">
        <w:r w:rsidR="0084657B">
          <w:rPr>
            <w:rFonts w:eastAsia="Helvetica" w:cs="Helvetica"/>
            <w:b/>
            <w:color w:val="B31E8D"/>
            <w:szCs w:val="21"/>
            <w:u w:val="single"/>
          </w:rPr>
          <w:t>Jedinica br.37: Sharrprodhimi, prodavnica u selu Kuk</w:t>
        </w:r>
      </w:hyperlink>
      <w:r w:rsidR="0084657B">
        <w:rPr>
          <w:rFonts w:eastAsia="Helvetica" w:cs="Helvetica"/>
          <w:szCs w:val="21"/>
        </w:rPr>
        <w:t xml:space="preserve"> - obuhvata samo prodavnicu u prizemlju objekta spratnosti P+1, ukupne površine 134 m², u selu Kuk. DP je izgradilo objekat na parceli 422-0, K</w:t>
      </w:r>
      <w:r w:rsidR="0024653B">
        <w:rPr>
          <w:rFonts w:eastAsia="Helvetica" w:cs="Helvetica"/>
          <w:szCs w:val="21"/>
        </w:rPr>
        <w:t>Z</w:t>
      </w:r>
      <w:r w:rsidR="0084657B">
        <w:rPr>
          <w:rFonts w:eastAsia="Helvetica" w:cs="Helvetica"/>
          <w:szCs w:val="21"/>
        </w:rPr>
        <w:t xml:space="preserve"> Kuk, opština Dragaš. Objekat u kojem se prodavnica nalazi čvrste je gradnje i spratnosti P+1. Samo prizemlje P+0, u kojem se nalazi prodavnica, uključeno je u prodaju. KAP je izvršila interna merenja spoljnih gabarita objekta metarskom trakom, prema kojima površina iznosi približno 134 m². Zemljište ispod prodavnice i sprat P+1 objekta u kojem se ona nalazi NISU deo ove prodaje. Zemljište ispod objekta upisano je na ime Opštine Dragaš.</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5C9E291E" w14:textId="77777777">
        <w:trPr>
          <w:cantSplit/>
          <w:jc w:val="center"/>
        </w:trPr>
        <w:tc>
          <w:tcPr>
            <w:tcW w:w="3026" w:type="dxa"/>
            <w:vAlign w:val="center"/>
          </w:tcPr>
          <w:p w14:paraId="72CBE50A"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Poslovni prostor</w:t>
            </w:r>
          </w:p>
        </w:tc>
        <w:tc>
          <w:tcPr>
            <w:tcW w:w="3026" w:type="dxa"/>
            <w:vAlign w:val="center"/>
          </w:tcPr>
          <w:p w14:paraId="131E969D" w14:textId="77777777" w:rsidR="00345441" w:rsidRDefault="0084657B">
            <w:pPr>
              <w:keepNext/>
              <w:jc w:val="center"/>
            </w:pPr>
            <w:r>
              <w:rPr>
                <w:rFonts w:eastAsia="Helvetica" w:cs="Helvetica"/>
                <w:b/>
                <w:szCs w:val="21"/>
              </w:rPr>
              <w:t>Minimalna cena: 272 €/m²</w:t>
            </w:r>
          </w:p>
        </w:tc>
        <w:tc>
          <w:tcPr>
            <w:tcW w:w="3026" w:type="dxa"/>
            <w:vAlign w:val="center"/>
          </w:tcPr>
          <w:p w14:paraId="1784CC4B" w14:textId="77777777" w:rsidR="00345441" w:rsidRDefault="0084657B">
            <w:pPr>
              <w:keepNext/>
              <w:jc w:val="center"/>
            </w:pPr>
            <w:r>
              <w:rPr>
                <w:rFonts w:eastAsia="Helvetica" w:cs="Helvetica"/>
                <w:b/>
                <w:szCs w:val="21"/>
              </w:rPr>
              <w:t>Depozit za ponudu: 4,000 €</w:t>
            </w:r>
          </w:p>
        </w:tc>
      </w:tr>
    </w:tbl>
    <w:p w14:paraId="3A9C55DD" w14:textId="77777777" w:rsidR="00345441" w:rsidRDefault="0084657B">
      <w:pPr>
        <w:keepLines/>
        <w:spacing w:after="280" w:line="218" w:lineRule="exact"/>
      </w:pPr>
      <w:r>
        <w:rPr>
          <w:rFonts w:eastAsia="Helvetica" w:cs="Helvetica"/>
          <w:i/>
          <w:iCs/>
          <w:color w:val="333333"/>
          <w:szCs w:val="21"/>
        </w:rPr>
        <w:t>Prethodni nazivi i Fi brojevi: Sharrprodhimi, Fi. 302/89</w:t>
      </w:r>
    </w:p>
    <w:p w14:paraId="1A96E3B1" w14:textId="6DA6A3C8" w:rsidR="00345441" w:rsidRDefault="00ED0DBE">
      <w:pPr>
        <w:keepNext/>
        <w:keepLines/>
        <w:jc w:val="both"/>
      </w:pPr>
      <w:hyperlink r:id="rId51" w:tooltip="Otvori memorandum za jedinicu 038" w:history="1">
        <w:r w:rsidR="0084657B">
          <w:rPr>
            <w:rFonts w:eastAsia="Helvetica" w:cs="Helvetica"/>
            <w:b/>
            <w:color w:val="B31E8D"/>
            <w:szCs w:val="21"/>
            <w:u w:val="single"/>
          </w:rPr>
          <w:t>Jedinica br.38: Sharrprodhimi, prodavnica u selu Bačka</w:t>
        </w:r>
      </w:hyperlink>
      <w:r w:rsidR="0084657B">
        <w:rPr>
          <w:rFonts w:eastAsia="Helvetica" w:cs="Helvetica"/>
          <w:szCs w:val="21"/>
        </w:rPr>
        <w:t xml:space="preserve"> - obuhvata poslovni prostor ukupne površine 60 m² u selu Bačka, koji je DP izgradilo na parceli 334-0, KO Bačka, opština Dragaš. Poslovni prostor ponuđen na prodaju u okviru ove jedinice nalazi se na katastarskoj parceli 334-0 u K</w:t>
      </w:r>
      <w:r w:rsidR="0024653B">
        <w:rPr>
          <w:rFonts w:eastAsia="Helvetica" w:cs="Helvetica"/>
          <w:szCs w:val="21"/>
        </w:rPr>
        <w:t>Z</w:t>
      </w:r>
      <w:r w:rsidR="0084657B">
        <w:rPr>
          <w:rFonts w:eastAsia="Helvetica" w:cs="Helvetica"/>
          <w:szCs w:val="21"/>
        </w:rPr>
        <w:t xml:space="preserve"> Bačka, opština Dragaš, i prizemni je objekat (P+0). Nalazi se u centru sela. Prema stanju na terenu, ima pristup putu. Ukupna površina objekta iznosi S=60 m². Zemljište ispod lokala NIJE deo ove prodaje. Zemljište je upisano na ime Opštine Dragaš.</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616E10ED" w14:textId="77777777">
        <w:trPr>
          <w:cantSplit/>
          <w:jc w:val="center"/>
        </w:trPr>
        <w:tc>
          <w:tcPr>
            <w:tcW w:w="3026" w:type="dxa"/>
            <w:vAlign w:val="center"/>
          </w:tcPr>
          <w:p w14:paraId="29A9C010"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Poslovni prostor</w:t>
            </w:r>
          </w:p>
        </w:tc>
        <w:tc>
          <w:tcPr>
            <w:tcW w:w="3026" w:type="dxa"/>
            <w:vAlign w:val="center"/>
          </w:tcPr>
          <w:p w14:paraId="7039F994" w14:textId="77777777" w:rsidR="00345441" w:rsidRDefault="0084657B">
            <w:pPr>
              <w:keepNext/>
              <w:jc w:val="center"/>
            </w:pPr>
            <w:r>
              <w:rPr>
                <w:rFonts w:eastAsia="Helvetica" w:cs="Helvetica"/>
                <w:b/>
                <w:szCs w:val="21"/>
              </w:rPr>
              <w:t>Minimalna cena: 312 €/m²</w:t>
            </w:r>
          </w:p>
        </w:tc>
        <w:tc>
          <w:tcPr>
            <w:tcW w:w="3026" w:type="dxa"/>
            <w:vAlign w:val="center"/>
          </w:tcPr>
          <w:p w14:paraId="7B28A5D0" w14:textId="77777777" w:rsidR="00345441" w:rsidRDefault="0084657B">
            <w:pPr>
              <w:keepNext/>
              <w:jc w:val="center"/>
            </w:pPr>
            <w:r>
              <w:rPr>
                <w:rFonts w:eastAsia="Helvetica" w:cs="Helvetica"/>
                <w:b/>
                <w:szCs w:val="21"/>
              </w:rPr>
              <w:t>Depozit za ponudu: 2,000 €</w:t>
            </w:r>
          </w:p>
        </w:tc>
      </w:tr>
    </w:tbl>
    <w:p w14:paraId="568C3162" w14:textId="77777777" w:rsidR="00345441" w:rsidRDefault="0084657B">
      <w:pPr>
        <w:keepLines/>
        <w:spacing w:after="280" w:line="218" w:lineRule="exact"/>
      </w:pPr>
      <w:r>
        <w:rPr>
          <w:rFonts w:eastAsia="Helvetica" w:cs="Helvetica"/>
          <w:i/>
          <w:iCs/>
          <w:color w:val="333333"/>
          <w:szCs w:val="21"/>
        </w:rPr>
        <w:t>Prethodni nazivi i Fi brojevi: Sharrprodhimi, Fi. 302/89</w:t>
      </w:r>
    </w:p>
    <w:p w14:paraId="5B4F5BE9" w14:textId="2CE623A6" w:rsidR="00345441" w:rsidRDefault="00ED0DBE">
      <w:pPr>
        <w:keepNext/>
        <w:keepLines/>
        <w:jc w:val="both"/>
      </w:pPr>
      <w:hyperlink r:id="rId52" w:tooltip="Otvori memorandum za jedinicu 039" w:history="1">
        <w:r w:rsidR="0084657B">
          <w:rPr>
            <w:rFonts w:eastAsia="Helvetica" w:cs="Helvetica"/>
            <w:b/>
            <w:color w:val="B31E8D"/>
            <w:szCs w:val="21"/>
            <w:u w:val="single"/>
          </w:rPr>
          <w:t>Jedinica br.39: 25 Maji, prodavnica u selu Kastrc, Suva Reka</w:t>
        </w:r>
      </w:hyperlink>
      <w:r w:rsidR="0084657B">
        <w:rPr>
          <w:rFonts w:eastAsia="Helvetica" w:cs="Helvetica"/>
          <w:szCs w:val="21"/>
        </w:rPr>
        <w:t xml:space="preserve"> - obuhvata poslovni prostor površine 124.6 m² u selu Kastrc, K</w:t>
      </w:r>
      <w:r w:rsidR="0024653B">
        <w:rPr>
          <w:rFonts w:eastAsia="Helvetica" w:cs="Helvetica"/>
          <w:szCs w:val="21"/>
        </w:rPr>
        <w:t>Z</w:t>
      </w:r>
      <w:r w:rsidR="0084657B">
        <w:rPr>
          <w:rFonts w:eastAsia="Helvetica" w:cs="Helvetica"/>
          <w:szCs w:val="21"/>
        </w:rPr>
        <w:t xml:space="preserve"> Kastrc, opština Suva Reka. Zemljište ispod prodavnice NIJE deo ove prodaje (upisano je na ime Opštine Suva Reka).</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1A5EC1E4" w14:textId="77777777">
        <w:trPr>
          <w:cantSplit/>
          <w:jc w:val="center"/>
        </w:trPr>
        <w:tc>
          <w:tcPr>
            <w:tcW w:w="3026" w:type="dxa"/>
            <w:vAlign w:val="center"/>
          </w:tcPr>
          <w:p w14:paraId="0E85D549"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Poslovni prostor</w:t>
            </w:r>
          </w:p>
        </w:tc>
        <w:tc>
          <w:tcPr>
            <w:tcW w:w="3026" w:type="dxa"/>
            <w:vAlign w:val="center"/>
          </w:tcPr>
          <w:p w14:paraId="3F540A9E" w14:textId="77777777" w:rsidR="00345441" w:rsidRDefault="0084657B">
            <w:pPr>
              <w:keepNext/>
              <w:jc w:val="center"/>
            </w:pPr>
            <w:r>
              <w:rPr>
                <w:rFonts w:eastAsia="Helvetica" w:cs="Helvetica"/>
                <w:b/>
                <w:szCs w:val="21"/>
              </w:rPr>
              <w:t>Minimalna cena: 288 €/m²</w:t>
            </w:r>
          </w:p>
        </w:tc>
        <w:tc>
          <w:tcPr>
            <w:tcW w:w="3026" w:type="dxa"/>
            <w:vAlign w:val="center"/>
          </w:tcPr>
          <w:p w14:paraId="1628129D" w14:textId="77777777" w:rsidR="00345441" w:rsidRDefault="0084657B">
            <w:pPr>
              <w:keepNext/>
              <w:jc w:val="center"/>
            </w:pPr>
            <w:r>
              <w:rPr>
                <w:rFonts w:eastAsia="Helvetica" w:cs="Helvetica"/>
                <w:b/>
                <w:szCs w:val="21"/>
              </w:rPr>
              <w:t>Depozit za ponudu: 4,000 €</w:t>
            </w:r>
          </w:p>
        </w:tc>
      </w:tr>
    </w:tbl>
    <w:p w14:paraId="40410BCA" w14:textId="77777777" w:rsidR="00345441" w:rsidRDefault="0084657B">
      <w:pPr>
        <w:keepLines/>
        <w:spacing w:after="280" w:line="218" w:lineRule="exact"/>
      </w:pPr>
      <w:r>
        <w:rPr>
          <w:rFonts w:eastAsia="Helvetica" w:cs="Helvetica"/>
          <w:i/>
          <w:iCs/>
          <w:color w:val="333333"/>
          <w:szCs w:val="21"/>
        </w:rPr>
        <w:t>Prethodni nazivi i Fi brojevi: 25 Maji, Fi. 366/89</w:t>
      </w:r>
    </w:p>
    <w:p w14:paraId="1A6E148F" w14:textId="5234206E" w:rsidR="00345441" w:rsidRDefault="00ED0DBE">
      <w:pPr>
        <w:keepNext/>
        <w:keepLines/>
        <w:jc w:val="both"/>
      </w:pPr>
      <w:hyperlink r:id="rId53" w:tooltip="Otvori memorandum za jedinicu 040" w:history="1">
        <w:r w:rsidR="0084657B">
          <w:rPr>
            <w:rFonts w:eastAsia="Helvetica" w:cs="Helvetica"/>
            <w:b/>
            <w:color w:val="B31E8D"/>
            <w:szCs w:val="21"/>
            <w:u w:val="single"/>
          </w:rPr>
          <w:t>Jedinica br.40: DP NB Mirusha - Parcele 1858-0 i 1879-0 - K</w:t>
        </w:r>
        <w:r w:rsidR="0024653B">
          <w:rPr>
            <w:rFonts w:eastAsia="Helvetica" w:cs="Helvetica"/>
            <w:b/>
            <w:color w:val="B31E8D"/>
            <w:szCs w:val="21"/>
            <w:u w:val="single"/>
          </w:rPr>
          <w:t>Z</w:t>
        </w:r>
        <w:r w:rsidR="0084657B">
          <w:rPr>
            <w:rFonts w:eastAsia="Helvetica" w:cs="Helvetica"/>
            <w:b/>
            <w:color w:val="B31E8D"/>
            <w:szCs w:val="21"/>
            <w:u w:val="single"/>
          </w:rPr>
          <w:t xml:space="preserve"> Kijevo, Mališevo</w:t>
        </w:r>
      </w:hyperlink>
      <w:r w:rsidR="0084657B">
        <w:rPr>
          <w:rFonts w:eastAsia="Helvetica" w:cs="Helvetica"/>
          <w:szCs w:val="21"/>
        </w:rPr>
        <w:t xml:space="preserve"> - nudi na prodaju imovinu ukupne površine 419 m², koja obuhvata katastarske parcele P-72310037-01858-0 površine 316 m² i P-72310037-01879-0 površine 103 m², po kulturi „kuća-zgrada“, u K</w:t>
      </w:r>
      <w:r w:rsidR="0024653B">
        <w:rPr>
          <w:rFonts w:eastAsia="Helvetica" w:cs="Helvetica"/>
          <w:szCs w:val="21"/>
        </w:rPr>
        <w:t>Z</w:t>
      </w:r>
      <w:r w:rsidR="0084657B">
        <w:rPr>
          <w:rFonts w:eastAsia="Helvetica" w:cs="Helvetica"/>
          <w:szCs w:val="21"/>
        </w:rPr>
        <w:t xml:space="preserve"> Kijevo, opština Mališevo. Napomena: Obilaskom terena utvrđeno je da na lokaciji nema objekta, već se radi o obrađenom zemljištu na mestu zvanom „Progonice-Shtalla“.</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66F763B5" w14:textId="77777777">
        <w:trPr>
          <w:cantSplit/>
          <w:jc w:val="center"/>
        </w:trPr>
        <w:tc>
          <w:tcPr>
            <w:tcW w:w="3026" w:type="dxa"/>
            <w:vAlign w:val="center"/>
          </w:tcPr>
          <w:p w14:paraId="0C177311"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7AA600BB" w14:textId="65679F7E" w:rsidR="00345441" w:rsidRDefault="0084657B">
            <w:pPr>
              <w:keepNext/>
              <w:jc w:val="center"/>
            </w:pPr>
            <w:r>
              <w:rPr>
                <w:rFonts w:eastAsia="Helvetica" w:cs="Helvetica"/>
                <w:b/>
                <w:szCs w:val="21"/>
              </w:rPr>
              <w:t>Minimalna cena: 1,500 €/ar</w:t>
            </w:r>
            <w:r w:rsidR="0040478E">
              <w:rPr>
                <w:rFonts w:eastAsia="Helvetica" w:cs="Helvetica"/>
                <w:b/>
                <w:szCs w:val="21"/>
              </w:rPr>
              <w:t>i</w:t>
            </w:r>
          </w:p>
        </w:tc>
        <w:tc>
          <w:tcPr>
            <w:tcW w:w="3026" w:type="dxa"/>
            <w:vAlign w:val="center"/>
          </w:tcPr>
          <w:p w14:paraId="4D76F08E" w14:textId="77777777" w:rsidR="00345441" w:rsidRDefault="0084657B">
            <w:pPr>
              <w:keepNext/>
              <w:jc w:val="center"/>
            </w:pPr>
            <w:r>
              <w:rPr>
                <w:rFonts w:eastAsia="Helvetica" w:cs="Helvetica"/>
                <w:b/>
                <w:szCs w:val="21"/>
              </w:rPr>
              <w:t>Depozit za ponudu: 1,000 €</w:t>
            </w:r>
          </w:p>
        </w:tc>
      </w:tr>
    </w:tbl>
    <w:p w14:paraId="3BB8F4B7" w14:textId="77777777" w:rsidR="00345441" w:rsidRDefault="0084657B">
      <w:pPr>
        <w:keepLines/>
        <w:spacing w:after="280" w:line="218" w:lineRule="exact"/>
      </w:pPr>
      <w:r>
        <w:rPr>
          <w:rFonts w:eastAsia="Helvetica" w:cs="Helvetica"/>
          <w:i/>
          <w:iCs/>
          <w:color w:val="333333"/>
          <w:szCs w:val="21"/>
        </w:rPr>
        <w:t>Prethodni nazivi i Fi brojevi: NB Mirusha, Fi.514/89</w:t>
      </w:r>
    </w:p>
    <w:p w14:paraId="4190E1C7" w14:textId="34CCF9D9" w:rsidR="00345441" w:rsidRDefault="00ED0DBE">
      <w:pPr>
        <w:keepNext/>
        <w:keepLines/>
        <w:jc w:val="both"/>
      </w:pPr>
      <w:hyperlink r:id="rId54" w:tooltip="Otvori memorandum za jedinicu 041" w:history="1">
        <w:r w:rsidR="0084657B">
          <w:rPr>
            <w:rFonts w:eastAsia="Helvetica" w:cs="Helvetica"/>
            <w:b/>
            <w:color w:val="B31E8D"/>
            <w:szCs w:val="21"/>
            <w:u w:val="single"/>
          </w:rPr>
          <w:t>Jedinica br.41: DP NB Mirusha - Parcela 1994-0 - K</w:t>
        </w:r>
        <w:r w:rsidR="0024653B">
          <w:rPr>
            <w:rFonts w:eastAsia="Helvetica" w:cs="Helvetica"/>
            <w:b/>
            <w:color w:val="B31E8D"/>
            <w:szCs w:val="21"/>
            <w:u w:val="single"/>
          </w:rPr>
          <w:t>Z</w:t>
        </w:r>
        <w:r w:rsidR="0084657B">
          <w:rPr>
            <w:rFonts w:eastAsia="Helvetica" w:cs="Helvetica"/>
            <w:b/>
            <w:color w:val="B31E8D"/>
            <w:szCs w:val="21"/>
            <w:u w:val="single"/>
          </w:rPr>
          <w:t xml:space="preserve"> Kijevo, Mališevo</w:t>
        </w:r>
      </w:hyperlink>
      <w:r w:rsidR="0084657B">
        <w:rPr>
          <w:rFonts w:eastAsia="Helvetica" w:cs="Helvetica"/>
          <w:szCs w:val="21"/>
        </w:rPr>
        <w:t xml:space="preserve"> - nudi na prodaju katastarsku parcelu P-72310037-01994-0, po kulturi njiva 5. klase, površine 2,799 m², u KO Kijevo, opština Mališevo.</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258D9173" w14:textId="77777777">
        <w:trPr>
          <w:cantSplit/>
          <w:jc w:val="center"/>
        </w:trPr>
        <w:tc>
          <w:tcPr>
            <w:tcW w:w="3026" w:type="dxa"/>
            <w:vAlign w:val="center"/>
          </w:tcPr>
          <w:p w14:paraId="6E326C34"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1F6DE9B9" w14:textId="535EA19B" w:rsidR="00345441" w:rsidRDefault="0084657B">
            <w:pPr>
              <w:keepNext/>
              <w:jc w:val="center"/>
            </w:pPr>
            <w:r>
              <w:rPr>
                <w:rFonts w:eastAsia="Helvetica" w:cs="Helvetica"/>
                <w:b/>
                <w:szCs w:val="21"/>
              </w:rPr>
              <w:t>Minimalna cena: 1,500 €/ar</w:t>
            </w:r>
            <w:r w:rsidR="0040478E">
              <w:rPr>
                <w:rFonts w:eastAsia="Helvetica" w:cs="Helvetica"/>
                <w:b/>
                <w:szCs w:val="21"/>
              </w:rPr>
              <w:t>i</w:t>
            </w:r>
          </w:p>
        </w:tc>
        <w:tc>
          <w:tcPr>
            <w:tcW w:w="3026" w:type="dxa"/>
            <w:vAlign w:val="center"/>
          </w:tcPr>
          <w:p w14:paraId="56AC2829" w14:textId="77777777" w:rsidR="00345441" w:rsidRDefault="0084657B">
            <w:pPr>
              <w:keepNext/>
              <w:jc w:val="center"/>
            </w:pPr>
            <w:r>
              <w:rPr>
                <w:rFonts w:eastAsia="Helvetica" w:cs="Helvetica"/>
                <w:b/>
                <w:szCs w:val="21"/>
              </w:rPr>
              <w:t>Depozit za ponudu: 4,000 €</w:t>
            </w:r>
          </w:p>
        </w:tc>
      </w:tr>
    </w:tbl>
    <w:p w14:paraId="4311B97A" w14:textId="77777777" w:rsidR="00345441" w:rsidRDefault="0084657B">
      <w:pPr>
        <w:keepLines/>
        <w:spacing w:after="280" w:line="218" w:lineRule="exact"/>
      </w:pPr>
      <w:r>
        <w:rPr>
          <w:rFonts w:eastAsia="Helvetica" w:cs="Helvetica"/>
          <w:i/>
          <w:iCs/>
          <w:color w:val="333333"/>
          <w:szCs w:val="21"/>
        </w:rPr>
        <w:t>Prethodni nazivi i Fi brojevi: NB Mirusha, Fi.514/89</w:t>
      </w:r>
    </w:p>
    <w:p w14:paraId="1A0548DA" w14:textId="440739ED" w:rsidR="00345441" w:rsidRDefault="00ED0DBE">
      <w:pPr>
        <w:keepNext/>
        <w:keepLines/>
        <w:jc w:val="both"/>
      </w:pPr>
      <w:hyperlink r:id="rId55" w:tooltip="Otvori memorandum za jedinicu 042" w:history="1">
        <w:r w:rsidR="0084657B">
          <w:rPr>
            <w:rFonts w:eastAsia="Helvetica" w:cs="Helvetica"/>
            <w:b/>
            <w:color w:val="B31E8D"/>
            <w:szCs w:val="21"/>
            <w:u w:val="single"/>
          </w:rPr>
          <w:t>Jedinica br.42: DP NBI Rahoveci - Parcela 495-3 - K</w:t>
        </w:r>
        <w:r w:rsidR="0024653B">
          <w:rPr>
            <w:rFonts w:eastAsia="Helvetica" w:cs="Helvetica"/>
            <w:b/>
            <w:color w:val="B31E8D"/>
            <w:szCs w:val="21"/>
            <w:u w:val="single"/>
          </w:rPr>
          <w:t>Z</w:t>
        </w:r>
        <w:r w:rsidR="0084657B">
          <w:rPr>
            <w:rFonts w:eastAsia="Helvetica" w:cs="Helvetica"/>
            <w:b/>
            <w:color w:val="B31E8D"/>
            <w:szCs w:val="21"/>
            <w:u w:val="single"/>
          </w:rPr>
          <w:t xml:space="preserve"> Zrze, Orahovac</w:t>
        </w:r>
      </w:hyperlink>
      <w:r w:rsidR="0084657B">
        <w:rPr>
          <w:rFonts w:eastAsia="Helvetica" w:cs="Helvetica"/>
          <w:szCs w:val="21"/>
        </w:rPr>
        <w:t xml:space="preserve"> - nudi na prodaju poljoprivredno zemljište u K</w:t>
      </w:r>
      <w:r w:rsidR="0024653B">
        <w:rPr>
          <w:rFonts w:eastAsia="Helvetica" w:cs="Helvetica"/>
          <w:szCs w:val="21"/>
        </w:rPr>
        <w:t>Z</w:t>
      </w:r>
      <w:r w:rsidR="0084657B">
        <w:rPr>
          <w:rFonts w:eastAsia="Helvetica" w:cs="Helvetica"/>
          <w:szCs w:val="21"/>
        </w:rPr>
        <w:t xml:space="preserve"> Zrze, koje obuhvata katastarsku parcelu P-71510033-00495-3 površine 4,534 m² (45 ari 34 m²), po kulturi vinograd 2. klase, upisanu na ime DP-a u potvrdi o pravima na nepokretnoj imovini.</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646146B1" w14:textId="77777777">
        <w:trPr>
          <w:cantSplit/>
          <w:jc w:val="center"/>
        </w:trPr>
        <w:tc>
          <w:tcPr>
            <w:tcW w:w="3026" w:type="dxa"/>
            <w:vAlign w:val="center"/>
          </w:tcPr>
          <w:p w14:paraId="57C88A44"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436D3FF3" w14:textId="455F9751" w:rsidR="00345441" w:rsidRDefault="0084657B">
            <w:pPr>
              <w:keepNext/>
              <w:jc w:val="center"/>
            </w:pPr>
            <w:r>
              <w:rPr>
                <w:rFonts w:eastAsia="Helvetica" w:cs="Helvetica"/>
                <w:b/>
                <w:szCs w:val="21"/>
              </w:rPr>
              <w:t>Minimalna cena: 2,700 €/ar</w:t>
            </w:r>
            <w:r w:rsidR="0024653B">
              <w:rPr>
                <w:rFonts w:eastAsia="Helvetica" w:cs="Helvetica"/>
                <w:b/>
                <w:szCs w:val="21"/>
              </w:rPr>
              <w:t>i</w:t>
            </w:r>
          </w:p>
        </w:tc>
        <w:tc>
          <w:tcPr>
            <w:tcW w:w="3026" w:type="dxa"/>
            <w:vAlign w:val="center"/>
          </w:tcPr>
          <w:p w14:paraId="513B20AC" w14:textId="77777777" w:rsidR="00345441" w:rsidRDefault="0084657B">
            <w:pPr>
              <w:keepNext/>
              <w:jc w:val="center"/>
            </w:pPr>
            <w:r>
              <w:rPr>
                <w:rFonts w:eastAsia="Helvetica" w:cs="Helvetica"/>
                <w:b/>
                <w:szCs w:val="21"/>
              </w:rPr>
              <w:t>Depozit za ponudu: 6,000 €</w:t>
            </w:r>
          </w:p>
        </w:tc>
      </w:tr>
    </w:tbl>
    <w:p w14:paraId="02E1D6D6" w14:textId="77777777" w:rsidR="00345441" w:rsidRDefault="0084657B">
      <w:pPr>
        <w:keepLines/>
        <w:spacing w:after="280" w:line="218" w:lineRule="exact"/>
      </w:pPr>
      <w:r>
        <w:rPr>
          <w:rFonts w:eastAsia="Helvetica" w:cs="Helvetica"/>
          <w:i/>
          <w:iCs/>
          <w:color w:val="333333"/>
          <w:szCs w:val="21"/>
        </w:rPr>
        <w:t>Prethodni nazivi i Fi brojevi: NBI Rahoveci, Fi-492/89, Fi -1764/92</w:t>
      </w:r>
    </w:p>
    <w:p w14:paraId="2CFB7DC0" w14:textId="709BE3FC" w:rsidR="00345441" w:rsidRDefault="00ED0DBE">
      <w:pPr>
        <w:keepNext/>
        <w:keepLines/>
        <w:pageBreakBefore/>
        <w:jc w:val="both"/>
      </w:pPr>
      <w:hyperlink r:id="rId56" w:tooltip="Otvori memorandum za jedinicu 043" w:history="1">
        <w:r w:rsidR="0084657B">
          <w:rPr>
            <w:rFonts w:eastAsia="Helvetica" w:cs="Helvetica"/>
            <w:b/>
            <w:color w:val="B31E8D"/>
            <w:szCs w:val="21"/>
            <w:u w:val="single"/>
          </w:rPr>
          <w:t>Jedinica br.43: NBI Rahoveci - Parcele 2148-0 i 2163-0 - K</w:t>
        </w:r>
        <w:r w:rsidR="0024653B">
          <w:rPr>
            <w:rFonts w:eastAsia="Helvetica" w:cs="Helvetica"/>
            <w:b/>
            <w:color w:val="B31E8D"/>
            <w:szCs w:val="21"/>
            <w:u w:val="single"/>
          </w:rPr>
          <w:t>Z</w:t>
        </w:r>
        <w:r w:rsidR="0084657B">
          <w:rPr>
            <w:rFonts w:eastAsia="Helvetica" w:cs="Helvetica"/>
            <w:b/>
            <w:color w:val="B31E8D"/>
            <w:szCs w:val="21"/>
            <w:u w:val="single"/>
          </w:rPr>
          <w:t xml:space="preserve"> Ratkovac, Orahovac</w:t>
        </w:r>
      </w:hyperlink>
      <w:r w:rsidR="0084657B">
        <w:rPr>
          <w:rFonts w:eastAsia="Helvetica" w:cs="Helvetica"/>
          <w:szCs w:val="21"/>
        </w:rPr>
        <w:t xml:space="preserve"> - nudi na prodaju poljoprivredno zemljište ukupne površine 4,222 m² u K</w:t>
      </w:r>
      <w:r w:rsidR="0024653B">
        <w:rPr>
          <w:rFonts w:eastAsia="Helvetica" w:cs="Helvetica"/>
          <w:szCs w:val="21"/>
        </w:rPr>
        <w:t>Z</w:t>
      </w:r>
      <w:r w:rsidR="0084657B">
        <w:rPr>
          <w:rFonts w:eastAsia="Helvetica" w:cs="Helvetica"/>
          <w:szCs w:val="21"/>
        </w:rPr>
        <w:t xml:space="preserve"> Ratkovac, Orahovac, koje obuhvata katastarske parcele P-71510068-02148-0 površine 3,234 m² (32 ara 34 m²), njiva 6. klase, i P-71510068-02163-0 površine 988 m² (9 ari 88 m²), njiva 5. klase. Nepokretnosti su upisane na ime DP-a u potvrdi o pravima na nepokretnoj imovini.</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290989EA" w14:textId="77777777">
        <w:trPr>
          <w:cantSplit/>
          <w:jc w:val="center"/>
        </w:trPr>
        <w:tc>
          <w:tcPr>
            <w:tcW w:w="3026" w:type="dxa"/>
            <w:vAlign w:val="center"/>
          </w:tcPr>
          <w:p w14:paraId="4713F675"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63E2D0D3" w14:textId="1C79BD53" w:rsidR="00345441" w:rsidRDefault="0084657B">
            <w:pPr>
              <w:keepNext/>
              <w:jc w:val="center"/>
            </w:pPr>
            <w:r>
              <w:rPr>
                <w:rFonts w:eastAsia="Helvetica" w:cs="Helvetica"/>
                <w:b/>
                <w:szCs w:val="21"/>
              </w:rPr>
              <w:t>Minimalna cena: 168 €/ar</w:t>
            </w:r>
            <w:r w:rsidR="0040478E">
              <w:rPr>
                <w:rFonts w:eastAsia="Helvetica" w:cs="Helvetica"/>
                <w:b/>
                <w:szCs w:val="21"/>
              </w:rPr>
              <w:t>i</w:t>
            </w:r>
          </w:p>
        </w:tc>
        <w:tc>
          <w:tcPr>
            <w:tcW w:w="3026" w:type="dxa"/>
            <w:vAlign w:val="center"/>
          </w:tcPr>
          <w:p w14:paraId="0F722531" w14:textId="77777777" w:rsidR="00345441" w:rsidRDefault="0084657B">
            <w:pPr>
              <w:keepNext/>
              <w:jc w:val="center"/>
            </w:pPr>
            <w:r>
              <w:rPr>
                <w:rFonts w:eastAsia="Helvetica" w:cs="Helvetica"/>
                <w:b/>
                <w:szCs w:val="21"/>
              </w:rPr>
              <w:t>Depozit za ponudu: 1,000 €</w:t>
            </w:r>
          </w:p>
        </w:tc>
      </w:tr>
    </w:tbl>
    <w:p w14:paraId="6DFCA9ED" w14:textId="77777777" w:rsidR="00345441" w:rsidRDefault="0084657B">
      <w:pPr>
        <w:keepLines/>
        <w:spacing w:after="280" w:line="218" w:lineRule="exact"/>
      </w:pPr>
      <w:r>
        <w:rPr>
          <w:rFonts w:eastAsia="Helvetica" w:cs="Helvetica"/>
          <w:i/>
          <w:iCs/>
          <w:color w:val="333333"/>
          <w:szCs w:val="21"/>
        </w:rPr>
        <w:t>Prethodni nazivi i Fi brojevi: NBI Rahoveci, Fi-492/89, Fi -1764/92</w:t>
      </w:r>
    </w:p>
    <w:p w14:paraId="110FD3B9" w14:textId="616F219B" w:rsidR="00345441" w:rsidRDefault="00ED0DBE">
      <w:pPr>
        <w:keepNext/>
        <w:keepLines/>
        <w:jc w:val="both"/>
      </w:pPr>
      <w:hyperlink r:id="rId57" w:tooltip="Otvori memorandum za jedinicu 044" w:history="1">
        <w:r w:rsidR="0084657B">
          <w:rPr>
            <w:rFonts w:eastAsia="Helvetica" w:cs="Helvetica"/>
            <w:b/>
            <w:color w:val="B31E8D"/>
            <w:szCs w:val="21"/>
            <w:u w:val="single"/>
          </w:rPr>
          <w:t>Jedinica br.44: DP DLB - Parcela 646-0 - K</w:t>
        </w:r>
        <w:r w:rsidR="0024653B">
          <w:rPr>
            <w:rFonts w:eastAsia="Helvetica" w:cs="Helvetica"/>
            <w:b/>
            <w:color w:val="B31E8D"/>
            <w:szCs w:val="21"/>
            <w:u w:val="single"/>
          </w:rPr>
          <w:t>Z</w:t>
        </w:r>
        <w:r w:rsidR="0084657B">
          <w:rPr>
            <w:rFonts w:eastAsia="Helvetica" w:cs="Helvetica"/>
            <w:b/>
            <w:color w:val="B31E8D"/>
            <w:szCs w:val="21"/>
            <w:u w:val="single"/>
          </w:rPr>
          <w:t xml:space="preserve"> Atmađa, Prizren</w:t>
        </w:r>
      </w:hyperlink>
      <w:r w:rsidR="0084657B">
        <w:rPr>
          <w:rFonts w:eastAsia="Helvetica" w:cs="Helvetica"/>
          <w:szCs w:val="21"/>
        </w:rPr>
        <w:t xml:space="preserve"> - nudi na prodaju poljoprivredno zemljište u K</w:t>
      </w:r>
      <w:r w:rsidR="0024653B">
        <w:rPr>
          <w:rFonts w:eastAsia="Helvetica" w:cs="Helvetica"/>
          <w:szCs w:val="21"/>
        </w:rPr>
        <w:t>Z</w:t>
      </w:r>
      <w:r w:rsidR="0084657B">
        <w:rPr>
          <w:rFonts w:eastAsia="Helvetica" w:cs="Helvetica"/>
          <w:szCs w:val="21"/>
        </w:rPr>
        <w:t xml:space="preserve"> Atmađa, koje obuhvata katastarsku parcelu P-71813001-00646-0 površine 6,391 m², njiva 5. klase, upisanu na ime DP-a u potvrdi o pravima na nepokretnoj imovini.</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0BA9C792" w14:textId="77777777">
        <w:trPr>
          <w:cantSplit/>
          <w:jc w:val="center"/>
        </w:trPr>
        <w:tc>
          <w:tcPr>
            <w:tcW w:w="3026" w:type="dxa"/>
            <w:vAlign w:val="center"/>
          </w:tcPr>
          <w:p w14:paraId="273A25F8"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7CCF52B0" w14:textId="6A0258BF" w:rsidR="00345441" w:rsidRDefault="0084657B">
            <w:pPr>
              <w:keepNext/>
              <w:jc w:val="center"/>
            </w:pPr>
            <w:r>
              <w:rPr>
                <w:rFonts w:eastAsia="Helvetica" w:cs="Helvetica"/>
                <w:b/>
                <w:szCs w:val="21"/>
              </w:rPr>
              <w:t>Minimalna cena: 3,600 €/ar</w:t>
            </w:r>
            <w:r w:rsidR="003D7B7B">
              <w:rPr>
                <w:rFonts w:eastAsia="Helvetica" w:cs="Helvetica"/>
                <w:b/>
                <w:szCs w:val="21"/>
              </w:rPr>
              <w:t>i</w:t>
            </w:r>
          </w:p>
        </w:tc>
        <w:tc>
          <w:tcPr>
            <w:tcW w:w="3026" w:type="dxa"/>
            <w:vAlign w:val="center"/>
          </w:tcPr>
          <w:p w14:paraId="38A42199" w14:textId="77777777" w:rsidR="00345441" w:rsidRDefault="0084657B">
            <w:pPr>
              <w:keepNext/>
              <w:jc w:val="center"/>
            </w:pPr>
            <w:r>
              <w:rPr>
                <w:rFonts w:eastAsia="Helvetica" w:cs="Helvetica"/>
                <w:b/>
                <w:szCs w:val="21"/>
              </w:rPr>
              <w:t>Depozit za ponudu: 12,000 €</w:t>
            </w:r>
          </w:p>
        </w:tc>
      </w:tr>
    </w:tbl>
    <w:p w14:paraId="0B59EF7A" w14:textId="77777777" w:rsidR="00345441" w:rsidRDefault="0084657B">
      <w:pPr>
        <w:keepLines/>
        <w:spacing w:after="280" w:line="218" w:lineRule="exact"/>
      </w:pPr>
      <w:r>
        <w:rPr>
          <w:rFonts w:eastAsia="Helvetica" w:cs="Helvetica"/>
          <w:i/>
          <w:iCs/>
          <w:color w:val="333333"/>
          <w:szCs w:val="21"/>
        </w:rPr>
        <w:t>Prethodni nazivi i Fi brojevi: D.L.B Lavërtari Blegtori, Fi.698/89 &amp; Fi.704/89</w:t>
      </w:r>
    </w:p>
    <w:p w14:paraId="1444E115" w14:textId="7D33CB6E" w:rsidR="00345441" w:rsidRDefault="00ED0DBE">
      <w:pPr>
        <w:keepNext/>
        <w:keepLines/>
        <w:jc w:val="both"/>
      </w:pPr>
      <w:hyperlink r:id="rId58" w:tooltip="Otvori memorandum za jedinicu 045" w:history="1">
        <w:r w:rsidR="0084657B">
          <w:rPr>
            <w:rFonts w:eastAsia="Helvetica" w:cs="Helvetica"/>
            <w:b/>
            <w:color w:val="B31E8D"/>
            <w:szCs w:val="21"/>
            <w:u w:val="single"/>
          </w:rPr>
          <w:t>Jedinica br.45: DP DLB - Parcela 5770-3 - K</w:t>
        </w:r>
        <w:r w:rsidR="0024653B">
          <w:rPr>
            <w:rFonts w:eastAsia="Helvetica" w:cs="Helvetica"/>
            <w:b/>
            <w:color w:val="B31E8D"/>
            <w:szCs w:val="21"/>
            <w:u w:val="single"/>
          </w:rPr>
          <w:t>Z</w:t>
        </w:r>
        <w:r w:rsidR="0084657B">
          <w:rPr>
            <w:rFonts w:eastAsia="Helvetica" w:cs="Helvetica"/>
            <w:b/>
            <w:color w:val="B31E8D"/>
            <w:szCs w:val="21"/>
            <w:u w:val="single"/>
          </w:rPr>
          <w:t xml:space="preserve"> Prizren</w:t>
        </w:r>
      </w:hyperlink>
      <w:r w:rsidR="0084657B">
        <w:rPr>
          <w:rFonts w:eastAsia="Helvetica" w:cs="Helvetica"/>
          <w:szCs w:val="21"/>
        </w:rPr>
        <w:t xml:space="preserve"> - nudi na prodaju poljoprivredno zemljište u K</w:t>
      </w:r>
      <w:r w:rsidR="0024653B">
        <w:rPr>
          <w:rFonts w:eastAsia="Helvetica" w:cs="Helvetica"/>
          <w:szCs w:val="21"/>
        </w:rPr>
        <w:t>Z</w:t>
      </w:r>
      <w:r w:rsidR="0084657B">
        <w:rPr>
          <w:rFonts w:eastAsia="Helvetica" w:cs="Helvetica"/>
          <w:szCs w:val="21"/>
        </w:rPr>
        <w:t xml:space="preserve"> Prizren, koje obuhvata katastarsku parcelu P-71813068-05770-3 površine 3,038 m² (30 ari 38 m²), njiva 3. klase, upisanu na ime DP-a u potvrdi o pravima na nepokretnoj imovini.</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0C827D48" w14:textId="77777777">
        <w:trPr>
          <w:cantSplit/>
          <w:jc w:val="center"/>
        </w:trPr>
        <w:tc>
          <w:tcPr>
            <w:tcW w:w="3026" w:type="dxa"/>
            <w:vAlign w:val="center"/>
          </w:tcPr>
          <w:p w14:paraId="317B9A3A"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6DD8745D" w14:textId="4E20D3E5" w:rsidR="00345441" w:rsidRDefault="0084657B">
            <w:pPr>
              <w:keepNext/>
              <w:jc w:val="center"/>
            </w:pPr>
            <w:r>
              <w:rPr>
                <w:rFonts w:eastAsia="Helvetica" w:cs="Helvetica"/>
                <w:b/>
                <w:szCs w:val="21"/>
              </w:rPr>
              <w:t>Minimalna cena: 3,600 €/ar</w:t>
            </w:r>
            <w:r w:rsidR="00D655E7">
              <w:rPr>
                <w:rFonts w:eastAsia="Helvetica" w:cs="Helvetica"/>
                <w:b/>
                <w:szCs w:val="21"/>
              </w:rPr>
              <w:t>i</w:t>
            </w:r>
          </w:p>
        </w:tc>
        <w:tc>
          <w:tcPr>
            <w:tcW w:w="3026" w:type="dxa"/>
            <w:vAlign w:val="center"/>
          </w:tcPr>
          <w:p w14:paraId="23F51710" w14:textId="77777777" w:rsidR="00345441" w:rsidRDefault="0084657B">
            <w:pPr>
              <w:keepNext/>
              <w:jc w:val="center"/>
            </w:pPr>
            <w:r>
              <w:rPr>
                <w:rFonts w:eastAsia="Helvetica" w:cs="Helvetica"/>
                <w:b/>
                <w:szCs w:val="21"/>
              </w:rPr>
              <w:t>Depozit za ponudu: 5,000 €</w:t>
            </w:r>
          </w:p>
        </w:tc>
      </w:tr>
    </w:tbl>
    <w:p w14:paraId="050CFD0A" w14:textId="77777777" w:rsidR="00345441" w:rsidRDefault="0084657B">
      <w:pPr>
        <w:keepLines/>
        <w:spacing w:after="280" w:line="218" w:lineRule="exact"/>
      </w:pPr>
      <w:r>
        <w:rPr>
          <w:rFonts w:eastAsia="Helvetica" w:cs="Helvetica"/>
          <w:i/>
          <w:iCs/>
          <w:color w:val="333333"/>
          <w:szCs w:val="21"/>
        </w:rPr>
        <w:t>Prethodni nazivi i Fi brojevi: D.L.B Lavërtari Blegtori, Fi.698/89 &amp; Fi.704/89</w:t>
      </w:r>
    </w:p>
    <w:p w14:paraId="5E541FDA" w14:textId="53955932" w:rsidR="00345441" w:rsidRDefault="00ED0DBE">
      <w:pPr>
        <w:keepNext/>
        <w:keepLines/>
        <w:jc w:val="both"/>
      </w:pPr>
      <w:hyperlink r:id="rId59" w:tooltip="Otvori memorandum za jedinicu 046" w:history="1">
        <w:r w:rsidR="0084657B">
          <w:rPr>
            <w:rFonts w:eastAsia="Helvetica" w:cs="Helvetica"/>
            <w:b/>
            <w:color w:val="B31E8D"/>
            <w:szCs w:val="21"/>
            <w:u w:val="single"/>
          </w:rPr>
          <w:t>Jedinica br.46: DP NBI Rahoveci - Parcela 1491-0 - K</w:t>
        </w:r>
        <w:r w:rsidR="0024653B">
          <w:rPr>
            <w:rFonts w:eastAsia="Helvetica" w:cs="Helvetica"/>
            <w:b/>
            <w:color w:val="B31E8D"/>
            <w:szCs w:val="21"/>
            <w:u w:val="single"/>
          </w:rPr>
          <w:t>Z</w:t>
        </w:r>
        <w:r w:rsidR="0084657B">
          <w:rPr>
            <w:rFonts w:eastAsia="Helvetica" w:cs="Helvetica"/>
            <w:b/>
            <w:color w:val="B31E8D"/>
            <w:szCs w:val="21"/>
            <w:u w:val="single"/>
          </w:rPr>
          <w:t xml:space="preserve"> Radoste, Orahovac</w:t>
        </w:r>
      </w:hyperlink>
      <w:r w:rsidR="0084657B">
        <w:rPr>
          <w:rFonts w:eastAsia="Helvetica" w:cs="Helvetica"/>
          <w:szCs w:val="21"/>
        </w:rPr>
        <w:t xml:space="preserve"> - nudi na prodaju poljoprivredno zemljište u K</w:t>
      </w:r>
      <w:r w:rsidR="0024653B">
        <w:rPr>
          <w:rFonts w:eastAsia="Helvetica" w:cs="Helvetica"/>
          <w:szCs w:val="21"/>
        </w:rPr>
        <w:t>Z</w:t>
      </w:r>
      <w:r w:rsidR="0084657B">
        <w:rPr>
          <w:rFonts w:eastAsia="Helvetica" w:cs="Helvetica"/>
          <w:szCs w:val="21"/>
        </w:rPr>
        <w:t xml:space="preserve"> Radoste, koje obuhvata katastarsku parcelu P-71510067-01491-0 površine 569 m² (5 ari 69 m²), njiva 5. klase, upisanu na ime DP-a u potvrdi o pravima na nepokretnoj imovini.</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77389601" w14:textId="77777777">
        <w:trPr>
          <w:cantSplit/>
          <w:jc w:val="center"/>
        </w:trPr>
        <w:tc>
          <w:tcPr>
            <w:tcW w:w="3026" w:type="dxa"/>
            <w:vAlign w:val="center"/>
          </w:tcPr>
          <w:p w14:paraId="5C56E960"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0D43F965" w14:textId="43B2420F" w:rsidR="00345441" w:rsidRDefault="0084657B">
            <w:pPr>
              <w:keepNext/>
              <w:jc w:val="center"/>
            </w:pPr>
            <w:r>
              <w:rPr>
                <w:rFonts w:eastAsia="Helvetica" w:cs="Helvetica"/>
                <w:b/>
                <w:szCs w:val="21"/>
              </w:rPr>
              <w:t>Minimalna cena: 280 €/ar</w:t>
            </w:r>
            <w:r w:rsidR="00D655E7">
              <w:rPr>
                <w:rFonts w:eastAsia="Helvetica" w:cs="Helvetica"/>
                <w:b/>
                <w:szCs w:val="21"/>
              </w:rPr>
              <w:t>i</w:t>
            </w:r>
          </w:p>
        </w:tc>
        <w:tc>
          <w:tcPr>
            <w:tcW w:w="3026" w:type="dxa"/>
            <w:vAlign w:val="center"/>
          </w:tcPr>
          <w:p w14:paraId="03C3524A" w14:textId="77777777" w:rsidR="00345441" w:rsidRDefault="0084657B">
            <w:pPr>
              <w:keepNext/>
              <w:jc w:val="center"/>
            </w:pPr>
            <w:r>
              <w:rPr>
                <w:rFonts w:eastAsia="Helvetica" w:cs="Helvetica"/>
                <w:b/>
                <w:szCs w:val="21"/>
              </w:rPr>
              <w:t>Depozit za ponudu: 1,000 €</w:t>
            </w:r>
          </w:p>
        </w:tc>
      </w:tr>
    </w:tbl>
    <w:p w14:paraId="50DF9C3F" w14:textId="77777777" w:rsidR="00345441" w:rsidRDefault="0084657B">
      <w:pPr>
        <w:keepLines/>
        <w:spacing w:after="280" w:line="218" w:lineRule="exact"/>
      </w:pPr>
      <w:r>
        <w:rPr>
          <w:rFonts w:eastAsia="Helvetica" w:cs="Helvetica"/>
          <w:i/>
          <w:iCs/>
          <w:color w:val="333333"/>
          <w:szCs w:val="21"/>
        </w:rPr>
        <w:t>Prethodni nazivi i Fi brojevi: NBI Rahoveci, Fi-492/89, Fi -1764/92</w:t>
      </w:r>
    </w:p>
    <w:p w14:paraId="2D7A0EB4" w14:textId="4133A8A1" w:rsidR="00345441" w:rsidRDefault="00ED0DBE">
      <w:pPr>
        <w:keepNext/>
        <w:keepLines/>
        <w:jc w:val="both"/>
      </w:pPr>
      <w:hyperlink r:id="rId60" w:tooltip="Otvori memorandum za jedinicu 047" w:history="1">
        <w:r w:rsidR="0084657B">
          <w:rPr>
            <w:rFonts w:eastAsia="Helvetica" w:cs="Helvetica"/>
            <w:b/>
            <w:color w:val="B31E8D"/>
            <w:szCs w:val="21"/>
            <w:u w:val="single"/>
          </w:rPr>
          <w:t>Jedinica br.47: DP NBI Rahoveci - Parcela 1508-0 - K</w:t>
        </w:r>
        <w:r w:rsidR="0024653B">
          <w:rPr>
            <w:rFonts w:eastAsia="Helvetica" w:cs="Helvetica"/>
            <w:b/>
            <w:color w:val="B31E8D"/>
            <w:szCs w:val="21"/>
            <w:u w:val="single"/>
          </w:rPr>
          <w:t>Z</w:t>
        </w:r>
        <w:r w:rsidR="0084657B">
          <w:rPr>
            <w:rFonts w:eastAsia="Helvetica" w:cs="Helvetica"/>
            <w:b/>
            <w:color w:val="B31E8D"/>
            <w:szCs w:val="21"/>
            <w:u w:val="single"/>
          </w:rPr>
          <w:t xml:space="preserve"> Radoste, Orahovac</w:t>
        </w:r>
      </w:hyperlink>
      <w:r w:rsidR="0084657B">
        <w:rPr>
          <w:rFonts w:eastAsia="Helvetica" w:cs="Helvetica"/>
          <w:szCs w:val="21"/>
        </w:rPr>
        <w:t xml:space="preserve"> - nudi na prodaju poljoprivredno zemljište u K</w:t>
      </w:r>
      <w:r w:rsidR="0024653B">
        <w:rPr>
          <w:rFonts w:eastAsia="Helvetica" w:cs="Helvetica"/>
          <w:szCs w:val="21"/>
        </w:rPr>
        <w:t>Z</w:t>
      </w:r>
      <w:r w:rsidR="0084657B">
        <w:rPr>
          <w:rFonts w:eastAsia="Helvetica" w:cs="Helvetica"/>
          <w:szCs w:val="21"/>
        </w:rPr>
        <w:t xml:space="preserve"> Radoste, koje obuhvata katastarsku parcelu P-71510067-01508-0 površine 1,713 m² (17 ari 13 m²), njiva 6. klase, upisanu na ime DP-a u potvrdi o pravima na nepokretnoj imovini.</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4078C8A1" w14:textId="77777777">
        <w:trPr>
          <w:cantSplit/>
          <w:jc w:val="center"/>
        </w:trPr>
        <w:tc>
          <w:tcPr>
            <w:tcW w:w="3026" w:type="dxa"/>
            <w:vAlign w:val="center"/>
          </w:tcPr>
          <w:p w14:paraId="3E92E5DC"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2488F3ED" w14:textId="0E065484" w:rsidR="00345441" w:rsidRDefault="0084657B">
            <w:pPr>
              <w:keepNext/>
              <w:jc w:val="center"/>
            </w:pPr>
            <w:r>
              <w:rPr>
                <w:rFonts w:eastAsia="Helvetica" w:cs="Helvetica"/>
                <w:b/>
                <w:szCs w:val="21"/>
              </w:rPr>
              <w:t>Minimalna cena: 280 €/ar</w:t>
            </w:r>
            <w:r w:rsidR="0024653B">
              <w:rPr>
                <w:rFonts w:eastAsia="Helvetica" w:cs="Helvetica"/>
                <w:b/>
                <w:szCs w:val="21"/>
              </w:rPr>
              <w:t>i</w:t>
            </w:r>
          </w:p>
        </w:tc>
        <w:tc>
          <w:tcPr>
            <w:tcW w:w="3026" w:type="dxa"/>
            <w:vAlign w:val="center"/>
          </w:tcPr>
          <w:p w14:paraId="35029E1F" w14:textId="77777777" w:rsidR="00345441" w:rsidRDefault="0084657B">
            <w:pPr>
              <w:keepNext/>
              <w:jc w:val="center"/>
            </w:pPr>
            <w:r>
              <w:rPr>
                <w:rFonts w:eastAsia="Helvetica" w:cs="Helvetica"/>
                <w:b/>
                <w:szCs w:val="21"/>
              </w:rPr>
              <w:t>Depozit za ponudu: 1,000 €</w:t>
            </w:r>
          </w:p>
        </w:tc>
      </w:tr>
    </w:tbl>
    <w:p w14:paraId="74B59942" w14:textId="77777777" w:rsidR="00345441" w:rsidRDefault="0084657B">
      <w:pPr>
        <w:keepLines/>
        <w:spacing w:after="280" w:line="218" w:lineRule="exact"/>
      </w:pPr>
      <w:r>
        <w:rPr>
          <w:rFonts w:eastAsia="Helvetica" w:cs="Helvetica"/>
          <w:i/>
          <w:iCs/>
          <w:color w:val="333333"/>
          <w:szCs w:val="21"/>
        </w:rPr>
        <w:t>Prethodni nazivi i Fi brojevi: NBI Rahoveci, Fi-492/89, Fi -1764/92</w:t>
      </w:r>
    </w:p>
    <w:p w14:paraId="75C571D5" w14:textId="2143C1CD" w:rsidR="00345441" w:rsidRDefault="00ED0DBE">
      <w:pPr>
        <w:keepNext/>
        <w:keepLines/>
        <w:jc w:val="both"/>
      </w:pPr>
      <w:hyperlink r:id="rId61" w:tooltip="Otvori memorandum za jedinicu 048" w:history="1">
        <w:r w:rsidR="0084657B">
          <w:rPr>
            <w:rFonts w:eastAsia="Helvetica" w:cs="Helvetica"/>
            <w:b/>
            <w:color w:val="B31E8D"/>
            <w:szCs w:val="21"/>
            <w:u w:val="single"/>
          </w:rPr>
          <w:t>Jedinica br.48: DP NBI Rahoveci - Parcele 1546-0, 1547-0 i 1588-0 - K</w:t>
        </w:r>
        <w:r w:rsidR="0024653B">
          <w:rPr>
            <w:rFonts w:eastAsia="Helvetica" w:cs="Helvetica"/>
            <w:b/>
            <w:color w:val="B31E8D"/>
            <w:szCs w:val="21"/>
            <w:u w:val="single"/>
          </w:rPr>
          <w:t>Z</w:t>
        </w:r>
        <w:r w:rsidR="0084657B">
          <w:rPr>
            <w:rFonts w:eastAsia="Helvetica" w:cs="Helvetica"/>
            <w:b/>
            <w:color w:val="B31E8D"/>
            <w:szCs w:val="21"/>
            <w:u w:val="single"/>
          </w:rPr>
          <w:t xml:space="preserve"> Ratkovac, Orahovac</w:t>
        </w:r>
      </w:hyperlink>
      <w:r w:rsidR="0084657B">
        <w:rPr>
          <w:rFonts w:eastAsia="Helvetica" w:cs="Helvetica"/>
          <w:szCs w:val="21"/>
        </w:rPr>
        <w:t xml:space="preserve"> - nudi na prodaju poljoprivredno zemljište ukupne površine 3,874 m² (38 ari 74 m²) u K</w:t>
      </w:r>
      <w:r w:rsidR="0024653B">
        <w:rPr>
          <w:rFonts w:eastAsia="Helvetica" w:cs="Helvetica"/>
          <w:szCs w:val="21"/>
        </w:rPr>
        <w:t>Z</w:t>
      </w:r>
      <w:r w:rsidR="0084657B">
        <w:rPr>
          <w:rFonts w:eastAsia="Helvetica" w:cs="Helvetica"/>
          <w:szCs w:val="21"/>
        </w:rPr>
        <w:t xml:space="preserve"> Ratkovac, Orahovac, koje obuhvata katastarske parcele P-71510068-01546-0 površine 1,408 m², njiva 2. klase; P-71510068-01547-0 površine 1,508 m², njiva 2. klase; i P-71510068-01588-0 površine 958 m², njiva 2. klase. Nepokretnosti su upisane na ime DP-a u potvrdi o pravima na nepokretnoj imovini.</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2F0E0730" w14:textId="77777777">
        <w:trPr>
          <w:cantSplit/>
          <w:jc w:val="center"/>
        </w:trPr>
        <w:tc>
          <w:tcPr>
            <w:tcW w:w="3026" w:type="dxa"/>
            <w:vAlign w:val="center"/>
          </w:tcPr>
          <w:p w14:paraId="32ACF822"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30B7FEA7" w14:textId="4AC4AA24" w:rsidR="00345441" w:rsidRDefault="0084657B">
            <w:pPr>
              <w:keepNext/>
              <w:jc w:val="center"/>
            </w:pPr>
            <w:r>
              <w:rPr>
                <w:rFonts w:eastAsia="Helvetica" w:cs="Helvetica"/>
                <w:b/>
                <w:szCs w:val="21"/>
              </w:rPr>
              <w:t>Minimalna cena: 1,440 €/ar</w:t>
            </w:r>
            <w:r w:rsidR="00D47021">
              <w:rPr>
                <w:rFonts w:eastAsia="Helvetica" w:cs="Helvetica"/>
                <w:b/>
                <w:szCs w:val="21"/>
              </w:rPr>
              <w:t>i</w:t>
            </w:r>
          </w:p>
        </w:tc>
        <w:tc>
          <w:tcPr>
            <w:tcW w:w="3026" w:type="dxa"/>
            <w:vAlign w:val="center"/>
          </w:tcPr>
          <w:p w14:paraId="1DB11F64" w14:textId="77777777" w:rsidR="00345441" w:rsidRDefault="0084657B">
            <w:pPr>
              <w:keepNext/>
              <w:jc w:val="center"/>
            </w:pPr>
            <w:r>
              <w:rPr>
                <w:rFonts w:eastAsia="Helvetica" w:cs="Helvetica"/>
                <w:b/>
                <w:szCs w:val="21"/>
              </w:rPr>
              <w:t>Depozit za ponudu: 6,000 €</w:t>
            </w:r>
          </w:p>
        </w:tc>
      </w:tr>
    </w:tbl>
    <w:p w14:paraId="48367755" w14:textId="77777777" w:rsidR="00345441" w:rsidRDefault="0084657B">
      <w:pPr>
        <w:keepLines/>
        <w:spacing w:after="280" w:line="218" w:lineRule="exact"/>
      </w:pPr>
      <w:r>
        <w:rPr>
          <w:rFonts w:eastAsia="Helvetica" w:cs="Helvetica"/>
          <w:i/>
          <w:iCs/>
          <w:color w:val="333333"/>
          <w:szCs w:val="21"/>
        </w:rPr>
        <w:t>Prethodni nazivi i Fi brojevi: NBI Rahoveci, Fi-492/89, Fi -1764/92</w:t>
      </w:r>
    </w:p>
    <w:p w14:paraId="6C8CC8E0" w14:textId="125FB7B9" w:rsidR="00345441" w:rsidRDefault="00ED0DBE">
      <w:pPr>
        <w:keepNext/>
        <w:keepLines/>
        <w:jc w:val="both"/>
      </w:pPr>
      <w:hyperlink r:id="rId62" w:tooltip="Otvori memorandum za jedinicu 049" w:history="1">
        <w:r w:rsidR="0084657B">
          <w:rPr>
            <w:rFonts w:eastAsia="Helvetica" w:cs="Helvetica"/>
            <w:b/>
            <w:color w:val="B31E8D"/>
            <w:szCs w:val="21"/>
            <w:u w:val="single"/>
          </w:rPr>
          <w:t>Jedinica br.49: DP NBI Rahoveci - Parcela 495-7 - K</w:t>
        </w:r>
        <w:r w:rsidR="0024653B">
          <w:rPr>
            <w:rFonts w:eastAsia="Helvetica" w:cs="Helvetica"/>
            <w:b/>
            <w:color w:val="B31E8D"/>
            <w:szCs w:val="21"/>
            <w:u w:val="single"/>
          </w:rPr>
          <w:t>Z</w:t>
        </w:r>
        <w:r w:rsidR="0084657B">
          <w:rPr>
            <w:rFonts w:eastAsia="Helvetica" w:cs="Helvetica"/>
            <w:b/>
            <w:color w:val="B31E8D"/>
            <w:szCs w:val="21"/>
            <w:u w:val="single"/>
          </w:rPr>
          <w:t xml:space="preserve"> Zrze, Orahovac</w:t>
        </w:r>
      </w:hyperlink>
      <w:r w:rsidR="0084657B">
        <w:rPr>
          <w:rFonts w:eastAsia="Helvetica" w:cs="Helvetica"/>
          <w:szCs w:val="21"/>
        </w:rPr>
        <w:t xml:space="preserve"> - nudi na prodaju poljoprivredno zemljište u K</w:t>
      </w:r>
      <w:r w:rsidR="0024653B">
        <w:rPr>
          <w:rFonts w:eastAsia="Helvetica" w:cs="Helvetica"/>
          <w:szCs w:val="21"/>
        </w:rPr>
        <w:t>Z</w:t>
      </w:r>
      <w:r w:rsidR="0084657B">
        <w:rPr>
          <w:rFonts w:eastAsia="Helvetica" w:cs="Helvetica"/>
          <w:szCs w:val="21"/>
        </w:rPr>
        <w:t xml:space="preserve"> Zrze, koje obuhvata katastarsku parcelu P-71510033-00495-7 površine 3,230 m² (32 ara 30 m²), vinograd 2. klase, upisanu na ime DP-a u potvrdi o pravima na nepokretnoj imovini.</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2C8C283F" w14:textId="77777777">
        <w:trPr>
          <w:cantSplit/>
          <w:jc w:val="center"/>
        </w:trPr>
        <w:tc>
          <w:tcPr>
            <w:tcW w:w="3026" w:type="dxa"/>
            <w:vAlign w:val="center"/>
          </w:tcPr>
          <w:p w14:paraId="700320C6"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430D3F3F" w14:textId="75C01512" w:rsidR="00345441" w:rsidRDefault="0084657B">
            <w:pPr>
              <w:keepNext/>
              <w:jc w:val="center"/>
            </w:pPr>
            <w:r>
              <w:rPr>
                <w:rFonts w:eastAsia="Helvetica" w:cs="Helvetica"/>
                <w:b/>
                <w:szCs w:val="21"/>
              </w:rPr>
              <w:t>Minimalna cena: 1,440 €/ar</w:t>
            </w:r>
            <w:r w:rsidR="00D47021">
              <w:rPr>
                <w:rFonts w:eastAsia="Helvetica" w:cs="Helvetica"/>
                <w:b/>
                <w:szCs w:val="21"/>
              </w:rPr>
              <w:t>i</w:t>
            </w:r>
          </w:p>
        </w:tc>
        <w:tc>
          <w:tcPr>
            <w:tcW w:w="3026" w:type="dxa"/>
            <w:vAlign w:val="center"/>
          </w:tcPr>
          <w:p w14:paraId="6E401C57" w14:textId="77777777" w:rsidR="00345441" w:rsidRDefault="0084657B">
            <w:pPr>
              <w:keepNext/>
              <w:jc w:val="center"/>
            </w:pPr>
            <w:r>
              <w:rPr>
                <w:rFonts w:eastAsia="Helvetica" w:cs="Helvetica"/>
                <w:b/>
                <w:szCs w:val="21"/>
              </w:rPr>
              <w:t>Depozit za ponudu: 5,000 €</w:t>
            </w:r>
          </w:p>
        </w:tc>
      </w:tr>
    </w:tbl>
    <w:p w14:paraId="17F0CF6F" w14:textId="77777777" w:rsidR="00345441" w:rsidRDefault="0084657B">
      <w:pPr>
        <w:keepLines/>
        <w:spacing w:after="280" w:line="218" w:lineRule="exact"/>
      </w:pPr>
      <w:r>
        <w:rPr>
          <w:rFonts w:eastAsia="Helvetica" w:cs="Helvetica"/>
          <w:i/>
          <w:iCs/>
          <w:color w:val="333333"/>
          <w:szCs w:val="21"/>
        </w:rPr>
        <w:t>Prethodni nazivi i Fi brojevi: NBI Rahoveci, Fi. Fi-492/89, Fi -1764/92</w:t>
      </w:r>
    </w:p>
    <w:p w14:paraId="0C5280F0" w14:textId="7D17F145" w:rsidR="00345441" w:rsidRDefault="00ED0DBE">
      <w:pPr>
        <w:keepNext/>
        <w:keepLines/>
        <w:jc w:val="both"/>
      </w:pPr>
      <w:hyperlink r:id="rId63" w:tooltip="Otvori memorandum za jedinicu 050" w:history="1">
        <w:r w:rsidR="0084657B">
          <w:rPr>
            <w:rFonts w:eastAsia="Helvetica" w:cs="Helvetica"/>
            <w:b/>
            <w:color w:val="B31E8D"/>
            <w:szCs w:val="21"/>
            <w:u w:val="single"/>
          </w:rPr>
          <w:t>Jedinica br.50: DP NBI Rahoveci - Parcela 1154-1 - K</w:t>
        </w:r>
        <w:r w:rsidR="0024653B">
          <w:rPr>
            <w:rFonts w:eastAsia="Helvetica" w:cs="Helvetica"/>
            <w:b/>
            <w:color w:val="B31E8D"/>
            <w:szCs w:val="21"/>
            <w:u w:val="single"/>
          </w:rPr>
          <w:t>Z</w:t>
        </w:r>
        <w:r w:rsidR="0084657B">
          <w:rPr>
            <w:rFonts w:eastAsia="Helvetica" w:cs="Helvetica"/>
            <w:b/>
            <w:color w:val="B31E8D"/>
            <w:szCs w:val="21"/>
            <w:u w:val="single"/>
          </w:rPr>
          <w:t xml:space="preserve"> Dejne, Orahovac</w:t>
        </w:r>
      </w:hyperlink>
      <w:r w:rsidR="0084657B">
        <w:rPr>
          <w:rFonts w:eastAsia="Helvetica" w:cs="Helvetica"/>
          <w:szCs w:val="21"/>
        </w:rPr>
        <w:t xml:space="preserve"> - nudi na prodaju poljoprivredno zemljište u KO Dejne, koje obuhvata katastarsku parcelu 71510018-01154-1 površine 5,033 m² (50 ari 33 m²), njiva 5. klase, upisanu na ime DP-a u potvrdi o pravima na nepokretnoj imovini.</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64E82351" w14:textId="77777777">
        <w:trPr>
          <w:cantSplit/>
          <w:jc w:val="center"/>
        </w:trPr>
        <w:tc>
          <w:tcPr>
            <w:tcW w:w="3026" w:type="dxa"/>
            <w:vAlign w:val="center"/>
          </w:tcPr>
          <w:p w14:paraId="54291FB9"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48B2E050" w14:textId="64F54641" w:rsidR="00345441" w:rsidRDefault="0084657B">
            <w:pPr>
              <w:keepNext/>
              <w:jc w:val="center"/>
            </w:pPr>
            <w:r>
              <w:rPr>
                <w:rFonts w:eastAsia="Helvetica" w:cs="Helvetica"/>
                <w:b/>
                <w:szCs w:val="21"/>
              </w:rPr>
              <w:t>Minimalna cena: 1,440 €/ar</w:t>
            </w:r>
            <w:r w:rsidR="00D47021">
              <w:rPr>
                <w:rFonts w:eastAsia="Helvetica" w:cs="Helvetica"/>
                <w:b/>
                <w:szCs w:val="21"/>
              </w:rPr>
              <w:t>i</w:t>
            </w:r>
          </w:p>
        </w:tc>
        <w:tc>
          <w:tcPr>
            <w:tcW w:w="3026" w:type="dxa"/>
            <w:vAlign w:val="center"/>
          </w:tcPr>
          <w:p w14:paraId="11542A51" w14:textId="77777777" w:rsidR="00345441" w:rsidRDefault="0084657B">
            <w:pPr>
              <w:keepNext/>
              <w:jc w:val="center"/>
            </w:pPr>
            <w:r>
              <w:rPr>
                <w:rFonts w:eastAsia="Helvetica" w:cs="Helvetica"/>
                <w:b/>
                <w:szCs w:val="21"/>
              </w:rPr>
              <w:t>Depozit za ponudu: 7,000 €</w:t>
            </w:r>
          </w:p>
        </w:tc>
      </w:tr>
    </w:tbl>
    <w:p w14:paraId="389FB59D" w14:textId="77777777" w:rsidR="00345441" w:rsidRDefault="0084657B">
      <w:pPr>
        <w:keepLines/>
        <w:spacing w:after="280" w:line="218" w:lineRule="exact"/>
      </w:pPr>
      <w:r>
        <w:rPr>
          <w:rFonts w:eastAsia="Helvetica" w:cs="Helvetica"/>
          <w:i/>
          <w:iCs/>
          <w:color w:val="333333"/>
          <w:szCs w:val="21"/>
        </w:rPr>
        <w:t>Prethodni nazivi i Fi brojevi: NBI Rahoveci, Fi-492/89, Fi -1764/92</w:t>
      </w:r>
    </w:p>
    <w:p w14:paraId="6207240C" w14:textId="1D6B9A6F" w:rsidR="00345441" w:rsidRDefault="00ED0DBE">
      <w:pPr>
        <w:keepNext/>
        <w:keepLines/>
        <w:jc w:val="both"/>
      </w:pPr>
      <w:hyperlink r:id="rId64" w:tooltip="Otvori memorandum za jedinicu 051" w:history="1">
        <w:r w:rsidR="0084657B">
          <w:rPr>
            <w:rFonts w:eastAsia="Helvetica" w:cs="Helvetica"/>
            <w:b/>
            <w:color w:val="B31E8D"/>
            <w:szCs w:val="21"/>
            <w:u w:val="single"/>
          </w:rPr>
          <w:t>Jedinica br.51: DP NBI Rahoveci - Parcele 6-0 i 7-0 - K</w:t>
        </w:r>
        <w:r w:rsidR="0024653B">
          <w:rPr>
            <w:rFonts w:eastAsia="Helvetica" w:cs="Helvetica"/>
            <w:b/>
            <w:color w:val="B31E8D"/>
            <w:szCs w:val="21"/>
            <w:u w:val="single"/>
          </w:rPr>
          <w:t>Z</w:t>
        </w:r>
        <w:r w:rsidR="0084657B">
          <w:rPr>
            <w:rFonts w:eastAsia="Helvetica" w:cs="Helvetica"/>
            <w:b/>
            <w:color w:val="B31E8D"/>
            <w:szCs w:val="21"/>
            <w:u w:val="single"/>
          </w:rPr>
          <w:t xml:space="preserve"> Gornje Potočane, Orahovac</w:t>
        </w:r>
      </w:hyperlink>
      <w:r w:rsidR="0084657B">
        <w:rPr>
          <w:rFonts w:eastAsia="Helvetica" w:cs="Helvetica"/>
          <w:szCs w:val="21"/>
        </w:rPr>
        <w:t xml:space="preserve"> - nudi na prodaju poljoprivredno zemljište ukupne površine 1,746 m² (17 ari 46 m²) u K</w:t>
      </w:r>
      <w:r w:rsidR="00F90D1E">
        <w:rPr>
          <w:rFonts w:eastAsia="Helvetica" w:cs="Helvetica"/>
          <w:szCs w:val="21"/>
        </w:rPr>
        <w:t>Z</w:t>
      </w:r>
      <w:r w:rsidR="0084657B">
        <w:rPr>
          <w:rFonts w:eastAsia="Helvetica" w:cs="Helvetica"/>
          <w:szCs w:val="21"/>
        </w:rPr>
        <w:t xml:space="preserve"> Gornje Potočane, koje obuhvata katastarske parcele P-71510024-00006-0 površine 1,525 m² (15 ari 25 m²) i P-71510024-00007-0 površine 221 m² (2 ara 21 m²), vinograd 3. klase, upisane na ime DP-a u potvrdi o pravima na nepokretnoj imovini.</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73007C45" w14:textId="77777777">
        <w:trPr>
          <w:cantSplit/>
          <w:jc w:val="center"/>
        </w:trPr>
        <w:tc>
          <w:tcPr>
            <w:tcW w:w="3026" w:type="dxa"/>
            <w:vAlign w:val="center"/>
          </w:tcPr>
          <w:p w14:paraId="46FEBC4C"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358A8494" w14:textId="6BC38818" w:rsidR="00345441" w:rsidRDefault="0084657B">
            <w:pPr>
              <w:keepNext/>
              <w:jc w:val="center"/>
            </w:pPr>
            <w:r>
              <w:rPr>
                <w:rFonts w:eastAsia="Helvetica" w:cs="Helvetica"/>
                <w:b/>
                <w:szCs w:val="21"/>
              </w:rPr>
              <w:t>Minimalna cena: 2,000 €/ar</w:t>
            </w:r>
            <w:r w:rsidR="0021560A">
              <w:rPr>
                <w:rFonts w:eastAsia="Helvetica" w:cs="Helvetica"/>
                <w:b/>
                <w:szCs w:val="21"/>
              </w:rPr>
              <w:t>i</w:t>
            </w:r>
          </w:p>
        </w:tc>
        <w:tc>
          <w:tcPr>
            <w:tcW w:w="3026" w:type="dxa"/>
            <w:vAlign w:val="center"/>
          </w:tcPr>
          <w:p w14:paraId="1E0CFADC" w14:textId="77777777" w:rsidR="00345441" w:rsidRDefault="0084657B">
            <w:pPr>
              <w:keepNext/>
              <w:jc w:val="center"/>
            </w:pPr>
            <w:r>
              <w:rPr>
                <w:rFonts w:eastAsia="Helvetica" w:cs="Helvetica"/>
                <w:b/>
                <w:szCs w:val="21"/>
              </w:rPr>
              <w:t>Depozit za ponudu: 3,000 €</w:t>
            </w:r>
          </w:p>
        </w:tc>
      </w:tr>
    </w:tbl>
    <w:p w14:paraId="74AC65AA" w14:textId="77777777" w:rsidR="00345441" w:rsidRDefault="0084657B">
      <w:pPr>
        <w:keepLines/>
        <w:spacing w:after="280" w:line="218" w:lineRule="exact"/>
      </w:pPr>
      <w:r>
        <w:rPr>
          <w:rFonts w:eastAsia="Helvetica" w:cs="Helvetica"/>
          <w:i/>
          <w:iCs/>
          <w:color w:val="333333"/>
          <w:szCs w:val="21"/>
        </w:rPr>
        <w:t>Prethodni nazivi i Fi brojevi: NBI Rahoveci, Fi-492/89, Fi -1764/92</w:t>
      </w:r>
    </w:p>
    <w:p w14:paraId="14C51BAD" w14:textId="41686095" w:rsidR="00345441" w:rsidRDefault="00ED0DBE">
      <w:pPr>
        <w:keepNext/>
        <w:keepLines/>
        <w:jc w:val="both"/>
      </w:pPr>
      <w:hyperlink r:id="rId65" w:tooltip="Otvori memorandum za jedinicu 052" w:history="1">
        <w:r w:rsidR="0084657B">
          <w:rPr>
            <w:rFonts w:eastAsia="Helvetica" w:cs="Helvetica"/>
            <w:b/>
            <w:color w:val="B31E8D"/>
            <w:szCs w:val="21"/>
            <w:u w:val="single"/>
          </w:rPr>
          <w:t>Jedinica br.52: DP NBI Rahoveci - Parcela 114-0 - K</w:t>
        </w:r>
        <w:r w:rsidR="0024653B">
          <w:rPr>
            <w:rFonts w:eastAsia="Helvetica" w:cs="Helvetica"/>
            <w:b/>
            <w:color w:val="B31E8D"/>
            <w:szCs w:val="21"/>
            <w:u w:val="single"/>
          </w:rPr>
          <w:t>Z</w:t>
        </w:r>
        <w:r w:rsidR="0084657B">
          <w:rPr>
            <w:rFonts w:eastAsia="Helvetica" w:cs="Helvetica"/>
            <w:b/>
            <w:color w:val="B31E8D"/>
            <w:szCs w:val="21"/>
            <w:u w:val="single"/>
          </w:rPr>
          <w:t xml:space="preserve"> Gornje Potočane, Orahovac</w:t>
        </w:r>
      </w:hyperlink>
      <w:r w:rsidR="0084657B">
        <w:rPr>
          <w:rFonts w:eastAsia="Helvetica" w:cs="Helvetica"/>
          <w:szCs w:val="21"/>
        </w:rPr>
        <w:t xml:space="preserve"> - nudi na prodaju poljoprivredno zemljište u K</w:t>
      </w:r>
      <w:r w:rsidR="00F90D1E">
        <w:rPr>
          <w:rFonts w:eastAsia="Helvetica" w:cs="Helvetica"/>
          <w:szCs w:val="21"/>
        </w:rPr>
        <w:t>Z</w:t>
      </w:r>
      <w:r w:rsidR="0084657B">
        <w:rPr>
          <w:rFonts w:eastAsia="Helvetica" w:cs="Helvetica"/>
          <w:szCs w:val="21"/>
        </w:rPr>
        <w:t xml:space="preserve"> Gornje Potočane, koje obuhvata katastarsku parcelu P-71510024-00114-0 površine 3,337 m² (33 ara 37 m²), njiva 3. klase, upisanu na ime DP-a u potvrdi o pravima na nepokretnoj imovini.</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0E760C77" w14:textId="77777777">
        <w:trPr>
          <w:cantSplit/>
          <w:jc w:val="center"/>
        </w:trPr>
        <w:tc>
          <w:tcPr>
            <w:tcW w:w="3026" w:type="dxa"/>
            <w:vAlign w:val="center"/>
          </w:tcPr>
          <w:p w14:paraId="68C38B7F"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30CB6433" w14:textId="3B74D2F4" w:rsidR="00345441" w:rsidRDefault="0084657B">
            <w:pPr>
              <w:keepNext/>
              <w:jc w:val="center"/>
            </w:pPr>
            <w:r>
              <w:rPr>
                <w:rFonts w:eastAsia="Helvetica" w:cs="Helvetica"/>
                <w:b/>
                <w:szCs w:val="21"/>
              </w:rPr>
              <w:t>Minimalna cena: 2,000 €/ar</w:t>
            </w:r>
            <w:r w:rsidR="00F90D1E">
              <w:rPr>
                <w:rFonts w:eastAsia="Helvetica" w:cs="Helvetica"/>
                <w:b/>
                <w:szCs w:val="21"/>
              </w:rPr>
              <w:t>i</w:t>
            </w:r>
          </w:p>
        </w:tc>
        <w:tc>
          <w:tcPr>
            <w:tcW w:w="3026" w:type="dxa"/>
            <w:vAlign w:val="center"/>
          </w:tcPr>
          <w:p w14:paraId="05CFC2EF" w14:textId="77777777" w:rsidR="00345441" w:rsidRDefault="0084657B">
            <w:pPr>
              <w:keepNext/>
              <w:jc w:val="center"/>
            </w:pPr>
            <w:r>
              <w:rPr>
                <w:rFonts w:eastAsia="Helvetica" w:cs="Helvetica"/>
                <w:b/>
                <w:szCs w:val="21"/>
              </w:rPr>
              <w:t>Depozit za ponudu: 7,000 €</w:t>
            </w:r>
          </w:p>
        </w:tc>
      </w:tr>
    </w:tbl>
    <w:p w14:paraId="61C8E933" w14:textId="77777777" w:rsidR="00345441" w:rsidRDefault="0084657B">
      <w:pPr>
        <w:keepLines/>
        <w:spacing w:after="280" w:line="218" w:lineRule="exact"/>
      </w:pPr>
      <w:r>
        <w:rPr>
          <w:rFonts w:eastAsia="Helvetica" w:cs="Helvetica"/>
          <w:i/>
          <w:iCs/>
          <w:color w:val="333333"/>
          <w:szCs w:val="21"/>
        </w:rPr>
        <w:t>Prethodni nazivi i Fi brojevi: NBI Rahoveci, Fi-492/89, Fi -1764/92</w:t>
      </w:r>
    </w:p>
    <w:p w14:paraId="73A73DAA" w14:textId="38F39AD8" w:rsidR="00345441" w:rsidRDefault="00ED0DBE">
      <w:pPr>
        <w:keepNext/>
        <w:keepLines/>
        <w:jc w:val="both"/>
      </w:pPr>
      <w:hyperlink r:id="rId66" w:tooltip="Otvori memorandum za jedinicu 053" w:history="1">
        <w:r w:rsidR="0084657B">
          <w:rPr>
            <w:rFonts w:eastAsia="Helvetica" w:cs="Helvetica"/>
            <w:b/>
            <w:color w:val="B31E8D"/>
            <w:szCs w:val="21"/>
            <w:u w:val="single"/>
          </w:rPr>
          <w:t>Jedinica br.53: DP NBI Rahoveci - Parcele 363-0, 366-0, 367-0 i 391-0 - K</w:t>
        </w:r>
        <w:r w:rsidR="0024653B">
          <w:rPr>
            <w:rFonts w:eastAsia="Helvetica" w:cs="Helvetica"/>
            <w:b/>
            <w:color w:val="B31E8D"/>
            <w:szCs w:val="21"/>
            <w:u w:val="single"/>
          </w:rPr>
          <w:t>Z</w:t>
        </w:r>
        <w:r w:rsidR="0084657B">
          <w:rPr>
            <w:rFonts w:eastAsia="Helvetica" w:cs="Helvetica"/>
            <w:b/>
            <w:color w:val="B31E8D"/>
            <w:szCs w:val="21"/>
            <w:u w:val="single"/>
          </w:rPr>
          <w:t xml:space="preserve"> Ratkovac, Orahovac</w:t>
        </w:r>
      </w:hyperlink>
      <w:r w:rsidR="0084657B">
        <w:rPr>
          <w:rFonts w:eastAsia="Helvetica" w:cs="Helvetica"/>
          <w:szCs w:val="21"/>
        </w:rPr>
        <w:t xml:space="preserve"> - nudi na prodaju poljoprivredno zemljište ukupne površine 2,336 m² (23 ara 36 m²) u K</w:t>
      </w:r>
      <w:r w:rsidR="0024653B">
        <w:rPr>
          <w:rFonts w:eastAsia="Helvetica" w:cs="Helvetica"/>
          <w:szCs w:val="21"/>
        </w:rPr>
        <w:t>Z</w:t>
      </w:r>
      <w:r w:rsidR="0084657B">
        <w:rPr>
          <w:rFonts w:eastAsia="Helvetica" w:cs="Helvetica"/>
          <w:szCs w:val="21"/>
        </w:rPr>
        <w:t xml:space="preserve"> Ratkovac, Orahovac, koje obuhvata katastarske parcele P-71510068-00363-0 površine 1,076 m², vinograd 3. klase; P-71510068-00366-0 površine 350 m², vinograd 3. klase; P-71510068-00367-0 površine 440 m², vinograd 3. klase; i P-71510068-00391-0 površine 470 m², vinograd 3. klase. Nepokretnosti su upisane na ime DP-a u potvrdi o pravima na nepokretnoj imovini.</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3A9394CB" w14:textId="77777777">
        <w:trPr>
          <w:cantSplit/>
          <w:jc w:val="center"/>
        </w:trPr>
        <w:tc>
          <w:tcPr>
            <w:tcW w:w="3026" w:type="dxa"/>
            <w:vAlign w:val="center"/>
          </w:tcPr>
          <w:p w14:paraId="71F5916D"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74D8E760" w14:textId="182BC59E" w:rsidR="00345441" w:rsidRDefault="0084657B">
            <w:pPr>
              <w:keepNext/>
              <w:jc w:val="center"/>
            </w:pPr>
            <w:r>
              <w:rPr>
                <w:rFonts w:eastAsia="Helvetica" w:cs="Helvetica"/>
                <w:b/>
                <w:szCs w:val="21"/>
              </w:rPr>
              <w:t>Minimalna cena: 224 €/ar</w:t>
            </w:r>
            <w:r w:rsidR="005E70BE">
              <w:rPr>
                <w:rFonts w:eastAsia="Helvetica" w:cs="Helvetica"/>
                <w:b/>
                <w:szCs w:val="21"/>
              </w:rPr>
              <w:t>i</w:t>
            </w:r>
          </w:p>
        </w:tc>
        <w:tc>
          <w:tcPr>
            <w:tcW w:w="3026" w:type="dxa"/>
            <w:vAlign w:val="center"/>
          </w:tcPr>
          <w:p w14:paraId="4031338E" w14:textId="77777777" w:rsidR="00345441" w:rsidRDefault="0084657B">
            <w:pPr>
              <w:keepNext/>
              <w:jc w:val="center"/>
            </w:pPr>
            <w:r>
              <w:rPr>
                <w:rFonts w:eastAsia="Helvetica" w:cs="Helvetica"/>
                <w:b/>
                <w:szCs w:val="21"/>
              </w:rPr>
              <w:t>Depozit za ponudu: 1,000 €</w:t>
            </w:r>
          </w:p>
        </w:tc>
      </w:tr>
    </w:tbl>
    <w:p w14:paraId="4AC01127" w14:textId="77777777" w:rsidR="00345441" w:rsidRDefault="0084657B">
      <w:pPr>
        <w:keepLines/>
        <w:spacing w:after="280" w:line="218" w:lineRule="exact"/>
      </w:pPr>
      <w:r>
        <w:rPr>
          <w:rFonts w:eastAsia="Helvetica" w:cs="Helvetica"/>
          <w:i/>
          <w:iCs/>
          <w:color w:val="333333"/>
          <w:szCs w:val="21"/>
        </w:rPr>
        <w:t>Prethodni nazivi i Fi brojevi: NBI Rahoveci, Fi-492/89, Fi -1764/92</w:t>
      </w:r>
    </w:p>
    <w:p w14:paraId="455EE41A" w14:textId="270287EA" w:rsidR="00345441" w:rsidRDefault="00ED0DBE">
      <w:pPr>
        <w:keepNext/>
        <w:keepLines/>
        <w:jc w:val="both"/>
      </w:pPr>
      <w:hyperlink r:id="rId67" w:tooltip="Otvori memorandum za jedinicu 054" w:history="1">
        <w:r w:rsidR="0084657B">
          <w:rPr>
            <w:rFonts w:eastAsia="Helvetica" w:cs="Helvetica"/>
            <w:b/>
            <w:color w:val="B31E8D"/>
            <w:szCs w:val="21"/>
            <w:u w:val="single"/>
          </w:rPr>
          <w:t>Jedinica br.54: DP NBI Rahoveci - Parcela 424-0 - K</w:t>
        </w:r>
        <w:r w:rsidR="0024653B">
          <w:rPr>
            <w:rFonts w:eastAsia="Helvetica" w:cs="Helvetica"/>
            <w:b/>
            <w:color w:val="B31E8D"/>
            <w:szCs w:val="21"/>
            <w:u w:val="single"/>
          </w:rPr>
          <w:t>Z</w:t>
        </w:r>
        <w:r w:rsidR="0084657B">
          <w:rPr>
            <w:rFonts w:eastAsia="Helvetica" w:cs="Helvetica"/>
            <w:b/>
            <w:color w:val="B31E8D"/>
            <w:szCs w:val="21"/>
            <w:u w:val="single"/>
          </w:rPr>
          <w:t xml:space="preserve"> Ratkovac, Orahovac</w:t>
        </w:r>
      </w:hyperlink>
      <w:r w:rsidR="0084657B">
        <w:rPr>
          <w:rFonts w:eastAsia="Helvetica" w:cs="Helvetica"/>
          <w:szCs w:val="21"/>
        </w:rPr>
        <w:t xml:space="preserve"> - nudi na prodaju poljoprivredno zemljište, katastarsku parcelu P-71510068-00424-0 površine 6,284 m² (62 ara 84 m²), njiva 5. klase, u K</w:t>
      </w:r>
      <w:r w:rsidR="006D1777">
        <w:rPr>
          <w:rFonts w:eastAsia="Helvetica" w:cs="Helvetica"/>
          <w:szCs w:val="21"/>
        </w:rPr>
        <w:t>Z</w:t>
      </w:r>
      <w:r w:rsidR="0084657B">
        <w:rPr>
          <w:rFonts w:eastAsia="Helvetica" w:cs="Helvetica"/>
          <w:szCs w:val="21"/>
        </w:rPr>
        <w:t xml:space="preserve"> Ratkovac, Orahovac, upisanu na ime DP-a u potvrdi o pravima na nepokretnoj imovini.</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427B626C" w14:textId="77777777">
        <w:trPr>
          <w:cantSplit/>
          <w:jc w:val="center"/>
        </w:trPr>
        <w:tc>
          <w:tcPr>
            <w:tcW w:w="3026" w:type="dxa"/>
            <w:vAlign w:val="center"/>
          </w:tcPr>
          <w:p w14:paraId="6461989A"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0F284003" w14:textId="4210E619" w:rsidR="00345441" w:rsidRDefault="0084657B">
            <w:pPr>
              <w:keepNext/>
              <w:jc w:val="center"/>
            </w:pPr>
            <w:r>
              <w:rPr>
                <w:rFonts w:eastAsia="Helvetica" w:cs="Helvetica"/>
                <w:b/>
                <w:szCs w:val="21"/>
              </w:rPr>
              <w:t>Minimalna cena: 1,440 €/ar</w:t>
            </w:r>
            <w:r w:rsidR="005E70BE">
              <w:rPr>
                <w:rFonts w:eastAsia="Helvetica" w:cs="Helvetica"/>
                <w:b/>
                <w:szCs w:val="21"/>
              </w:rPr>
              <w:t>i</w:t>
            </w:r>
          </w:p>
        </w:tc>
        <w:tc>
          <w:tcPr>
            <w:tcW w:w="3026" w:type="dxa"/>
            <w:vAlign w:val="center"/>
          </w:tcPr>
          <w:p w14:paraId="162C746E" w14:textId="77777777" w:rsidR="00345441" w:rsidRDefault="0084657B">
            <w:pPr>
              <w:keepNext/>
              <w:jc w:val="center"/>
            </w:pPr>
            <w:r>
              <w:rPr>
                <w:rFonts w:eastAsia="Helvetica" w:cs="Helvetica"/>
                <w:b/>
                <w:szCs w:val="21"/>
              </w:rPr>
              <w:t>Depozit za ponudu: 9,000 €</w:t>
            </w:r>
          </w:p>
        </w:tc>
      </w:tr>
    </w:tbl>
    <w:p w14:paraId="127BA77F" w14:textId="77777777" w:rsidR="00345441" w:rsidRDefault="0084657B">
      <w:pPr>
        <w:keepLines/>
        <w:spacing w:after="280" w:line="218" w:lineRule="exact"/>
      </w:pPr>
      <w:r>
        <w:rPr>
          <w:rFonts w:eastAsia="Helvetica" w:cs="Helvetica"/>
          <w:i/>
          <w:iCs/>
          <w:color w:val="333333"/>
          <w:szCs w:val="21"/>
        </w:rPr>
        <w:t>Prethodni nazivi i Fi brojevi: NBI Rahoveci, Fi-492/89, Fi -1764/92</w:t>
      </w:r>
    </w:p>
    <w:p w14:paraId="2CD579F2" w14:textId="4FAD9ADE" w:rsidR="00345441" w:rsidRDefault="00ED0DBE">
      <w:pPr>
        <w:keepNext/>
        <w:keepLines/>
        <w:jc w:val="both"/>
      </w:pPr>
      <w:hyperlink r:id="rId68" w:tooltip="Otvori memorandum za jedinicu 055" w:history="1">
        <w:r w:rsidR="0084657B">
          <w:rPr>
            <w:rFonts w:eastAsia="Helvetica" w:cs="Helvetica"/>
            <w:b/>
            <w:color w:val="B31E8D"/>
            <w:szCs w:val="21"/>
            <w:u w:val="single"/>
          </w:rPr>
          <w:t>Jedinica br.55: DP NBI Rahoveci - Parcela 558-0 - K</w:t>
        </w:r>
        <w:r w:rsidR="006D1777">
          <w:rPr>
            <w:rFonts w:eastAsia="Helvetica" w:cs="Helvetica"/>
            <w:b/>
            <w:color w:val="B31E8D"/>
            <w:szCs w:val="21"/>
            <w:u w:val="single"/>
          </w:rPr>
          <w:t>Z</w:t>
        </w:r>
        <w:r w:rsidR="0084657B">
          <w:rPr>
            <w:rFonts w:eastAsia="Helvetica" w:cs="Helvetica"/>
            <w:b/>
            <w:color w:val="B31E8D"/>
            <w:szCs w:val="21"/>
            <w:u w:val="single"/>
          </w:rPr>
          <w:t xml:space="preserve"> Ratkovac, Orahovac</w:t>
        </w:r>
      </w:hyperlink>
      <w:r w:rsidR="0084657B">
        <w:rPr>
          <w:rFonts w:eastAsia="Helvetica" w:cs="Helvetica"/>
          <w:szCs w:val="21"/>
        </w:rPr>
        <w:t xml:space="preserve"> - nudi na prodaju katastarsku parcelu P-71510068-00558-0 površine 953 m² (9 ari 53 m²), njiva 3. klase, u K</w:t>
      </w:r>
      <w:r w:rsidR="006D1777">
        <w:rPr>
          <w:rFonts w:eastAsia="Helvetica" w:cs="Helvetica"/>
          <w:szCs w:val="21"/>
        </w:rPr>
        <w:t>Z</w:t>
      </w:r>
      <w:r w:rsidR="0084657B">
        <w:rPr>
          <w:rFonts w:eastAsia="Helvetica" w:cs="Helvetica"/>
          <w:szCs w:val="21"/>
        </w:rPr>
        <w:t xml:space="preserve"> Ratkovac, Orahovac. Nepokretnost je upisana na ime DP-a u potvrdi o pravima na nepokretnoj imovini.</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1F0F4D14" w14:textId="77777777">
        <w:trPr>
          <w:cantSplit/>
          <w:jc w:val="center"/>
        </w:trPr>
        <w:tc>
          <w:tcPr>
            <w:tcW w:w="3026" w:type="dxa"/>
            <w:vAlign w:val="center"/>
          </w:tcPr>
          <w:p w14:paraId="14B40558"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593DBEEF" w14:textId="0E05D2F7" w:rsidR="00345441" w:rsidRDefault="0084657B">
            <w:pPr>
              <w:keepNext/>
              <w:jc w:val="center"/>
            </w:pPr>
            <w:r>
              <w:rPr>
                <w:rFonts w:eastAsia="Helvetica" w:cs="Helvetica"/>
                <w:b/>
                <w:szCs w:val="21"/>
              </w:rPr>
              <w:t>Minimalna cena: 1,440 €/ar</w:t>
            </w:r>
            <w:r w:rsidR="006D1777">
              <w:rPr>
                <w:rFonts w:eastAsia="Helvetica" w:cs="Helvetica"/>
                <w:b/>
                <w:szCs w:val="21"/>
              </w:rPr>
              <w:t>i</w:t>
            </w:r>
          </w:p>
        </w:tc>
        <w:tc>
          <w:tcPr>
            <w:tcW w:w="3026" w:type="dxa"/>
            <w:vAlign w:val="center"/>
          </w:tcPr>
          <w:p w14:paraId="30D2B8FB" w14:textId="77777777" w:rsidR="00345441" w:rsidRDefault="0084657B">
            <w:pPr>
              <w:keepNext/>
              <w:jc w:val="center"/>
            </w:pPr>
            <w:r>
              <w:rPr>
                <w:rFonts w:eastAsia="Helvetica" w:cs="Helvetica"/>
                <w:b/>
                <w:szCs w:val="21"/>
              </w:rPr>
              <w:t>Depozit za ponudu: 1,000 €</w:t>
            </w:r>
          </w:p>
        </w:tc>
      </w:tr>
    </w:tbl>
    <w:p w14:paraId="290CAE37" w14:textId="77777777" w:rsidR="00345441" w:rsidRDefault="0084657B">
      <w:pPr>
        <w:keepLines/>
        <w:spacing w:after="280" w:line="218" w:lineRule="exact"/>
      </w:pPr>
      <w:r>
        <w:rPr>
          <w:rFonts w:eastAsia="Helvetica" w:cs="Helvetica"/>
          <w:i/>
          <w:iCs/>
          <w:color w:val="333333"/>
          <w:szCs w:val="21"/>
        </w:rPr>
        <w:t>Prethodni nazivi i Fi brojevi: NBI Rahoveci, Fi-492/89, Fi -1764/92</w:t>
      </w:r>
    </w:p>
    <w:p w14:paraId="6684456D" w14:textId="72126B90" w:rsidR="00345441" w:rsidRDefault="00ED0DBE">
      <w:pPr>
        <w:keepNext/>
        <w:keepLines/>
        <w:jc w:val="both"/>
      </w:pPr>
      <w:hyperlink r:id="rId69" w:tooltip="Otvori memorandum za jedinicu 056" w:history="1">
        <w:r w:rsidR="0084657B">
          <w:rPr>
            <w:rFonts w:eastAsia="Helvetica" w:cs="Helvetica"/>
            <w:b/>
            <w:color w:val="B31E8D"/>
            <w:szCs w:val="21"/>
            <w:u w:val="single"/>
          </w:rPr>
          <w:t>Jedinica br.56: Parcele 297 i 320 - K</w:t>
        </w:r>
        <w:r w:rsidR="006D1777">
          <w:rPr>
            <w:rFonts w:eastAsia="Helvetica" w:cs="Helvetica"/>
            <w:b/>
            <w:color w:val="B31E8D"/>
            <w:szCs w:val="21"/>
            <w:u w:val="single"/>
          </w:rPr>
          <w:t>Z</w:t>
        </w:r>
        <w:r w:rsidR="0084657B">
          <w:rPr>
            <w:rFonts w:eastAsia="Helvetica" w:cs="Helvetica"/>
            <w:b/>
            <w:color w:val="B31E8D"/>
            <w:szCs w:val="21"/>
            <w:u w:val="single"/>
          </w:rPr>
          <w:t xml:space="preserve"> Turjaka, Mališevo</w:t>
        </w:r>
      </w:hyperlink>
      <w:r w:rsidR="0084657B">
        <w:rPr>
          <w:rFonts w:eastAsia="Helvetica" w:cs="Helvetica"/>
          <w:szCs w:val="21"/>
        </w:rPr>
        <w:t xml:space="preserve"> - nudi na prodaju imovinu ukupne površine 2,835 m² (28 ari 35 m²), koja obuhvata katastarske parcele P-72310076-00297-0 površine 240 m², po kulturi livada 4. klase, i P-72310076-00320-0 površine 2,595 m², po kulturi livada 4. klase, u K</w:t>
      </w:r>
      <w:r w:rsidR="009F0FCA">
        <w:rPr>
          <w:rFonts w:eastAsia="Helvetica" w:cs="Helvetica"/>
          <w:szCs w:val="21"/>
        </w:rPr>
        <w:t>Z</w:t>
      </w:r>
      <w:r w:rsidR="0084657B">
        <w:rPr>
          <w:rFonts w:eastAsia="Helvetica" w:cs="Helvetica"/>
          <w:szCs w:val="21"/>
        </w:rPr>
        <w:t xml:space="preserve"> Turjaka, opština Mališevo.</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7A8BFBC2" w14:textId="77777777">
        <w:trPr>
          <w:cantSplit/>
          <w:jc w:val="center"/>
        </w:trPr>
        <w:tc>
          <w:tcPr>
            <w:tcW w:w="3026" w:type="dxa"/>
            <w:vAlign w:val="center"/>
          </w:tcPr>
          <w:p w14:paraId="7B685171"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6C095D00" w14:textId="1741B623" w:rsidR="00345441" w:rsidRDefault="0084657B">
            <w:pPr>
              <w:keepNext/>
              <w:jc w:val="center"/>
            </w:pPr>
            <w:r>
              <w:rPr>
                <w:rFonts w:eastAsia="Helvetica" w:cs="Helvetica"/>
                <w:b/>
                <w:szCs w:val="21"/>
              </w:rPr>
              <w:t>Minimalna cena: 304 €/ar</w:t>
            </w:r>
            <w:r w:rsidR="00253EE3">
              <w:rPr>
                <w:rFonts w:eastAsia="Helvetica" w:cs="Helvetica"/>
                <w:b/>
                <w:szCs w:val="21"/>
              </w:rPr>
              <w:t>i</w:t>
            </w:r>
          </w:p>
        </w:tc>
        <w:tc>
          <w:tcPr>
            <w:tcW w:w="3026" w:type="dxa"/>
            <w:vAlign w:val="center"/>
          </w:tcPr>
          <w:p w14:paraId="3E41BA11" w14:textId="77777777" w:rsidR="00345441" w:rsidRDefault="0084657B">
            <w:pPr>
              <w:keepNext/>
              <w:jc w:val="center"/>
            </w:pPr>
            <w:r>
              <w:rPr>
                <w:rFonts w:eastAsia="Helvetica" w:cs="Helvetica"/>
                <w:b/>
                <w:szCs w:val="21"/>
              </w:rPr>
              <w:t>Depozit za ponudu: 1,000 €</w:t>
            </w:r>
          </w:p>
        </w:tc>
      </w:tr>
    </w:tbl>
    <w:p w14:paraId="67463CA8" w14:textId="77777777" w:rsidR="00345441" w:rsidRDefault="0084657B">
      <w:pPr>
        <w:keepLines/>
        <w:spacing w:after="280" w:line="218" w:lineRule="exact"/>
      </w:pPr>
      <w:r>
        <w:rPr>
          <w:rFonts w:eastAsia="Helvetica" w:cs="Helvetica"/>
          <w:i/>
          <w:iCs/>
          <w:color w:val="333333"/>
          <w:szCs w:val="21"/>
        </w:rPr>
        <w:t>Prethodni nazivi i Fi brojevi: NB Mirusha, Fi.514/89</w:t>
      </w:r>
    </w:p>
    <w:p w14:paraId="0C91EA8D" w14:textId="173A1F69" w:rsidR="00345441" w:rsidRDefault="00ED0DBE">
      <w:pPr>
        <w:keepNext/>
        <w:keepLines/>
        <w:jc w:val="both"/>
      </w:pPr>
      <w:hyperlink r:id="rId70" w:tooltip="Otvori memorandum za jedinicu 057" w:history="1">
        <w:r w:rsidR="0084657B">
          <w:rPr>
            <w:rFonts w:eastAsia="Helvetica" w:cs="Helvetica"/>
            <w:b/>
            <w:color w:val="B31E8D"/>
            <w:szCs w:val="21"/>
            <w:u w:val="single"/>
          </w:rPr>
          <w:t>Jedinica br.57: DP NBI Rahoveci - Parcela 180-0 - K</w:t>
        </w:r>
        <w:r w:rsidR="00253EE3">
          <w:rPr>
            <w:rFonts w:eastAsia="Helvetica" w:cs="Helvetica"/>
            <w:b/>
            <w:color w:val="B31E8D"/>
            <w:szCs w:val="21"/>
            <w:u w:val="single"/>
          </w:rPr>
          <w:t>Z</w:t>
        </w:r>
        <w:r w:rsidR="0084657B">
          <w:rPr>
            <w:rFonts w:eastAsia="Helvetica" w:cs="Helvetica"/>
            <w:b/>
            <w:color w:val="B31E8D"/>
            <w:szCs w:val="21"/>
            <w:u w:val="single"/>
          </w:rPr>
          <w:t xml:space="preserve"> Vrajak, Orahovac</w:t>
        </w:r>
      </w:hyperlink>
      <w:r w:rsidR="0084657B">
        <w:rPr>
          <w:rFonts w:eastAsia="Helvetica" w:cs="Helvetica"/>
          <w:szCs w:val="21"/>
        </w:rPr>
        <w:t xml:space="preserve"> - nudi na prodaju poljoprivredno zemljište u K</w:t>
      </w:r>
      <w:r w:rsidR="00253EE3">
        <w:rPr>
          <w:rFonts w:eastAsia="Helvetica" w:cs="Helvetica"/>
          <w:szCs w:val="21"/>
        </w:rPr>
        <w:t>Z</w:t>
      </w:r>
      <w:r w:rsidR="0084657B">
        <w:rPr>
          <w:rFonts w:eastAsia="Helvetica" w:cs="Helvetica"/>
          <w:szCs w:val="21"/>
        </w:rPr>
        <w:t xml:space="preserve"> Vrajak, Orahovac, koje obuhvata katastarsku parcelu P-71510011-00180-0 površine 3,600 m² (36 ari 00 m²), njiva 7. klase. Nepokretnost je upisana na ime DP-a u potvrdi o pravima na nepokretnoj imovini.</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7123085B" w14:textId="77777777">
        <w:trPr>
          <w:cantSplit/>
          <w:jc w:val="center"/>
        </w:trPr>
        <w:tc>
          <w:tcPr>
            <w:tcW w:w="3026" w:type="dxa"/>
            <w:vAlign w:val="center"/>
          </w:tcPr>
          <w:p w14:paraId="54DFDDD1"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2B4D766A" w14:textId="0D0CA153" w:rsidR="00345441" w:rsidRDefault="0084657B">
            <w:pPr>
              <w:keepNext/>
              <w:jc w:val="center"/>
            </w:pPr>
            <w:r>
              <w:rPr>
                <w:rFonts w:eastAsia="Helvetica" w:cs="Helvetica"/>
                <w:b/>
                <w:szCs w:val="21"/>
              </w:rPr>
              <w:t>Minimalna cena: 224 €/ar</w:t>
            </w:r>
            <w:r w:rsidR="00E67C28">
              <w:rPr>
                <w:rFonts w:eastAsia="Helvetica" w:cs="Helvetica"/>
                <w:b/>
                <w:szCs w:val="21"/>
              </w:rPr>
              <w:t>i</w:t>
            </w:r>
          </w:p>
        </w:tc>
        <w:tc>
          <w:tcPr>
            <w:tcW w:w="3026" w:type="dxa"/>
            <w:vAlign w:val="center"/>
          </w:tcPr>
          <w:p w14:paraId="55C49207" w14:textId="77777777" w:rsidR="00345441" w:rsidRDefault="0084657B">
            <w:pPr>
              <w:keepNext/>
              <w:jc w:val="center"/>
            </w:pPr>
            <w:r>
              <w:rPr>
                <w:rFonts w:eastAsia="Helvetica" w:cs="Helvetica"/>
                <w:b/>
                <w:szCs w:val="21"/>
              </w:rPr>
              <w:t>Depozit za ponudu: 1,000 €</w:t>
            </w:r>
          </w:p>
        </w:tc>
      </w:tr>
    </w:tbl>
    <w:p w14:paraId="680487E3" w14:textId="77777777" w:rsidR="00345441" w:rsidRDefault="0084657B">
      <w:pPr>
        <w:keepLines/>
        <w:spacing w:after="280" w:line="218" w:lineRule="exact"/>
      </w:pPr>
      <w:r>
        <w:rPr>
          <w:rFonts w:eastAsia="Helvetica" w:cs="Helvetica"/>
          <w:i/>
          <w:iCs/>
          <w:color w:val="333333"/>
          <w:szCs w:val="21"/>
        </w:rPr>
        <w:t>Prethodni nazivi i Fi brojevi: NBI Rahoveci, Fi-492/89, Fi -1764/92</w:t>
      </w:r>
    </w:p>
    <w:p w14:paraId="10DE00FC" w14:textId="74052918" w:rsidR="00345441" w:rsidRDefault="00ED0DBE">
      <w:pPr>
        <w:keepNext/>
        <w:keepLines/>
        <w:jc w:val="both"/>
      </w:pPr>
      <w:hyperlink r:id="rId71" w:tooltip="Otvori memorandum za jedinicu 058" w:history="1">
        <w:r w:rsidR="0084657B">
          <w:rPr>
            <w:rFonts w:eastAsia="Helvetica" w:cs="Helvetica"/>
            <w:b/>
            <w:color w:val="B31E8D"/>
            <w:szCs w:val="21"/>
            <w:u w:val="single"/>
          </w:rPr>
          <w:t>Jedinica br.58: Parcela 453-0 - K</w:t>
        </w:r>
        <w:r w:rsidR="00E67C28">
          <w:rPr>
            <w:rFonts w:eastAsia="Helvetica" w:cs="Helvetica"/>
            <w:b/>
            <w:color w:val="B31E8D"/>
            <w:szCs w:val="21"/>
            <w:u w:val="single"/>
          </w:rPr>
          <w:t>Z</w:t>
        </w:r>
        <w:r w:rsidR="0084657B">
          <w:rPr>
            <w:rFonts w:eastAsia="Helvetica" w:cs="Helvetica"/>
            <w:b/>
            <w:color w:val="B31E8D"/>
            <w:szCs w:val="21"/>
            <w:u w:val="single"/>
          </w:rPr>
          <w:t xml:space="preserve"> Turjaka, Mališevo</w:t>
        </w:r>
      </w:hyperlink>
      <w:r w:rsidR="0084657B">
        <w:rPr>
          <w:rFonts w:eastAsia="Helvetica" w:cs="Helvetica"/>
          <w:szCs w:val="21"/>
        </w:rPr>
        <w:t xml:space="preserve"> - nudi na prodaju katastarsku parcelu P-72310076-00453-0, po kulturi livada 4. klase, površine 5,429 m² (54 ara 29 m²), u K</w:t>
      </w:r>
      <w:r w:rsidR="00E67C28">
        <w:rPr>
          <w:rFonts w:eastAsia="Helvetica" w:cs="Helvetica"/>
          <w:szCs w:val="21"/>
        </w:rPr>
        <w:t>Z</w:t>
      </w:r>
      <w:r w:rsidR="0084657B">
        <w:rPr>
          <w:rFonts w:eastAsia="Helvetica" w:cs="Helvetica"/>
          <w:szCs w:val="21"/>
        </w:rPr>
        <w:t xml:space="preserve"> Turjaka, opština Mališevo.</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7DA801FA" w14:textId="77777777">
        <w:trPr>
          <w:cantSplit/>
          <w:jc w:val="center"/>
        </w:trPr>
        <w:tc>
          <w:tcPr>
            <w:tcW w:w="3026" w:type="dxa"/>
            <w:vAlign w:val="center"/>
          </w:tcPr>
          <w:p w14:paraId="2FD87E24"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1F6C0691" w14:textId="4A424440" w:rsidR="00345441" w:rsidRDefault="0084657B">
            <w:pPr>
              <w:keepNext/>
              <w:jc w:val="center"/>
            </w:pPr>
            <w:r>
              <w:rPr>
                <w:rFonts w:eastAsia="Helvetica" w:cs="Helvetica"/>
                <w:b/>
                <w:szCs w:val="21"/>
              </w:rPr>
              <w:t>Minimalna cena: 304 €/ar</w:t>
            </w:r>
            <w:r w:rsidR="00E67C28">
              <w:rPr>
                <w:rFonts w:eastAsia="Helvetica" w:cs="Helvetica"/>
                <w:b/>
                <w:szCs w:val="21"/>
              </w:rPr>
              <w:t>i</w:t>
            </w:r>
          </w:p>
        </w:tc>
        <w:tc>
          <w:tcPr>
            <w:tcW w:w="3026" w:type="dxa"/>
            <w:vAlign w:val="center"/>
          </w:tcPr>
          <w:p w14:paraId="0E44BA33" w14:textId="77777777" w:rsidR="00345441" w:rsidRDefault="0084657B">
            <w:pPr>
              <w:keepNext/>
              <w:jc w:val="center"/>
            </w:pPr>
            <w:r>
              <w:rPr>
                <w:rFonts w:eastAsia="Helvetica" w:cs="Helvetica"/>
                <w:b/>
                <w:szCs w:val="21"/>
              </w:rPr>
              <w:t>Depozit za ponudu: 2,000 €</w:t>
            </w:r>
          </w:p>
        </w:tc>
      </w:tr>
    </w:tbl>
    <w:p w14:paraId="3160D0A7" w14:textId="77777777" w:rsidR="00345441" w:rsidRDefault="0084657B">
      <w:pPr>
        <w:keepLines/>
        <w:spacing w:after="280" w:line="218" w:lineRule="exact"/>
      </w:pPr>
      <w:r>
        <w:rPr>
          <w:rFonts w:eastAsia="Helvetica" w:cs="Helvetica"/>
          <w:i/>
          <w:iCs/>
          <w:color w:val="333333"/>
          <w:szCs w:val="21"/>
        </w:rPr>
        <w:t>Prethodni nazivi i Fi brojevi: NB Mirusha, Fi.514/89</w:t>
      </w:r>
    </w:p>
    <w:p w14:paraId="6A3161D2" w14:textId="63844ACA" w:rsidR="00345441" w:rsidRDefault="00ED0DBE">
      <w:pPr>
        <w:keepNext/>
        <w:keepLines/>
        <w:jc w:val="both"/>
      </w:pPr>
      <w:hyperlink r:id="rId72" w:tooltip="Otvori memorandum za jedinicu 059" w:history="1">
        <w:r w:rsidR="0084657B">
          <w:rPr>
            <w:rFonts w:eastAsia="Helvetica" w:cs="Helvetica"/>
            <w:b/>
            <w:color w:val="B31E8D"/>
            <w:szCs w:val="21"/>
            <w:u w:val="single"/>
          </w:rPr>
          <w:t>Jedinica br.59: Parcela 464-0 - K</w:t>
        </w:r>
        <w:r w:rsidR="009C0B42">
          <w:rPr>
            <w:rFonts w:eastAsia="Helvetica" w:cs="Helvetica"/>
            <w:b/>
            <w:color w:val="B31E8D"/>
            <w:szCs w:val="21"/>
            <w:u w:val="single"/>
          </w:rPr>
          <w:t>Z</w:t>
        </w:r>
        <w:r w:rsidR="0084657B">
          <w:rPr>
            <w:rFonts w:eastAsia="Helvetica" w:cs="Helvetica"/>
            <w:b/>
            <w:color w:val="B31E8D"/>
            <w:szCs w:val="21"/>
            <w:u w:val="single"/>
          </w:rPr>
          <w:t xml:space="preserve"> Turjaka, Mališevo</w:t>
        </w:r>
      </w:hyperlink>
      <w:r w:rsidR="0084657B">
        <w:rPr>
          <w:rFonts w:eastAsia="Helvetica" w:cs="Helvetica"/>
          <w:szCs w:val="21"/>
        </w:rPr>
        <w:t xml:space="preserve"> - nudi na prodaju katastarsku parcelu P-72310076-00464-0, po kulturi livada 4. klase, površine 6,669 m² (66 ari 69 m²), u K</w:t>
      </w:r>
      <w:r w:rsidR="009C0B42">
        <w:rPr>
          <w:rFonts w:eastAsia="Helvetica" w:cs="Helvetica"/>
          <w:szCs w:val="21"/>
        </w:rPr>
        <w:t>Z</w:t>
      </w:r>
      <w:r w:rsidR="0084657B">
        <w:rPr>
          <w:rFonts w:eastAsia="Helvetica" w:cs="Helvetica"/>
          <w:szCs w:val="21"/>
        </w:rPr>
        <w:t xml:space="preserve"> Turjaka, opština Mališevo.</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25109282" w14:textId="77777777">
        <w:trPr>
          <w:cantSplit/>
          <w:jc w:val="center"/>
        </w:trPr>
        <w:tc>
          <w:tcPr>
            <w:tcW w:w="3026" w:type="dxa"/>
            <w:vAlign w:val="center"/>
          </w:tcPr>
          <w:p w14:paraId="03829640"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43CACA60" w14:textId="084D7DB6" w:rsidR="00345441" w:rsidRDefault="0084657B">
            <w:pPr>
              <w:keepNext/>
              <w:jc w:val="center"/>
            </w:pPr>
            <w:r>
              <w:rPr>
                <w:rFonts w:eastAsia="Helvetica" w:cs="Helvetica"/>
                <w:b/>
                <w:szCs w:val="21"/>
              </w:rPr>
              <w:t>Minimalna cena: 304 €/ar</w:t>
            </w:r>
            <w:r w:rsidR="009C0B42">
              <w:rPr>
                <w:rFonts w:eastAsia="Helvetica" w:cs="Helvetica"/>
                <w:b/>
                <w:szCs w:val="21"/>
              </w:rPr>
              <w:t>i</w:t>
            </w:r>
          </w:p>
        </w:tc>
        <w:tc>
          <w:tcPr>
            <w:tcW w:w="3026" w:type="dxa"/>
            <w:vAlign w:val="center"/>
          </w:tcPr>
          <w:p w14:paraId="55C29665" w14:textId="77777777" w:rsidR="00345441" w:rsidRDefault="0084657B">
            <w:pPr>
              <w:keepNext/>
              <w:jc w:val="center"/>
            </w:pPr>
            <w:r>
              <w:rPr>
                <w:rFonts w:eastAsia="Helvetica" w:cs="Helvetica"/>
                <w:b/>
                <w:szCs w:val="21"/>
              </w:rPr>
              <w:t>Depozit za ponudu: 2,000 €</w:t>
            </w:r>
          </w:p>
        </w:tc>
      </w:tr>
    </w:tbl>
    <w:p w14:paraId="07D15BB3" w14:textId="77777777" w:rsidR="00345441" w:rsidRDefault="0084657B">
      <w:pPr>
        <w:keepLines/>
        <w:spacing w:after="280" w:line="218" w:lineRule="exact"/>
      </w:pPr>
      <w:r>
        <w:rPr>
          <w:rFonts w:eastAsia="Helvetica" w:cs="Helvetica"/>
          <w:i/>
          <w:iCs/>
          <w:color w:val="333333"/>
          <w:szCs w:val="21"/>
        </w:rPr>
        <w:t>Prethodni nazivi i Fi brojevi: NB Mirusha, Fi.514/89</w:t>
      </w:r>
    </w:p>
    <w:p w14:paraId="05B786AC" w14:textId="66B6B866" w:rsidR="00345441" w:rsidRDefault="00ED0DBE">
      <w:pPr>
        <w:keepNext/>
        <w:keepLines/>
        <w:jc w:val="both"/>
      </w:pPr>
      <w:hyperlink r:id="rId73" w:tooltip="Otvori memorandum za jedinicu 060" w:history="1">
        <w:r w:rsidR="0084657B">
          <w:rPr>
            <w:rFonts w:eastAsia="Helvetica" w:cs="Helvetica"/>
            <w:b/>
            <w:color w:val="B31E8D"/>
            <w:szCs w:val="21"/>
            <w:u w:val="single"/>
          </w:rPr>
          <w:t>Jedinica br.60: Parcela 896-0 - K</w:t>
        </w:r>
        <w:r w:rsidR="003E5484">
          <w:rPr>
            <w:rFonts w:eastAsia="Helvetica" w:cs="Helvetica"/>
            <w:b/>
            <w:color w:val="B31E8D"/>
            <w:szCs w:val="21"/>
            <w:u w:val="single"/>
          </w:rPr>
          <w:t>Z</w:t>
        </w:r>
        <w:r w:rsidR="0084657B">
          <w:rPr>
            <w:rFonts w:eastAsia="Helvetica" w:cs="Helvetica"/>
            <w:b/>
            <w:color w:val="B31E8D"/>
            <w:szCs w:val="21"/>
            <w:u w:val="single"/>
          </w:rPr>
          <w:t xml:space="preserve"> Turjaka, Mališevo</w:t>
        </w:r>
      </w:hyperlink>
      <w:r w:rsidR="0084657B">
        <w:rPr>
          <w:rFonts w:eastAsia="Helvetica" w:cs="Helvetica"/>
          <w:szCs w:val="21"/>
        </w:rPr>
        <w:t xml:space="preserve"> - nudi na prodaju katastarsku parcelu P-72310076-00896-0, po kulturi njiva 5. klase, površine 7,923 m² (79 ari 23 m²), u K Turjaka, opština Mališevo.</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109890D4" w14:textId="77777777">
        <w:trPr>
          <w:cantSplit/>
          <w:jc w:val="center"/>
        </w:trPr>
        <w:tc>
          <w:tcPr>
            <w:tcW w:w="3026" w:type="dxa"/>
            <w:vAlign w:val="center"/>
          </w:tcPr>
          <w:p w14:paraId="6CB62124"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222245CF" w14:textId="77777777" w:rsidR="00345441" w:rsidRDefault="0084657B">
            <w:pPr>
              <w:keepNext/>
              <w:jc w:val="center"/>
            </w:pPr>
            <w:r>
              <w:rPr>
                <w:rFonts w:eastAsia="Helvetica" w:cs="Helvetica"/>
                <w:b/>
                <w:szCs w:val="21"/>
              </w:rPr>
              <w:t>Minimalna cena: 1,600 €/ar</w:t>
            </w:r>
          </w:p>
        </w:tc>
        <w:tc>
          <w:tcPr>
            <w:tcW w:w="3026" w:type="dxa"/>
            <w:vAlign w:val="center"/>
          </w:tcPr>
          <w:p w14:paraId="17DCE70D" w14:textId="77777777" w:rsidR="00345441" w:rsidRDefault="0084657B">
            <w:pPr>
              <w:keepNext/>
              <w:jc w:val="center"/>
            </w:pPr>
            <w:r>
              <w:rPr>
                <w:rFonts w:eastAsia="Helvetica" w:cs="Helvetica"/>
                <w:b/>
                <w:szCs w:val="21"/>
              </w:rPr>
              <w:t>Depozit za ponudu: 6,000 €</w:t>
            </w:r>
          </w:p>
        </w:tc>
      </w:tr>
    </w:tbl>
    <w:p w14:paraId="47F8C3D8" w14:textId="77777777" w:rsidR="00345441" w:rsidRDefault="0084657B">
      <w:pPr>
        <w:keepLines/>
        <w:spacing w:after="280" w:line="218" w:lineRule="exact"/>
      </w:pPr>
      <w:r>
        <w:rPr>
          <w:rFonts w:eastAsia="Helvetica" w:cs="Helvetica"/>
          <w:i/>
          <w:iCs/>
          <w:color w:val="333333"/>
          <w:szCs w:val="21"/>
        </w:rPr>
        <w:t>Prethodni nazivi i Fi brojevi: NB Mirusha, Fi.514/89</w:t>
      </w:r>
    </w:p>
    <w:p w14:paraId="2D7E2377" w14:textId="782EAD6A" w:rsidR="00345441" w:rsidRDefault="00ED0DBE">
      <w:pPr>
        <w:keepNext/>
        <w:keepLines/>
        <w:jc w:val="both"/>
      </w:pPr>
      <w:hyperlink r:id="rId74" w:tooltip="Otvori memorandum za jedinicu 061" w:history="1">
        <w:r w:rsidR="0084657B">
          <w:rPr>
            <w:rFonts w:eastAsia="Helvetica" w:cs="Helvetica"/>
            <w:b/>
            <w:color w:val="B31E8D"/>
            <w:szCs w:val="21"/>
            <w:u w:val="single"/>
          </w:rPr>
          <w:t>Jedinica br.61: Parcele 924-0 i 925-0 - K</w:t>
        </w:r>
        <w:r w:rsidR="003E5484">
          <w:rPr>
            <w:rFonts w:eastAsia="Helvetica" w:cs="Helvetica"/>
            <w:b/>
            <w:color w:val="B31E8D"/>
            <w:szCs w:val="21"/>
            <w:u w:val="single"/>
          </w:rPr>
          <w:t>Z</w:t>
        </w:r>
        <w:r w:rsidR="0084657B">
          <w:rPr>
            <w:rFonts w:eastAsia="Helvetica" w:cs="Helvetica"/>
            <w:b/>
            <w:color w:val="B31E8D"/>
            <w:szCs w:val="21"/>
            <w:u w:val="single"/>
          </w:rPr>
          <w:t xml:space="preserve"> Turjaka, Mališevo</w:t>
        </w:r>
      </w:hyperlink>
      <w:r w:rsidR="0084657B">
        <w:rPr>
          <w:rFonts w:eastAsia="Helvetica" w:cs="Helvetica"/>
          <w:szCs w:val="21"/>
        </w:rPr>
        <w:t xml:space="preserve"> - nudi na prodaju imovinu ukupne površine 6,946 m² (69 ari 46 m²), koja obuhvata katastarske parcele P-72310076-00924-0 površine 1,756 m², po kulturi livada 7. klase, i P-72310076-00925-0 površine 5,190 m², po kulturi njiva 6. klase, u K</w:t>
      </w:r>
      <w:r w:rsidR="003E5484">
        <w:rPr>
          <w:rFonts w:eastAsia="Helvetica" w:cs="Helvetica"/>
          <w:szCs w:val="21"/>
        </w:rPr>
        <w:t>Z</w:t>
      </w:r>
      <w:r w:rsidR="0084657B">
        <w:rPr>
          <w:rFonts w:eastAsia="Helvetica" w:cs="Helvetica"/>
          <w:szCs w:val="21"/>
        </w:rPr>
        <w:t xml:space="preserve"> Turjaka, opština Mališevo.</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6CC9E587" w14:textId="77777777">
        <w:trPr>
          <w:cantSplit/>
          <w:jc w:val="center"/>
        </w:trPr>
        <w:tc>
          <w:tcPr>
            <w:tcW w:w="3026" w:type="dxa"/>
            <w:vAlign w:val="center"/>
          </w:tcPr>
          <w:p w14:paraId="5B235895"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760A297D" w14:textId="7056D3BE" w:rsidR="00345441" w:rsidRDefault="0084657B">
            <w:pPr>
              <w:keepNext/>
              <w:jc w:val="center"/>
            </w:pPr>
            <w:r>
              <w:rPr>
                <w:rFonts w:eastAsia="Helvetica" w:cs="Helvetica"/>
                <w:b/>
                <w:szCs w:val="21"/>
              </w:rPr>
              <w:t>Minimalna cena: 1,600 €/ar</w:t>
            </w:r>
            <w:r w:rsidR="003E5484">
              <w:rPr>
                <w:rFonts w:eastAsia="Helvetica" w:cs="Helvetica"/>
                <w:b/>
                <w:szCs w:val="21"/>
              </w:rPr>
              <w:t>i</w:t>
            </w:r>
          </w:p>
        </w:tc>
        <w:tc>
          <w:tcPr>
            <w:tcW w:w="3026" w:type="dxa"/>
            <w:vAlign w:val="center"/>
          </w:tcPr>
          <w:p w14:paraId="7EE686AF" w14:textId="77777777" w:rsidR="00345441" w:rsidRDefault="0084657B">
            <w:pPr>
              <w:keepNext/>
              <w:jc w:val="center"/>
            </w:pPr>
            <w:r>
              <w:rPr>
                <w:rFonts w:eastAsia="Helvetica" w:cs="Helvetica"/>
                <w:b/>
                <w:szCs w:val="21"/>
              </w:rPr>
              <w:t>Depozit za ponudu: 6,000 €</w:t>
            </w:r>
          </w:p>
        </w:tc>
      </w:tr>
    </w:tbl>
    <w:p w14:paraId="187752EC" w14:textId="77777777" w:rsidR="00345441" w:rsidRDefault="0084657B">
      <w:pPr>
        <w:keepLines/>
        <w:spacing w:after="280" w:line="218" w:lineRule="exact"/>
      </w:pPr>
      <w:r>
        <w:rPr>
          <w:rFonts w:eastAsia="Helvetica" w:cs="Helvetica"/>
          <w:i/>
          <w:iCs/>
          <w:color w:val="333333"/>
          <w:szCs w:val="21"/>
        </w:rPr>
        <w:t>Prethodni nazivi i Fi brojevi: NB Mirusha, Fi.514/89</w:t>
      </w:r>
    </w:p>
    <w:p w14:paraId="34B4EA59" w14:textId="24DB9812" w:rsidR="00345441" w:rsidRDefault="00ED0DBE">
      <w:pPr>
        <w:keepNext/>
        <w:keepLines/>
        <w:jc w:val="both"/>
      </w:pPr>
      <w:hyperlink r:id="rId75" w:tooltip="Otvori memorandum za jedinicu 062" w:history="1">
        <w:r w:rsidR="0084657B">
          <w:rPr>
            <w:rFonts w:eastAsia="Helvetica" w:cs="Helvetica"/>
            <w:b/>
            <w:color w:val="B31E8D"/>
            <w:szCs w:val="21"/>
            <w:u w:val="single"/>
          </w:rPr>
          <w:t>Jedinica br.62: DP NBI Rahoveci - Parcele 2044-0 i 147-0 - K</w:t>
        </w:r>
        <w:r w:rsidR="00240293">
          <w:rPr>
            <w:rFonts w:eastAsia="Helvetica" w:cs="Helvetica"/>
            <w:b/>
            <w:color w:val="B31E8D"/>
            <w:szCs w:val="21"/>
            <w:u w:val="single"/>
          </w:rPr>
          <w:t>Z</w:t>
        </w:r>
        <w:r w:rsidR="0084657B">
          <w:rPr>
            <w:rFonts w:eastAsia="Helvetica" w:cs="Helvetica"/>
            <w:b/>
            <w:color w:val="B31E8D"/>
            <w:szCs w:val="21"/>
            <w:u w:val="single"/>
          </w:rPr>
          <w:t xml:space="preserve"> Ratkovac, Orahovac</w:t>
        </w:r>
      </w:hyperlink>
      <w:r w:rsidR="0084657B">
        <w:rPr>
          <w:rFonts w:eastAsia="Helvetica" w:cs="Helvetica"/>
          <w:szCs w:val="21"/>
        </w:rPr>
        <w:t xml:space="preserve"> - nudi na prodaju poljoprivredno zemljište ukupne površine 1,020 m² (10 ari 20 m²) u K</w:t>
      </w:r>
      <w:r w:rsidR="00240293">
        <w:rPr>
          <w:rFonts w:eastAsia="Helvetica" w:cs="Helvetica"/>
          <w:szCs w:val="21"/>
        </w:rPr>
        <w:t>Z</w:t>
      </w:r>
      <w:r w:rsidR="0084657B">
        <w:rPr>
          <w:rFonts w:eastAsia="Helvetica" w:cs="Helvetica"/>
          <w:szCs w:val="21"/>
        </w:rPr>
        <w:t xml:space="preserve"> Ratkovac, Orahovac, koje obuhvata katastarske parcele P-71510068-00147-0 površine 646 m², njiva 3. klase, i P-71510068-02044-0 površine 374 m², njiva 4. klase. Nepokretnosti su upisane na ime DP-a u potvrdi o pravima na nepokretnoj imovini.</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38D7F052" w14:textId="77777777">
        <w:trPr>
          <w:cantSplit/>
          <w:jc w:val="center"/>
        </w:trPr>
        <w:tc>
          <w:tcPr>
            <w:tcW w:w="3026" w:type="dxa"/>
            <w:vAlign w:val="center"/>
          </w:tcPr>
          <w:p w14:paraId="1B8F1E2B"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5C85162F" w14:textId="4DFBC737" w:rsidR="00345441" w:rsidRDefault="0084657B">
            <w:pPr>
              <w:keepNext/>
              <w:jc w:val="center"/>
            </w:pPr>
            <w:r>
              <w:rPr>
                <w:rFonts w:eastAsia="Helvetica" w:cs="Helvetica"/>
                <w:b/>
                <w:szCs w:val="21"/>
              </w:rPr>
              <w:t>Minimalna cena: 1,440 €/ar</w:t>
            </w:r>
            <w:r w:rsidR="00240293">
              <w:rPr>
                <w:rFonts w:eastAsia="Helvetica" w:cs="Helvetica"/>
                <w:b/>
                <w:szCs w:val="21"/>
              </w:rPr>
              <w:t>i</w:t>
            </w:r>
          </w:p>
        </w:tc>
        <w:tc>
          <w:tcPr>
            <w:tcW w:w="3026" w:type="dxa"/>
            <w:vAlign w:val="center"/>
          </w:tcPr>
          <w:p w14:paraId="78B0FC9C" w14:textId="77777777" w:rsidR="00345441" w:rsidRDefault="0084657B">
            <w:pPr>
              <w:keepNext/>
              <w:jc w:val="center"/>
            </w:pPr>
            <w:r>
              <w:rPr>
                <w:rFonts w:eastAsia="Helvetica" w:cs="Helvetica"/>
                <w:b/>
                <w:szCs w:val="21"/>
              </w:rPr>
              <w:t>Depozit za ponudu: 1,000 €</w:t>
            </w:r>
          </w:p>
        </w:tc>
      </w:tr>
    </w:tbl>
    <w:p w14:paraId="4F2B592C" w14:textId="77777777" w:rsidR="00345441" w:rsidRDefault="0084657B">
      <w:pPr>
        <w:keepLines/>
        <w:spacing w:after="280" w:line="218" w:lineRule="exact"/>
      </w:pPr>
      <w:r>
        <w:rPr>
          <w:rFonts w:eastAsia="Helvetica" w:cs="Helvetica"/>
          <w:i/>
          <w:iCs/>
          <w:color w:val="333333"/>
          <w:szCs w:val="21"/>
        </w:rPr>
        <w:t>Prethodni nazivi i Fi brojevi: NBI Rahoveci, Fi-492/89, Fi -1764/92</w:t>
      </w:r>
    </w:p>
    <w:p w14:paraId="4D08CF97" w14:textId="3068F141" w:rsidR="00345441" w:rsidRDefault="00ED0DBE">
      <w:pPr>
        <w:keepNext/>
        <w:keepLines/>
        <w:jc w:val="both"/>
      </w:pPr>
      <w:hyperlink r:id="rId76" w:tooltip="Otvori memorandum za jedinicu 063" w:history="1">
        <w:r w:rsidR="0084657B">
          <w:rPr>
            <w:rFonts w:eastAsia="Helvetica" w:cs="Helvetica"/>
            <w:b/>
            <w:color w:val="B31E8D"/>
            <w:szCs w:val="21"/>
            <w:u w:val="single"/>
          </w:rPr>
          <w:t>Jedinica br.63: DP DLB - Parcela 7393-0 - K</w:t>
        </w:r>
        <w:r w:rsidR="00D65851">
          <w:rPr>
            <w:rFonts w:eastAsia="Helvetica" w:cs="Helvetica"/>
            <w:b/>
            <w:color w:val="B31E8D"/>
            <w:szCs w:val="21"/>
            <w:u w:val="single"/>
          </w:rPr>
          <w:t>Z</w:t>
        </w:r>
        <w:r w:rsidR="0084657B">
          <w:rPr>
            <w:rFonts w:eastAsia="Helvetica" w:cs="Helvetica"/>
            <w:b/>
            <w:color w:val="B31E8D"/>
            <w:szCs w:val="21"/>
            <w:u w:val="single"/>
          </w:rPr>
          <w:t xml:space="preserve"> Prizren</w:t>
        </w:r>
      </w:hyperlink>
      <w:r w:rsidR="0084657B">
        <w:rPr>
          <w:rFonts w:eastAsia="Helvetica" w:cs="Helvetica"/>
          <w:szCs w:val="21"/>
        </w:rPr>
        <w:t xml:space="preserve"> - nudi na prodaju poljoprivredno zemljište u K</w:t>
      </w:r>
      <w:r w:rsidR="00D65851">
        <w:rPr>
          <w:rFonts w:eastAsia="Helvetica" w:cs="Helvetica"/>
          <w:szCs w:val="21"/>
        </w:rPr>
        <w:t>Z</w:t>
      </w:r>
      <w:r w:rsidR="0084657B">
        <w:rPr>
          <w:rFonts w:eastAsia="Helvetica" w:cs="Helvetica"/>
          <w:szCs w:val="21"/>
        </w:rPr>
        <w:t xml:space="preserve"> Prizren, koje obuhvata katastarsku parcelu P-71813068-07393-0 površine 880 m² (8 ari 80 m²), po kulturi ostalo neplodno zemljište, upisanu na ime DP-a u potvrdi o pravima na nepokretnoj imovini.</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1FDFF422" w14:textId="77777777">
        <w:trPr>
          <w:cantSplit/>
          <w:jc w:val="center"/>
        </w:trPr>
        <w:tc>
          <w:tcPr>
            <w:tcW w:w="3026" w:type="dxa"/>
            <w:vAlign w:val="center"/>
          </w:tcPr>
          <w:p w14:paraId="6610AF31"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20E8538A" w14:textId="77777777" w:rsidR="00345441" w:rsidRDefault="0084657B">
            <w:pPr>
              <w:keepNext/>
              <w:jc w:val="center"/>
              <w:rPr>
                <w:rFonts w:eastAsia="Helvetica" w:cs="Helvetica"/>
                <w:b/>
                <w:szCs w:val="21"/>
              </w:rPr>
            </w:pPr>
            <w:r>
              <w:rPr>
                <w:rFonts w:eastAsia="Helvetica" w:cs="Helvetica"/>
                <w:b/>
                <w:szCs w:val="21"/>
              </w:rPr>
              <w:t>Minimalna cena: 25,600 €/ar</w:t>
            </w:r>
            <w:r w:rsidR="00D65851">
              <w:rPr>
                <w:rFonts w:eastAsia="Helvetica" w:cs="Helvetica"/>
                <w:b/>
                <w:szCs w:val="21"/>
              </w:rPr>
              <w:t>i</w:t>
            </w:r>
          </w:p>
          <w:p w14:paraId="291DD4C0" w14:textId="2EFFA84D" w:rsidR="006E203D" w:rsidRDefault="006E203D">
            <w:pPr>
              <w:keepNext/>
              <w:jc w:val="center"/>
            </w:pPr>
          </w:p>
        </w:tc>
        <w:tc>
          <w:tcPr>
            <w:tcW w:w="3026" w:type="dxa"/>
            <w:vAlign w:val="center"/>
          </w:tcPr>
          <w:p w14:paraId="78779D71" w14:textId="77777777" w:rsidR="00345441" w:rsidRDefault="0084657B">
            <w:pPr>
              <w:keepNext/>
              <w:jc w:val="center"/>
            </w:pPr>
            <w:r>
              <w:rPr>
                <w:rFonts w:eastAsia="Helvetica" w:cs="Helvetica"/>
                <w:b/>
                <w:szCs w:val="21"/>
              </w:rPr>
              <w:t>Depozit za ponudu: 11,000 €</w:t>
            </w:r>
          </w:p>
        </w:tc>
      </w:tr>
    </w:tbl>
    <w:p w14:paraId="6DA58E65" w14:textId="77777777" w:rsidR="00345441" w:rsidRDefault="0084657B">
      <w:pPr>
        <w:keepLines/>
        <w:spacing w:after="280" w:line="218" w:lineRule="exact"/>
      </w:pPr>
      <w:r>
        <w:rPr>
          <w:rFonts w:eastAsia="Helvetica" w:cs="Helvetica"/>
          <w:i/>
          <w:iCs/>
          <w:color w:val="333333"/>
          <w:szCs w:val="21"/>
        </w:rPr>
        <w:t>Prethodni nazivi i Fi brojevi: D.L.B Lavërtari Blegtori, Fi.698/89 &amp; Fi.704/89</w:t>
      </w:r>
    </w:p>
    <w:p w14:paraId="0354B4ED" w14:textId="189C217A" w:rsidR="00345441" w:rsidRDefault="00ED0DBE">
      <w:pPr>
        <w:keepNext/>
        <w:keepLines/>
        <w:jc w:val="both"/>
      </w:pPr>
      <w:hyperlink r:id="rId77" w:tooltip="Otvori memorandum za jedinicu 064" w:history="1">
        <w:r w:rsidR="0084657B">
          <w:rPr>
            <w:rFonts w:eastAsia="Helvetica" w:cs="Helvetica"/>
            <w:b/>
            <w:color w:val="B31E8D"/>
            <w:szCs w:val="21"/>
            <w:u w:val="single"/>
          </w:rPr>
          <w:t>Jedinica br.64: DP DLB - Parcele 635-0 i 639-0 - K</w:t>
        </w:r>
        <w:r w:rsidR="00324E4B">
          <w:rPr>
            <w:rFonts w:eastAsia="Helvetica" w:cs="Helvetica"/>
            <w:b/>
            <w:color w:val="B31E8D"/>
            <w:szCs w:val="21"/>
            <w:u w:val="single"/>
          </w:rPr>
          <w:t>Z</w:t>
        </w:r>
        <w:r w:rsidR="0084657B">
          <w:rPr>
            <w:rFonts w:eastAsia="Helvetica" w:cs="Helvetica"/>
            <w:b/>
            <w:color w:val="B31E8D"/>
            <w:szCs w:val="21"/>
            <w:u w:val="single"/>
          </w:rPr>
          <w:t xml:space="preserve"> Atmađa, Prizren</w:t>
        </w:r>
      </w:hyperlink>
      <w:r w:rsidR="0084657B">
        <w:rPr>
          <w:rFonts w:eastAsia="Helvetica" w:cs="Helvetica"/>
          <w:szCs w:val="21"/>
        </w:rPr>
        <w:t xml:space="preserve"> - nudi na prodaju poljoprivredno zemljište ukupne površine 9,688 m² (96 ari 88 m²) u K</w:t>
      </w:r>
      <w:r w:rsidR="00324E4B">
        <w:rPr>
          <w:rFonts w:eastAsia="Helvetica" w:cs="Helvetica"/>
          <w:szCs w:val="21"/>
        </w:rPr>
        <w:t>Z</w:t>
      </w:r>
      <w:r w:rsidR="0084657B">
        <w:rPr>
          <w:rFonts w:eastAsia="Helvetica" w:cs="Helvetica"/>
          <w:szCs w:val="21"/>
        </w:rPr>
        <w:t xml:space="preserve"> Atmađa, koje obuhvata katastarske parcele P-71813001-00635-0 površine 2,086 m², njiva 4. klase, i P-71813001-00639-0 površine 7,602 m², njiva 4. klase, upisane na ime DP-a u potvrdi o pravima na nepokretnoj imovini.</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20C1E6CE" w14:textId="77777777">
        <w:trPr>
          <w:cantSplit/>
          <w:jc w:val="center"/>
        </w:trPr>
        <w:tc>
          <w:tcPr>
            <w:tcW w:w="3026" w:type="dxa"/>
            <w:vAlign w:val="center"/>
          </w:tcPr>
          <w:p w14:paraId="63ADA1DE"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17279D37" w14:textId="768E3FAE" w:rsidR="00345441" w:rsidRDefault="0084657B">
            <w:pPr>
              <w:keepNext/>
              <w:jc w:val="center"/>
            </w:pPr>
            <w:r>
              <w:rPr>
                <w:rFonts w:eastAsia="Helvetica" w:cs="Helvetica"/>
                <w:b/>
                <w:szCs w:val="21"/>
              </w:rPr>
              <w:t>Minimalna cena: 3,600 €/ar</w:t>
            </w:r>
            <w:r w:rsidR="00324E4B">
              <w:rPr>
                <w:rFonts w:eastAsia="Helvetica" w:cs="Helvetica"/>
                <w:b/>
                <w:szCs w:val="21"/>
              </w:rPr>
              <w:t>i</w:t>
            </w:r>
          </w:p>
        </w:tc>
        <w:tc>
          <w:tcPr>
            <w:tcW w:w="3026" w:type="dxa"/>
            <w:vAlign w:val="center"/>
          </w:tcPr>
          <w:p w14:paraId="65C7101C" w14:textId="77777777" w:rsidR="00345441" w:rsidRDefault="0084657B">
            <w:pPr>
              <w:keepNext/>
              <w:jc w:val="center"/>
            </w:pPr>
            <w:r>
              <w:rPr>
                <w:rFonts w:eastAsia="Helvetica" w:cs="Helvetica"/>
                <w:b/>
                <w:szCs w:val="21"/>
              </w:rPr>
              <w:t>Depozit za ponudu: 17,000 €</w:t>
            </w:r>
          </w:p>
        </w:tc>
      </w:tr>
    </w:tbl>
    <w:p w14:paraId="49C01E23" w14:textId="77777777" w:rsidR="00345441" w:rsidRDefault="0084657B">
      <w:pPr>
        <w:keepLines/>
        <w:spacing w:after="280" w:line="218" w:lineRule="exact"/>
      </w:pPr>
      <w:r>
        <w:rPr>
          <w:rFonts w:eastAsia="Helvetica" w:cs="Helvetica"/>
          <w:i/>
          <w:iCs/>
          <w:color w:val="333333"/>
          <w:szCs w:val="21"/>
        </w:rPr>
        <w:t>Prethodni nazivi i Fi brojevi: D.L.B Lavërtari Blegtori, Fi.698/89 &amp; Fi.704/89</w:t>
      </w:r>
    </w:p>
    <w:p w14:paraId="6A51127C" w14:textId="48CBEBCD" w:rsidR="00345441" w:rsidRDefault="00ED0DBE">
      <w:pPr>
        <w:keepNext/>
        <w:keepLines/>
        <w:jc w:val="both"/>
      </w:pPr>
      <w:hyperlink r:id="rId78" w:tooltip="Otvori memorandum za jedinicu 065" w:history="1">
        <w:r w:rsidR="0084657B">
          <w:rPr>
            <w:rFonts w:eastAsia="Helvetica" w:cs="Helvetica"/>
            <w:b/>
            <w:color w:val="B31E8D"/>
            <w:szCs w:val="21"/>
            <w:u w:val="single"/>
          </w:rPr>
          <w:t>Jedinica br.65: Parcela 281-0 - K</w:t>
        </w:r>
        <w:r w:rsidR="00245511">
          <w:rPr>
            <w:rFonts w:eastAsia="Helvetica" w:cs="Helvetica"/>
            <w:b/>
            <w:color w:val="B31E8D"/>
            <w:szCs w:val="21"/>
            <w:u w:val="single"/>
          </w:rPr>
          <w:t>Z</w:t>
        </w:r>
        <w:r w:rsidR="0084657B">
          <w:rPr>
            <w:rFonts w:eastAsia="Helvetica" w:cs="Helvetica"/>
            <w:b/>
            <w:color w:val="B31E8D"/>
            <w:szCs w:val="21"/>
            <w:u w:val="single"/>
          </w:rPr>
          <w:t xml:space="preserve"> Dušanovo, Prizren</w:t>
        </w:r>
      </w:hyperlink>
      <w:r w:rsidR="0084657B">
        <w:rPr>
          <w:rFonts w:eastAsia="Helvetica" w:cs="Helvetica"/>
          <w:szCs w:val="21"/>
        </w:rPr>
        <w:t xml:space="preserve"> - nudi na prodaju poljoprivredno zemljište u K</w:t>
      </w:r>
      <w:r w:rsidR="00245511">
        <w:rPr>
          <w:rFonts w:eastAsia="Helvetica" w:cs="Helvetica"/>
          <w:szCs w:val="21"/>
        </w:rPr>
        <w:t>Z</w:t>
      </w:r>
      <w:r w:rsidR="0084657B">
        <w:rPr>
          <w:rFonts w:eastAsia="Helvetica" w:cs="Helvetica"/>
          <w:szCs w:val="21"/>
        </w:rPr>
        <w:t xml:space="preserve"> Dušanovo, koje obuhvata katastarsku parcelu P-71813023-00281-0 površine 2,847 m² (28 ari 47 m²), njiva 5. klase, upisanu na ime DP-a u potvrdi o pravima na nepokretnoj imovini.</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4EBF0AC8" w14:textId="77777777">
        <w:trPr>
          <w:cantSplit/>
          <w:jc w:val="center"/>
        </w:trPr>
        <w:tc>
          <w:tcPr>
            <w:tcW w:w="3026" w:type="dxa"/>
            <w:vAlign w:val="center"/>
          </w:tcPr>
          <w:p w14:paraId="433EFCDB"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62774748" w14:textId="516A04B9" w:rsidR="00345441" w:rsidRDefault="0084657B">
            <w:pPr>
              <w:keepNext/>
              <w:jc w:val="center"/>
            </w:pPr>
            <w:r>
              <w:rPr>
                <w:rFonts w:eastAsia="Helvetica" w:cs="Helvetica"/>
                <w:b/>
                <w:szCs w:val="21"/>
              </w:rPr>
              <w:t>Minimalna cena: 6,000 €/ar</w:t>
            </w:r>
            <w:r w:rsidR="00245511">
              <w:rPr>
                <w:rFonts w:eastAsia="Helvetica" w:cs="Helvetica"/>
                <w:b/>
                <w:szCs w:val="21"/>
              </w:rPr>
              <w:t>i</w:t>
            </w:r>
          </w:p>
        </w:tc>
        <w:tc>
          <w:tcPr>
            <w:tcW w:w="3026" w:type="dxa"/>
            <w:vAlign w:val="center"/>
          </w:tcPr>
          <w:p w14:paraId="14F67A50" w14:textId="77777777" w:rsidR="00345441" w:rsidRDefault="0084657B">
            <w:pPr>
              <w:keepNext/>
              <w:jc w:val="center"/>
            </w:pPr>
            <w:r>
              <w:rPr>
                <w:rFonts w:eastAsia="Helvetica" w:cs="Helvetica"/>
                <w:b/>
                <w:szCs w:val="21"/>
              </w:rPr>
              <w:t>Depozit za ponudu: 9,000 €</w:t>
            </w:r>
          </w:p>
        </w:tc>
      </w:tr>
    </w:tbl>
    <w:p w14:paraId="120D6B95" w14:textId="77777777" w:rsidR="00345441" w:rsidRDefault="0084657B">
      <w:pPr>
        <w:keepLines/>
        <w:spacing w:after="280" w:line="218" w:lineRule="exact"/>
      </w:pPr>
      <w:r>
        <w:rPr>
          <w:rFonts w:eastAsia="Helvetica" w:cs="Helvetica"/>
          <w:i/>
          <w:iCs/>
          <w:color w:val="333333"/>
          <w:szCs w:val="21"/>
        </w:rPr>
        <w:t>Prethodni nazivi i Fi brojevi: D.L.B Lavërtari Blegtori, Fi.698/89 &amp; Fi.704/89</w:t>
      </w:r>
    </w:p>
    <w:p w14:paraId="27E4ED33" w14:textId="5221F67B" w:rsidR="00345441" w:rsidRDefault="00ED0DBE">
      <w:pPr>
        <w:keepNext/>
        <w:keepLines/>
        <w:jc w:val="both"/>
      </w:pPr>
      <w:hyperlink r:id="rId79" w:tooltip="Otvori memorandum za jedinicu 066" w:history="1">
        <w:r w:rsidR="0084657B">
          <w:rPr>
            <w:rFonts w:eastAsia="Helvetica" w:cs="Helvetica"/>
            <w:b/>
            <w:color w:val="B31E8D"/>
            <w:szCs w:val="21"/>
            <w:u w:val="single"/>
          </w:rPr>
          <w:t>Jedinica br.66: DP IMK, zemljište u Štimlj</w:t>
        </w:r>
        <w:r w:rsidR="001E5820">
          <w:rPr>
            <w:rFonts w:eastAsia="Helvetica" w:cs="Helvetica"/>
            <w:b/>
            <w:color w:val="B31E8D"/>
            <w:szCs w:val="21"/>
            <w:u w:val="single"/>
          </w:rPr>
          <w:t>e</w:t>
        </w:r>
        <w:r w:rsidR="0084657B">
          <w:rPr>
            <w:rFonts w:eastAsia="Helvetica" w:cs="Helvetica"/>
            <w:b/>
            <w:color w:val="B31E8D"/>
            <w:szCs w:val="21"/>
            <w:u w:val="single"/>
          </w:rPr>
          <w:t xml:space="preserve"> (Lot 01)</w:t>
        </w:r>
      </w:hyperlink>
      <w:r w:rsidR="0084657B">
        <w:rPr>
          <w:rFonts w:eastAsia="Helvetica" w:cs="Helvetica"/>
          <w:szCs w:val="21"/>
        </w:rPr>
        <w:t xml:space="preserve"> - obuhvata poljoprivredno zemljište, katastarsku parcelu P-72809093-01336-0, po kulturi njiva 5. klase, ukupne površine 1,108 m² (11 ari 08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3B26F8B7" w14:textId="77777777">
        <w:trPr>
          <w:cantSplit/>
          <w:jc w:val="center"/>
        </w:trPr>
        <w:tc>
          <w:tcPr>
            <w:tcW w:w="3026" w:type="dxa"/>
            <w:vAlign w:val="center"/>
          </w:tcPr>
          <w:p w14:paraId="146C8E9A"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23A771F4" w14:textId="77777777" w:rsidR="00345441" w:rsidRDefault="0084657B">
            <w:pPr>
              <w:keepNext/>
              <w:jc w:val="center"/>
            </w:pPr>
            <w:r>
              <w:rPr>
                <w:rFonts w:eastAsia="Helvetica" w:cs="Helvetica"/>
                <w:b/>
                <w:szCs w:val="21"/>
              </w:rPr>
              <w:t>Minimalna cena: 5,000 €/ar</w:t>
            </w:r>
          </w:p>
        </w:tc>
        <w:tc>
          <w:tcPr>
            <w:tcW w:w="3026" w:type="dxa"/>
            <w:vAlign w:val="center"/>
          </w:tcPr>
          <w:p w14:paraId="69CB6678" w14:textId="77777777" w:rsidR="00345441" w:rsidRDefault="0084657B">
            <w:pPr>
              <w:keepNext/>
              <w:jc w:val="center"/>
            </w:pPr>
            <w:r>
              <w:rPr>
                <w:rFonts w:eastAsia="Helvetica" w:cs="Helvetica"/>
                <w:b/>
                <w:szCs w:val="21"/>
              </w:rPr>
              <w:t>Depozit za ponudu: 6,000 €</w:t>
            </w:r>
          </w:p>
        </w:tc>
      </w:tr>
    </w:tbl>
    <w:p w14:paraId="61204644" w14:textId="77777777" w:rsidR="00345441" w:rsidRDefault="0084657B">
      <w:pPr>
        <w:keepLines/>
        <w:spacing w:after="280" w:line="218" w:lineRule="exact"/>
      </w:pPr>
      <w:r>
        <w:rPr>
          <w:rFonts w:eastAsia="Helvetica" w:cs="Helvetica"/>
          <w:i/>
          <w:iCs/>
          <w:color w:val="333333"/>
          <w:szCs w:val="21"/>
        </w:rPr>
        <w:t>Prethodni nazivi i Fi brojevi: IMK Pipe Manufacturing, Fi 784/89</w:t>
      </w:r>
    </w:p>
    <w:p w14:paraId="2E348AFA" w14:textId="77777777" w:rsidR="00345441" w:rsidRDefault="00ED0DBE">
      <w:pPr>
        <w:keepNext/>
        <w:keepLines/>
        <w:jc w:val="both"/>
      </w:pPr>
      <w:hyperlink r:id="rId80" w:tooltip="Otvori memorandum za jedinicu 067" w:history="1">
        <w:r w:rsidR="0084657B">
          <w:rPr>
            <w:rFonts w:eastAsia="Helvetica" w:cs="Helvetica"/>
            <w:b/>
            <w:color w:val="B31E8D"/>
            <w:szCs w:val="21"/>
            <w:u w:val="single"/>
          </w:rPr>
          <w:t>Jedinica br.67: Agroprodukti, zemljište u Donjoj Šipašnici (Lot 03)</w:t>
        </w:r>
      </w:hyperlink>
      <w:r w:rsidR="0084657B">
        <w:rPr>
          <w:rFonts w:eastAsia="Helvetica" w:cs="Helvetica"/>
          <w:szCs w:val="21"/>
        </w:rPr>
        <w:t xml:space="preserve"> - obuhvata katastarsku parcelu br. P-71107031-00566-0, po kulturi dvorište i zgrada, ukupne površine 470 m² (4 ara 70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33199A1A" w14:textId="77777777">
        <w:trPr>
          <w:cantSplit/>
          <w:jc w:val="center"/>
        </w:trPr>
        <w:tc>
          <w:tcPr>
            <w:tcW w:w="3026" w:type="dxa"/>
            <w:vAlign w:val="center"/>
          </w:tcPr>
          <w:p w14:paraId="30C45E5B"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7864921C" w14:textId="77777777" w:rsidR="00345441" w:rsidRDefault="0084657B">
            <w:pPr>
              <w:keepNext/>
              <w:jc w:val="center"/>
            </w:pPr>
            <w:r>
              <w:rPr>
                <w:rFonts w:eastAsia="Helvetica" w:cs="Helvetica"/>
                <w:b/>
                <w:szCs w:val="21"/>
              </w:rPr>
              <w:t>Minimalna cena: 3,000 €/ar</w:t>
            </w:r>
          </w:p>
        </w:tc>
        <w:tc>
          <w:tcPr>
            <w:tcW w:w="3026" w:type="dxa"/>
            <w:vAlign w:val="center"/>
          </w:tcPr>
          <w:p w14:paraId="45464032" w14:textId="77777777" w:rsidR="00345441" w:rsidRDefault="0084657B">
            <w:pPr>
              <w:keepNext/>
              <w:jc w:val="center"/>
            </w:pPr>
            <w:r>
              <w:rPr>
                <w:rFonts w:eastAsia="Helvetica" w:cs="Helvetica"/>
                <w:b/>
                <w:szCs w:val="21"/>
              </w:rPr>
              <w:t>Depozit za ponudu: 1,000 €</w:t>
            </w:r>
          </w:p>
        </w:tc>
      </w:tr>
    </w:tbl>
    <w:p w14:paraId="7839AC69" w14:textId="77777777" w:rsidR="00345441" w:rsidRDefault="0084657B">
      <w:pPr>
        <w:keepLines/>
        <w:spacing w:after="280" w:line="218" w:lineRule="exact"/>
      </w:pPr>
      <w:r>
        <w:rPr>
          <w:rFonts w:eastAsia="Helvetica" w:cs="Helvetica"/>
          <w:i/>
          <w:iCs/>
          <w:color w:val="333333"/>
          <w:szCs w:val="21"/>
        </w:rPr>
        <w:t>Prethodni nazivi i Fi brojevi: K.B Agroprodukti, Fi. 166/90</w:t>
      </w:r>
    </w:p>
    <w:p w14:paraId="57983799" w14:textId="77777777" w:rsidR="00345441" w:rsidRDefault="00ED0DBE">
      <w:pPr>
        <w:keepNext/>
        <w:keepLines/>
        <w:jc w:val="both"/>
      </w:pPr>
      <w:hyperlink r:id="rId81" w:tooltip="Otvori memorandum za jedinicu 068" w:history="1">
        <w:r w:rsidR="0084657B">
          <w:rPr>
            <w:rFonts w:eastAsia="Helvetica" w:cs="Helvetica"/>
            <w:b/>
            <w:color w:val="B31E8D"/>
            <w:szCs w:val="21"/>
            <w:u w:val="single"/>
          </w:rPr>
          <w:t>Jedinica br.68: ZZ Živko Vasić, zemljište u Domorovcu (LOT 03)</w:t>
        </w:r>
      </w:hyperlink>
      <w:r w:rsidR="0084657B">
        <w:rPr>
          <w:rFonts w:eastAsia="Helvetica" w:cs="Helvetica"/>
          <w:szCs w:val="21"/>
        </w:rPr>
        <w:t xml:space="preserve"> - obuhvata poljoprivredno zemljište, katastarsku parcelu br. P-73507029-01973-0, po kulturi njiva 6. klase, ukupne površine 7,507 m² (75 ari 07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32EA04F2" w14:textId="77777777">
        <w:trPr>
          <w:cantSplit/>
          <w:jc w:val="center"/>
        </w:trPr>
        <w:tc>
          <w:tcPr>
            <w:tcW w:w="3026" w:type="dxa"/>
            <w:vAlign w:val="center"/>
          </w:tcPr>
          <w:p w14:paraId="0599C160"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769C3CB7" w14:textId="7C096288" w:rsidR="00345441" w:rsidRDefault="0084657B">
            <w:pPr>
              <w:keepNext/>
              <w:jc w:val="center"/>
            </w:pPr>
            <w:r>
              <w:rPr>
                <w:rFonts w:eastAsia="Helvetica" w:cs="Helvetica"/>
                <w:b/>
                <w:szCs w:val="21"/>
              </w:rPr>
              <w:t>Minimalna cena: 3</w:t>
            </w:r>
            <w:r w:rsidR="00E62F4B">
              <w:rPr>
                <w:rFonts w:eastAsia="Helvetica" w:cs="Helvetica"/>
                <w:b/>
                <w:szCs w:val="21"/>
              </w:rPr>
              <w:t>,</w:t>
            </w:r>
            <w:r>
              <w:rPr>
                <w:rFonts w:eastAsia="Helvetica" w:cs="Helvetica"/>
                <w:b/>
                <w:szCs w:val="21"/>
              </w:rPr>
              <w:t>5</w:t>
            </w:r>
            <w:r w:rsidR="00E62F4B">
              <w:rPr>
                <w:rFonts w:eastAsia="Helvetica" w:cs="Helvetica"/>
                <w:b/>
                <w:szCs w:val="21"/>
              </w:rPr>
              <w:t>00</w:t>
            </w:r>
            <w:r>
              <w:rPr>
                <w:rFonts w:eastAsia="Helvetica" w:cs="Helvetica"/>
                <w:b/>
                <w:szCs w:val="21"/>
              </w:rPr>
              <w:t xml:space="preserve"> €/ar</w:t>
            </w:r>
            <w:r w:rsidR="006E7DDE">
              <w:rPr>
                <w:rFonts w:eastAsia="Helvetica" w:cs="Helvetica"/>
                <w:b/>
                <w:szCs w:val="21"/>
              </w:rPr>
              <w:t>i</w:t>
            </w:r>
          </w:p>
        </w:tc>
        <w:tc>
          <w:tcPr>
            <w:tcW w:w="3026" w:type="dxa"/>
            <w:vAlign w:val="center"/>
          </w:tcPr>
          <w:p w14:paraId="62D22533" w14:textId="0A12A535" w:rsidR="00345441" w:rsidRDefault="0084657B">
            <w:pPr>
              <w:keepNext/>
              <w:jc w:val="center"/>
            </w:pPr>
            <w:r>
              <w:rPr>
                <w:rFonts w:eastAsia="Helvetica" w:cs="Helvetica"/>
                <w:b/>
                <w:szCs w:val="21"/>
              </w:rPr>
              <w:t xml:space="preserve">Depozit za ponudu: </w:t>
            </w:r>
            <w:r w:rsidR="00ED0DBE">
              <w:rPr>
                <w:rFonts w:eastAsia="Helvetica" w:cs="Helvetica"/>
                <w:b/>
                <w:szCs w:val="21"/>
              </w:rPr>
              <w:t>13</w:t>
            </w:r>
            <w:r>
              <w:rPr>
                <w:rFonts w:eastAsia="Helvetica" w:cs="Helvetica"/>
                <w:b/>
                <w:szCs w:val="21"/>
              </w:rPr>
              <w:t>,000 €</w:t>
            </w:r>
          </w:p>
        </w:tc>
      </w:tr>
    </w:tbl>
    <w:p w14:paraId="56CC9593" w14:textId="77777777" w:rsidR="00345441" w:rsidRDefault="0084657B">
      <w:pPr>
        <w:keepLines/>
        <w:spacing w:after="280" w:line="218" w:lineRule="exact"/>
      </w:pPr>
      <w:r>
        <w:rPr>
          <w:rFonts w:eastAsia="Helvetica" w:cs="Helvetica"/>
          <w:i/>
          <w:iCs/>
          <w:color w:val="333333"/>
          <w:szCs w:val="21"/>
        </w:rPr>
        <w:t>Prethodni nazivi i Fi brojevi: Agri Coop Ranilug, Fi. N/A</w:t>
      </w:r>
    </w:p>
    <w:p w14:paraId="01930432" w14:textId="77777777" w:rsidR="00345441" w:rsidRDefault="00ED0DBE">
      <w:pPr>
        <w:keepNext/>
        <w:keepLines/>
        <w:jc w:val="both"/>
      </w:pPr>
      <w:hyperlink r:id="rId82" w:tooltip="Otvori memorandum za jedinicu 069" w:history="1">
        <w:r w:rsidR="0084657B">
          <w:rPr>
            <w:rFonts w:eastAsia="Helvetica" w:cs="Helvetica"/>
            <w:b/>
            <w:color w:val="B31E8D"/>
            <w:szCs w:val="21"/>
            <w:u w:val="single"/>
          </w:rPr>
          <w:t>Jedinica br.69: DP IMK, zemljište u Štimlju (Lot 02)</w:t>
        </w:r>
      </w:hyperlink>
      <w:r w:rsidR="0084657B">
        <w:rPr>
          <w:rFonts w:eastAsia="Helvetica" w:cs="Helvetica"/>
          <w:szCs w:val="21"/>
        </w:rPr>
        <w:t xml:space="preserve"> - obuhvata poljoprivredno zemljište, katastarsku parcelu P-72809093-01342-0, po kulturi njiva 5. klase, ukupne površine 2,950 m² (29 ari 50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740F1C39" w14:textId="77777777">
        <w:trPr>
          <w:cantSplit/>
          <w:jc w:val="center"/>
        </w:trPr>
        <w:tc>
          <w:tcPr>
            <w:tcW w:w="3026" w:type="dxa"/>
            <w:vAlign w:val="center"/>
          </w:tcPr>
          <w:p w14:paraId="001492D6"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3051D6B7" w14:textId="77777777" w:rsidR="00345441" w:rsidRDefault="0084657B">
            <w:pPr>
              <w:keepNext/>
              <w:jc w:val="center"/>
            </w:pPr>
            <w:r>
              <w:rPr>
                <w:rFonts w:eastAsia="Helvetica" w:cs="Helvetica"/>
                <w:b/>
                <w:szCs w:val="21"/>
              </w:rPr>
              <w:t>Minimalna cena: 5,000 €/ar</w:t>
            </w:r>
          </w:p>
        </w:tc>
        <w:tc>
          <w:tcPr>
            <w:tcW w:w="3026" w:type="dxa"/>
            <w:vAlign w:val="center"/>
          </w:tcPr>
          <w:p w14:paraId="4EA6E795" w14:textId="77777777" w:rsidR="00345441" w:rsidRDefault="0084657B">
            <w:pPr>
              <w:keepNext/>
              <w:jc w:val="center"/>
            </w:pPr>
            <w:r>
              <w:rPr>
                <w:rFonts w:eastAsia="Helvetica" w:cs="Helvetica"/>
                <w:b/>
                <w:szCs w:val="21"/>
              </w:rPr>
              <w:t>Depozit za ponudu: 7,000 €</w:t>
            </w:r>
          </w:p>
        </w:tc>
      </w:tr>
    </w:tbl>
    <w:p w14:paraId="02BABE2E" w14:textId="77777777" w:rsidR="00345441" w:rsidRDefault="0084657B">
      <w:pPr>
        <w:keepLines/>
        <w:spacing w:after="280" w:line="218" w:lineRule="exact"/>
      </w:pPr>
      <w:r>
        <w:rPr>
          <w:rFonts w:eastAsia="Helvetica" w:cs="Helvetica"/>
          <w:i/>
          <w:iCs/>
          <w:color w:val="333333"/>
          <w:szCs w:val="21"/>
        </w:rPr>
        <w:t>Prethodni nazivi i Fi brojevi: IMK Pipe Manufacturing, Fi 784/89</w:t>
      </w:r>
    </w:p>
    <w:p w14:paraId="511EADC5" w14:textId="354D9F25" w:rsidR="00345441" w:rsidRDefault="00ED0DBE">
      <w:pPr>
        <w:keepNext/>
        <w:keepLines/>
        <w:jc w:val="both"/>
      </w:pPr>
      <w:hyperlink r:id="rId83" w:tooltip="Otvori memorandum za jedinicu 070" w:history="1">
        <w:r w:rsidR="0084657B">
          <w:rPr>
            <w:rFonts w:eastAsia="Helvetica" w:cs="Helvetica"/>
            <w:b/>
            <w:color w:val="B31E8D"/>
            <w:szCs w:val="21"/>
            <w:u w:val="single"/>
          </w:rPr>
          <w:t xml:space="preserve">Jedinica br.70: Tefik </w:t>
        </w:r>
        <w:r w:rsidR="009931C9">
          <w:rPr>
            <w:rFonts w:eastAsia="Helvetica" w:cs="Helvetica"/>
            <w:b/>
            <w:color w:val="B31E8D"/>
            <w:szCs w:val="21"/>
            <w:u w:val="single"/>
          </w:rPr>
          <w:t>Č</w:t>
        </w:r>
        <w:r w:rsidR="0084657B">
          <w:rPr>
            <w:rFonts w:eastAsia="Helvetica" w:cs="Helvetica"/>
            <w:b/>
            <w:color w:val="B31E8D"/>
            <w:szCs w:val="21"/>
            <w:u w:val="single"/>
          </w:rPr>
          <w:t>anga, zemljište u Busi</w:t>
        </w:r>
        <w:r w:rsidR="00684E6D">
          <w:rPr>
            <w:rFonts w:eastAsia="Helvetica" w:cs="Helvetica"/>
            <w:b/>
            <w:color w:val="B31E8D"/>
            <w:szCs w:val="21"/>
            <w:u w:val="single"/>
          </w:rPr>
          <w:t>ji</w:t>
        </w:r>
        <w:r w:rsidR="0084657B">
          <w:rPr>
            <w:rFonts w:eastAsia="Helvetica" w:cs="Helvetica"/>
            <w:b/>
            <w:color w:val="B31E8D"/>
            <w:szCs w:val="21"/>
            <w:u w:val="single"/>
          </w:rPr>
          <w:t xml:space="preserve"> (Lot 09)</w:t>
        </w:r>
      </w:hyperlink>
      <w:r w:rsidR="0084657B">
        <w:rPr>
          <w:rFonts w:eastAsia="Helvetica" w:cs="Helvetica"/>
          <w:szCs w:val="21"/>
        </w:rPr>
        <w:t xml:space="preserve"> - obuhvata zemljište sa brojem parcele 01521-0, po kulturi pašnjak 5. klase, ukupne površine 1,567 m² (15 ari 67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2B18BD12" w14:textId="77777777">
        <w:trPr>
          <w:cantSplit/>
          <w:jc w:val="center"/>
        </w:trPr>
        <w:tc>
          <w:tcPr>
            <w:tcW w:w="3026" w:type="dxa"/>
            <w:vAlign w:val="center"/>
          </w:tcPr>
          <w:p w14:paraId="20FD4E37"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Stambena imovina</w:t>
            </w:r>
          </w:p>
        </w:tc>
        <w:tc>
          <w:tcPr>
            <w:tcW w:w="3026" w:type="dxa"/>
            <w:vAlign w:val="center"/>
          </w:tcPr>
          <w:p w14:paraId="30AE50D3" w14:textId="3920E61A" w:rsidR="00345441" w:rsidRDefault="0084657B">
            <w:pPr>
              <w:keepNext/>
              <w:jc w:val="center"/>
            </w:pPr>
            <w:r>
              <w:rPr>
                <w:rFonts w:eastAsia="Helvetica" w:cs="Helvetica"/>
                <w:b/>
                <w:szCs w:val="21"/>
              </w:rPr>
              <w:t>Minimalna cena: 1,500 €/ar</w:t>
            </w:r>
            <w:r w:rsidR="009931C9">
              <w:rPr>
                <w:rFonts w:eastAsia="Helvetica" w:cs="Helvetica"/>
                <w:b/>
                <w:szCs w:val="21"/>
              </w:rPr>
              <w:t>i</w:t>
            </w:r>
          </w:p>
        </w:tc>
        <w:tc>
          <w:tcPr>
            <w:tcW w:w="3026" w:type="dxa"/>
            <w:vAlign w:val="center"/>
          </w:tcPr>
          <w:p w14:paraId="2A5F7503" w14:textId="716DD224" w:rsidR="00345441" w:rsidRDefault="0084657B">
            <w:pPr>
              <w:keepNext/>
              <w:jc w:val="center"/>
            </w:pPr>
            <w:r>
              <w:rPr>
                <w:rFonts w:eastAsia="Helvetica" w:cs="Helvetica"/>
                <w:b/>
                <w:szCs w:val="21"/>
              </w:rPr>
              <w:t xml:space="preserve">Depozit za ponudu: </w:t>
            </w:r>
            <w:r w:rsidR="00F973B9">
              <w:rPr>
                <w:rFonts w:eastAsia="Helvetica" w:cs="Helvetica"/>
                <w:b/>
                <w:szCs w:val="21"/>
              </w:rPr>
              <w:t>2</w:t>
            </w:r>
            <w:r>
              <w:rPr>
                <w:rFonts w:eastAsia="Helvetica" w:cs="Helvetica"/>
                <w:b/>
                <w:szCs w:val="21"/>
              </w:rPr>
              <w:t>,000 €</w:t>
            </w:r>
          </w:p>
        </w:tc>
      </w:tr>
    </w:tbl>
    <w:p w14:paraId="6F1A323B" w14:textId="77777777" w:rsidR="00345441" w:rsidRDefault="0084657B">
      <w:pPr>
        <w:keepLines/>
        <w:spacing w:after="280" w:line="218" w:lineRule="exact"/>
      </w:pPr>
      <w:r>
        <w:rPr>
          <w:rFonts w:eastAsia="Helvetica" w:cs="Helvetica"/>
          <w:i/>
          <w:iCs/>
          <w:color w:val="333333"/>
          <w:szCs w:val="21"/>
        </w:rPr>
        <w:t>Prethodni nazivi i Fi brojevi: Kombinati Drurit Tefik Çanga, Fi 631/89</w:t>
      </w:r>
    </w:p>
    <w:p w14:paraId="5B05E157" w14:textId="71814D36" w:rsidR="00345441" w:rsidRDefault="00ED0DBE">
      <w:pPr>
        <w:keepNext/>
        <w:keepLines/>
        <w:jc w:val="both"/>
      </w:pPr>
      <w:hyperlink r:id="rId84" w:tooltip="Otvori memorandum za jedinicu 071" w:history="1">
        <w:r w:rsidR="0084657B">
          <w:rPr>
            <w:rFonts w:eastAsia="Helvetica" w:cs="Helvetica"/>
            <w:b/>
            <w:color w:val="B31E8D"/>
            <w:szCs w:val="21"/>
            <w:u w:val="single"/>
          </w:rPr>
          <w:t xml:space="preserve">Jedinica br.71: Tefik </w:t>
        </w:r>
        <w:r w:rsidR="009931C9">
          <w:rPr>
            <w:rFonts w:eastAsia="Helvetica" w:cs="Helvetica"/>
            <w:b/>
            <w:color w:val="B31E8D"/>
            <w:szCs w:val="21"/>
            <w:u w:val="single"/>
          </w:rPr>
          <w:t>Č</w:t>
        </w:r>
        <w:r w:rsidR="0084657B">
          <w:rPr>
            <w:rFonts w:eastAsia="Helvetica" w:cs="Helvetica"/>
            <w:b/>
            <w:color w:val="B31E8D"/>
            <w:szCs w:val="21"/>
            <w:u w:val="single"/>
          </w:rPr>
          <w:t>anga, zemljište u Busi</w:t>
        </w:r>
        <w:r w:rsidR="009931C9">
          <w:rPr>
            <w:rFonts w:eastAsia="Helvetica" w:cs="Helvetica"/>
            <w:b/>
            <w:color w:val="B31E8D"/>
            <w:szCs w:val="21"/>
            <w:u w:val="single"/>
          </w:rPr>
          <w:t>ji</w:t>
        </w:r>
        <w:r w:rsidR="0084657B">
          <w:rPr>
            <w:rFonts w:eastAsia="Helvetica" w:cs="Helvetica"/>
            <w:b/>
            <w:color w:val="B31E8D"/>
            <w:szCs w:val="21"/>
            <w:u w:val="single"/>
          </w:rPr>
          <w:t xml:space="preserve"> (Lot 08)</w:t>
        </w:r>
      </w:hyperlink>
      <w:r w:rsidR="0084657B">
        <w:rPr>
          <w:rFonts w:eastAsia="Helvetica" w:cs="Helvetica"/>
          <w:szCs w:val="21"/>
        </w:rPr>
        <w:t xml:space="preserve"> - obuhvata parcele P-71914008-00821-0 i P-71914008-00822-0, po kulturi pašnjak 5. klase, ukupne površine 3,193 m² (31 ar 93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7FF9A1CE" w14:textId="77777777">
        <w:trPr>
          <w:cantSplit/>
          <w:jc w:val="center"/>
        </w:trPr>
        <w:tc>
          <w:tcPr>
            <w:tcW w:w="3026" w:type="dxa"/>
            <w:vAlign w:val="center"/>
          </w:tcPr>
          <w:p w14:paraId="0BA2B3A1"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Njiva</w:t>
            </w:r>
          </w:p>
        </w:tc>
        <w:tc>
          <w:tcPr>
            <w:tcW w:w="3026" w:type="dxa"/>
            <w:vAlign w:val="center"/>
          </w:tcPr>
          <w:p w14:paraId="7BD1E5FA" w14:textId="219DE18E" w:rsidR="00345441" w:rsidRDefault="0084657B">
            <w:pPr>
              <w:keepNext/>
              <w:jc w:val="center"/>
            </w:pPr>
            <w:r>
              <w:rPr>
                <w:rFonts w:eastAsia="Helvetica" w:cs="Helvetica"/>
                <w:b/>
                <w:szCs w:val="21"/>
              </w:rPr>
              <w:t>Minimalna cena: 150 €/ar</w:t>
            </w:r>
            <w:r w:rsidR="009931C9">
              <w:rPr>
                <w:rFonts w:eastAsia="Helvetica" w:cs="Helvetica"/>
                <w:b/>
                <w:szCs w:val="21"/>
              </w:rPr>
              <w:t>i</w:t>
            </w:r>
          </w:p>
        </w:tc>
        <w:tc>
          <w:tcPr>
            <w:tcW w:w="3026" w:type="dxa"/>
            <w:vAlign w:val="center"/>
          </w:tcPr>
          <w:p w14:paraId="3E709464" w14:textId="77777777" w:rsidR="00345441" w:rsidRDefault="0084657B">
            <w:pPr>
              <w:keepNext/>
              <w:jc w:val="center"/>
            </w:pPr>
            <w:r>
              <w:rPr>
                <w:rFonts w:eastAsia="Helvetica" w:cs="Helvetica"/>
                <w:b/>
                <w:szCs w:val="21"/>
              </w:rPr>
              <w:t>Depozit za ponudu: 1,000 €</w:t>
            </w:r>
          </w:p>
        </w:tc>
      </w:tr>
    </w:tbl>
    <w:p w14:paraId="26C1681B" w14:textId="77777777" w:rsidR="00345441" w:rsidRDefault="0084657B">
      <w:pPr>
        <w:keepLines/>
        <w:spacing w:after="280" w:line="218" w:lineRule="exact"/>
      </w:pPr>
      <w:r>
        <w:rPr>
          <w:rFonts w:eastAsia="Helvetica" w:cs="Helvetica"/>
          <w:i/>
          <w:iCs/>
          <w:color w:val="333333"/>
          <w:szCs w:val="21"/>
        </w:rPr>
        <w:t>Prethodni nazivi i Fi brojevi: Kombinati Drurit Tefik Çanga, Fi 631/89</w:t>
      </w:r>
    </w:p>
    <w:p w14:paraId="64C3887B" w14:textId="16FAC3F1" w:rsidR="00345441" w:rsidRDefault="00ED0DBE">
      <w:pPr>
        <w:keepNext/>
        <w:keepLines/>
        <w:jc w:val="both"/>
      </w:pPr>
      <w:hyperlink r:id="rId85" w:tooltip="Otvori memorandum za jedinicu 072" w:history="1">
        <w:r w:rsidR="0084657B">
          <w:rPr>
            <w:rFonts w:eastAsia="Helvetica" w:cs="Helvetica"/>
            <w:b/>
            <w:color w:val="B31E8D"/>
            <w:szCs w:val="21"/>
            <w:u w:val="single"/>
          </w:rPr>
          <w:t xml:space="preserve">Jedinica br.72: Tefik </w:t>
        </w:r>
        <w:r w:rsidR="00526DA4">
          <w:rPr>
            <w:rFonts w:eastAsia="Helvetica" w:cs="Helvetica"/>
            <w:b/>
            <w:color w:val="B31E8D"/>
            <w:szCs w:val="21"/>
            <w:u w:val="single"/>
          </w:rPr>
          <w:t>Č</w:t>
        </w:r>
        <w:r w:rsidR="0084657B">
          <w:rPr>
            <w:rFonts w:eastAsia="Helvetica" w:cs="Helvetica"/>
            <w:b/>
            <w:color w:val="B31E8D"/>
            <w:szCs w:val="21"/>
            <w:u w:val="single"/>
          </w:rPr>
          <w:t>anga, zemljište u Busi</w:t>
        </w:r>
        <w:r w:rsidR="00526DA4">
          <w:rPr>
            <w:rFonts w:eastAsia="Helvetica" w:cs="Helvetica"/>
            <w:b/>
            <w:color w:val="B31E8D"/>
            <w:szCs w:val="21"/>
            <w:u w:val="single"/>
          </w:rPr>
          <w:t>ji</w:t>
        </w:r>
        <w:r w:rsidR="0084657B">
          <w:rPr>
            <w:rFonts w:eastAsia="Helvetica" w:cs="Helvetica"/>
            <w:b/>
            <w:color w:val="B31E8D"/>
            <w:szCs w:val="21"/>
            <w:u w:val="single"/>
          </w:rPr>
          <w:t xml:space="preserve"> (Lot 07)</w:t>
        </w:r>
      </w:hyperlink>
      <w:r w:rsidR="0084657B">
        <w:rPr>
          <w:rFonts w:eastAsia="Helvetica" w:cs="Helvetica"/>
          <w:szCs w:val="21"/>
        </w:rPr>
        <w:t xml:space="preserve"> - obuhvata zemljište sa brojem parcele P-71914008-00829-0, po kulturi pašnjak 5. klase, ukupne površine 2,107 m² (21 ar 07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5F119633" w14:textId="77777777">
        <w:trPr>
          <w:cantSplit/>
          <w:jc w:val="center"/>
        </w:trPr>
        <w:tc>
          <w:tcPr>
            <w:tcW w:w="3026" w:type="dxa"/>
            <w:vAlign w:val="center"/>
          </w:tcPr>
          <w:p w14:paraId="3C57CB1F"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Njiva</w:t>
            </w:r>
          </w:p>
        </w:tc>
        <w:tc>
          <w:tcPr>
            <w:tcW w:w="3026" w:type="dxa"/>
            <w:vAlign w:val="center"/>
          </w:tcPr>
          <w:p w14:paraId="0F184872" w14:textId="033C20FA" w:rsidR="00345441" w:rsidRDefault="0084657B">
            <w:pPr>
              <w:keepNext/>
              <w:jc w:val="center"/>
            </w:pPr>
            <w:r>
              <w:rPr>
                <w:rFonts w:eastAsia="Helvetica" w:cs="Helvetica"/>
                <w:b/>
                <w:szCs w:val="21"/>
              </w:rPr>
              <w:t>Minimalna cena: 150 €/ar</w:t>
            </w:r>
            <w:r w:rsidR="00526DA4">
              <w:rPr>
                <w:rFonts w:eastAsia="Helvetica" w:cs="Helvetica"/>
                <w:b/>
                <w:szCs w:val="21"/>
              </w:rPr>
              <w:t>i</w:t>
            </w:r>
          </w:p>
        </w:tc>
        <w:tc>
          <w:tcPr>
            <w:tcW w:w="3026" w:type="dxa"/>
            <w:vAlign w:val="center"/>
          </w:tcPr>
          <w:p w14:paraId="319FEB45" w14:textId="77777777" w:rsidR="00345441" w:rsidRDefault="0084657B">
            <w:pPr>
              <w:keepNext/>
              <w:jc w:val="center"/>
            </w:pPr>
            <w:r>
              <w:rPr>
                <w:rFonts w:eastAsia="Helvetica" w:cs="Helvetica"/>
                <w:b/>
                <w:szCs w:val="21"/>
              </w:rPr>
              <w:t>Depozit za ponudu: 1,000 €</w:t>
            </w:r>
          </w:p>
        </w:tc>
      </w:tr>
    </w:tbl>
    <w:p w14:paraId="40BBFE17" w14:textId="77777777" w:rsidR="00345441" w:rsidRDefault="0084657B">
      <w:pPr>
        <w:keepLines/>
        <w:spacing w:after="280" w:line="218" w:lineRule="exact"/>
      </w:pPr>
      <w:r>
        <w:rPr>
          <w:rFonts w:eastAsia="Helvetica" w:cs="Helvetica"/>
          <w:i/>
          <w:iCs/>
          <w:color w:val="333333"/>
          <w:szCs w:val="21"/>
        </w:rPr>
        <w:t>Prethodni nazivi i Fi brojevi: Kombinati Drurit Tefik Çanga, Fi 631/89</w:t>
      </w:r>
    </w:p>
    <w:p w14:paraId="070F90D9" w14:textId="648487E5" w:rsidR="00345441" w:rsidRDefault="00ED0DBE">
      <w:pPr>
        <w:keepNext/>
        <w:keepLines/>
        <w:jc w:val="both"/>
      </w:pPr>
      <w:hyperlink r:id="rId86" w:tooltip="Otvori memorandum za jedinicu 073" w:history="1">
        <w:r w:rsidR="0084657B">
          <w:rPr>
            <w:rFonts w:eastAsia="Helvetica" w:cs="Helvetica"/>
            <w:b/>
            <w:color w:val="B31E8D"/>
            <w:szCs w:val="21"/>
            <w:u w:val="single"/>
          </w:rPr>
          <w:t xml:space="preserve">Jedinica br.73: Tefik </w:t>
        </w:r>
        <w:r w:rsidR="00526DA4">
          <w:rPr>
            <w:rFonts w:eastAsia="Helvetica" w:cs="Helvetica"/>
            <w:b/>
            <w:color w:val="B31E8D"/>
            <w:szCs w:val="21"/>
            <w:u w:val="single"/>
          </w:rPr>
          <w:t>Č</w:t>
        </w:r>
        <w:r w:rsidR="0084657B">
          <w:rPr>
            <w:rFonts w:eastAsia="Helvetica" w:cs="Helvetica"/>
            <w:b/>
            <w:color w:val="B31E8D"/>
            <w:szCs w:val="21"/>
            <w:u w:val="single"/>
          </w:rPr>
          <w:t>anga, zemljište u Busi</w:t>
        </w:r>
        <w:r w:rsidR="00526DA4">
          <w:rPr>
            <w:rFonts w:eastAsia="Helvetica" w:cs="Helvetica"/>
            <w:b/>
            <w:color w:val="B31E8D"/>
            <w:szCs w:val="21"/>
            <w:u w:val="single"/>
          </w:rPr>
          <w:t>ji</w:t>
        </w:r>
        <w:r w:rsidR="0084657B">
          <w:rPr>
            <w:rFonts w:eastAsia="Helvetica" w:cs="Helvetica"/>
            <w:b/>
            <w:color w:val="B31E8D"/>
            <w:szCs w:val="21"/>
            <w:u w:val="single"/>
          </w:rPr>
          <w:t xml:space="preserve"> (Lot 04)</w:t>
        </w:r>
      </w:hyperlink>
      <w:r w:rsidR="0084657B">
        <w:rPr>
          <w:rFonts w:eastAsia="Helvetica" w:cs="Helvetica"/>
          <w:szCs w:val="21"/>
        </w:rPr>
        <w:t xml:space="preserve"> - obuhvata parcele P-71914008-03568-0 i P-71914008-03569-0, po kulturi pašnjak 4. klase, ukupne površine 712 m² (7 ari 12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3FD082BF" w14:textId="77777777">
        <w:trPr>
          <w:cantSplit/>
          <w:jc w:val="center"/>
        </w:trPr>
        <w:tc>
          <w:tcPr>
            <w:tcW w:w="3026" w:type="dxa"/>
            <w:vAlign w:val="center"/>
          </w:tcPr>
          <w:p w14:paraId="7B349C29"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Njiva</w:t>
            </w:r>
          </w:p>
        </w:tc>
        <w:tc>
          <w:tcPr>
            <w:tcW w:w="3026" w:type="dxa"/>
            <w:vAlign w:val="center"/>
          </w:tcPr>
          <w:p w14:paraId="2C57CE1A" w14:textId="721DEFED" w:rsidR="00345441" w:rsidRDefault="0084657B">
            <w:pPr>
              <w:keepNext/>
              <w:jc w:val="center"/>
            </w:pPr>
            <w:r>
              <w:rPr>
                <w:rFonts w:eastAsia="Helvetica" w:cs="Helvetica"/>
                <w:b/>
                <w:szCs w:val="21"/>
              </w:rPr>
              <w:t>Minimalna cena: 150 €/ar</w:t>
            </w:r>
            <w:r w:rsidR="00526DA4">
              <w:rPr>
                <w:rFonts w:eastAsia="Helvetica" w:cs="Helvetica"/>
                <w:b/>
                <w:szCs w:val="21"/>
              </w:rPr>
              <w:t>i</w:t>
            </w:r>
          </w:p>
        </w:tc>
        <w:tc>
          <w:tcPr>
            <w:tcW w:w="3026" w:type="dxa"/>
            <w:vAlign w:val="center"/>
          </w:tcPr>
          <w:p w14:paraId="3F8A8301" w14:textId="77777777" w:rsidR="00345441" w:rsidRDefault="0084657B">
            <w:pPr>
              <w:keepNext/>
              <w:jc w:val="center"/>
            </w:pPr>
            <w:r>
              <w:rPr>
                <w:rFonts w:eastAsia="Helvetica" w:cs="Helvetica"/>
                <w:b/>
                <w:szCs w:val="21"/>
              </w:rPr>
              <w:t>Depozit za ponudu: 1,000 €</w:t>
            </w:r>
          </w:p>
        </w:tc>
      </w:tr>
    </w:tbl>
    <w:p w14:paraId="3D34BADE" w14:textId="77777777" w:rsidR="00345441" w:rsidRDefault="0084657B">
      <w:pPr>
        <w:keepLines/>
        <w:spacing w:after="280" w:line="218" w:lineRule="exact"/>
      </w:pPr>
      <w:r>
        <w:rPr>
          <w:rFonts w:eastAsia="Helvetica" w:cs="Helvetica"/>
          <w:i/>
          <w:iCs/>
          <w:color w:val="333333"/>
          <w:szCs w:val="21"/>
        </w:rPr>
        <w:t>Prethodni nazivi i Fi brojevi: Kombinati Drurit Tefik Çanga, Fi 631/89</w:t>
      </w:r>
    </w:p>
    <w:p w14:paraId="2AF1BC8D" w14:textId="4B5E44CA" w:rsidR="00345441" w:rsidRDefault="00ED0DBE">
      <w:pPr>
        <w:keepNext/>
        <w:keepLines/>
        <w:jc w:val="both"/>
      </w:pPr>
      <w:hyperlink r:id="rId87" w:tooltip="Otvori memorandum za jedinicu 074" w:history="1">
        <w:r w:rsidR="0084657B">
          <w:rPr>
            <w:rFonts w:eastAsia="Helvetica" w:cs="Helvetica"/>
            <w:b/>
            <w:color w:val="B31E8D"/>
            <w:szCs w:val="21"/>
            <w:u w:val="single"/>
          </w:rPr>
          <w:t>Jedinica br.74: Zemljište u Elez Han</w:t>
        </w:r>
      </w:hyperlink>
      <w:r w:rsidR="0084657B">
        <w:rPr>
          <w:rFonts w:eastAsia="Helvetica" w:cs="Helvetica"/>
          <w:szCs w:val="21"/>
        </w:rPr>
        <w:t xml:space="preserve"> - obuhvata zemljište sa brojem parcele 00395-0, po kulturi pašnjak 4. klase, ukupne površine 1,539 m² (15 ari 39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1EEF223C" w14:textId="77777777">
        <w:trPr>
          <w:cantSplit/>
          <w:jc w:val="center"/>
        </w:trPr>
        <w:tc>
          <w:tcPr>
            <w:tcW w:w="3026" w:type="dxa"/>
            <w:vAlign w:val="center"/>
          </w:tcPr>
          <w:p w14:paraId="16DB4843"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Njiva</w:t>
            </w:r>
          </w:p>
        </w:tc>
        <w:tc>
          <w:tcPr>
            <w:tcW w:w="3026" w:type="dxa"/>
            <w:vAlign w:val="center"/>
          </w:tcPr>
          <w:p w14:paraId="7570006A" w14:textId="46A110D4" w:rsidR="00345441" w:rsidRDefault="0084657B">
            <w:pPr>
              <w:keepNext/>
              <w:jc w:val="center"/>
            </w:pPr>
            <w:r>
              <w:rPr>
                <w:rFonts w:eastAsia="Helvetica" w:cs="Helvetica"/>
                <w:b/>
                <w:szCs w:val="21"/>
              </w:rPr>
              <w:t>Minimalna cena: 350 €/ar</w:t>
            </w:r>
            <w:r w:rsidR="00833B8A">
              <w:rPr>
                <w:rFonts w:eastAsia="Helvetica" w:cs="Helvetica"/>
                <w:b/>
                <w:szCs w:val="21"/>
              </w:rPr>
              <w:t>i</w:t>
            </w:r>
          </w:p>
        </w:tc>
        <w:tc>
          <w:tcPr>
            <w:tcW w:w="3026" w:type="dxa"/>
            <w:vAlign w:val="center"/>
          </w:tcPr>
          <w:p w14:paraId="64CCC6AF" w14:textId="77777777" w:rsidR="00345441" w:rsidRDefault="0084657B">
            <w:pPr>
              <w:keepNext/>
              <w:jc w:val="center"/>
            </w:pPr>
            <w:r>
              <w:rPr>
                <w:rFonts w:eastAsia="Helvetica" w:cs="Helvetica"/>
                <w:b/>
                <w:szCs w:val="21"/>
              </w:rPr>
              <w:t>Depozit za ponudu: 1,000 €</w:t>
            </w:r>
          </w:p>
        </w:tc>
      </w:tr>
    </w:tbl>
    <w:p w14:paraId="57011889" w14:textId="77777777" w:rsidR="00345441" w:rsidRDefault="0084657B">
      <w:pPr>
        <w:keepLines/>
        <w:spacing w:after="280" w:line="218" w:lineRule="exact"/>
      </w:pPr>
      <w:r>
        <w:rPr>
          <w:rFonts w:eastAsia="Helvetica" w:cs="Helvetica"/>
          <w:i/>
          <w:iCs/>
          <w:color w:val="333333"/>
          <w:szCs w:val="21"/>
        </w:rPr>
        <w:t>Prethodni nazivi i Fi brojevi: N.P.M.P.K. Kosovaplast, Fi -545/91</w:t>
      </w:r>
    </w:p>
    <w:p w14:paraId="60171736" w14:textId="64D85D9D" w:rsidR="00345441" w:rsidRDefault="00ED0DBE">
      <w:pPr>
        <w:keepNext/>
        <w:keepLines/>
        <w:jc w:val="both"/>
      </w:pPr>
      <w:hyperlink r:id="rId88" w:tooltip="Otvori memorandum za jedinicu 075" w:history="1">
        <w:r w:rsidR="0084657B">
          <w:rPr>
            <w:rFonts w:eastAsia="Helvetica" w:cs="Helvetica"/>
            <w:b/>
            <w:color w:val="B31E8D"/>
            <w:szCs w:val="21"/>
            <w:u w:val="single"/>
          </w:rPr>
          <w:t>Jedinica br.75: ZZ Srpski Babuš - Zemljište u Babuš</w:t>
        </w:r>
        <w:r w:rsidR="005152A4" w:rsidRPr="005152A4">
          <w:t xml:space="preserve"> </w:t>
        </w:r>
        <w:r w:rsidR="005152A4">
          <w:rPr>
            <w:rFonts w:eastAsia="Helvetica" w:cs="Helvetica"/>
            <w:b/>
            <w:color w:val="B31E8D"/>
            <w:szCs w:val="21"/>
            <w:u w:val="single"/>
          </w:rPr>
          <w:t>Muhadži</w:t>
        </w:r>
        <w:r w:rsidR="005152A4" w:rsidRPr="005152A4">
          <w:rPr>
            <w:rFonts w:eastAsia="Helvetica" w:cs="Helvetica"/>
            <w:b/>
            <w:color w:val="B31E8D"/>
            <w:szCs w:val="21"/>
            <w:u w:val="single"/>
          </w:rPr>
          <w:t>r</w:t>
        </w:r>
        <w:r w:rsidR="005152A4">
          <w:rPr>
            <w:rFonts w:eastAsia="Helvetica" w:cs="Helvetica"/>
            <w:b/>
            <w:color w:val="B31E8D"/>
            <w:szCs w:val="21"/>
            <w:u w:val="single"/>
          </w:rPr>
          <w:t>a</w:t>
        </w:r>
        <w:r w:rsidR="0084657B">
          <w:rPr>
            <w:rFonts w:eastAsia="Helvetica" w:cs="Helvetica"/>
            <w:b/>
            <w:color w:val="B31E8D"/>
            <w:szCs w:val="21"/>
            <w:u w:val="single"/>
          </w:rPr>
          <w:t xml:space="preserve"> (Lot 02)</w:t>
        </w:r>
      </w:hyperlink>
      <w:r w:rsidR="0084657B">
        <w:rPr>
          <w:rFonts w:eastAsia="Helvetica" w:cs="Helvetica"/>
          <w:szCs w:val="21"/>
        </w:rPr>
        <w:t xml:space="preserve"> - obuhvata zemljište sa brojem parcele P-71409059-00606-1, koje se sastoji od njive 2. klase površine 4,366 m² i pašnjaka 1. klase površine 680 m², ukupne površine 5,046 m² (50 ari 46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2BE5EF1F" w14:textId="77777777">
        <w:trPr>
          <w:cantSplit/>
          <w:jc w:val="center"/>
        </w:trPr>
        <w:tc>
          <w:tcPr>
            <w:tcW w:w="3026" w:type="dxa"/>
            <w:vAlign w:val="center"/>
          </w:tcPr>
          <w:p w14:paraId="70E24B7B"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Njiva</w:t>
            </w:r>
          </w:p>
        </w:tc>
        <w:tc>
          <w:tcPr>
            <w:tcW w:w="3026" w:type="dxa"/>
            <w:vAlign w:val="center"/>
          </w:tcPr>
          <w:p w14:paraId="347697DC" w14:textId="77777777" w:rsidR="00345441" w:rsidRDefault="0084657B">
            <w:pPr>
              <w:keepNext/>
              <w:jc w:val="center"/>
            </w:pPr>
            <w:r>
              <w:rPr>
                <w:rFonts w:eastAsia="Helvetica" w:cs="Helvetica"/>
                <w:b/>
                <w:szCs w:val="21"/>
              </w:rPr>
              <w:t>Minimalna cena: 313 €/ar</w:t>
            </w:r>
          </w:p>
        </w:tc>
        <w:tc>
          <w:tcPr>
            <w:tcW w:w="3026" w:type="dxa"/>
            <w:vAlign w:val="center"/>
          </w:tcPr>
          <w:p w14:paraId="44AC953C" w14:textId="77777777" w:rsidR="00345441" w:rsidRDefault="0084657B">
            <w:pPr>
              <w:keepNext/>
              <w:jc w:val="center"/>
            </w:pPr>
            <w:r>
              <w:rPr>
                <w:rFonts w:eastAsia="Helvetica" w:cs="Helvetica"/>
                <w:b/>
                <w:szCs w:val="21"/>
              </w:rPr>
              <w:t>Depozit za ponudu: 2,000 €</w:t>
            </w:r>
          </w:p>
        </w:tc>
      </w:tr>
    </w:tbl>
    <w:p w14:paraId="2F134750" w14:textId="77777777" w:rsidR="00345441" w:rsidRDefault="0084657B">
      <w:pPr>
        <w:keepLines/>
        <w:spacing w:after="280" w:line="218" w:lineRule="exact"/>
      </w:pPr>
      <w:r>
        <w:rPr>
          <w:rFonts w:eastAsia="Helvetica" w:cs="Helvetica"/>
          <w:i/>
          <w:iCs/>
          <w:color w:val="333333"/>
          <w:szCs w:val="21"/>
        </w:rPr>
        <w:t>Prethodni nazivi i Fi brojevi: KB Babushi i Serbëve/Babushan, Fi-164/81</w:t>
      </w:r>
    </w:p>
    <w:p w14:paraId="11A393BE" w14:textId="5B8C41DA" w:rsidR="00345441" w:rsidRDefault="00ED0DBE">
      <w:pPr>
        <w:keepNext/>
        <w:keepLines/>
        <w:jc w:val="both"/>
      </w:pPr>
      <w:hyperlink r:id="rId89" w:tooltip="Otvori memorandum za jedinicu 076" w:history="1">
        <w:r w:rsidR="0084657B">
          <w:rPr>
            <w:rFonts w:eastAsia="Helvetica" w:cs="Helvetica"/>
            <w:b/>
            <w:color w:val="B31E8D"/>
            <w:szCs w:val="21"/>
            <w:u w:val="single"/>
          </w:rPr>
          <w:t>Jedinica br.76: Agrokultura, zemljište u Stančiću (Lot 01)</w:t>
        </w:r>
      </w:hyperlink>
      <w:r w:rsidR="0084657B">
        <w:rPr>
          <w:rFonts w:eastAsia="Helvetica" w:cs="Helvetica"/>
          <w:szCs w:val="21"/>
        </w:rPr>
        <w:t xml:space="preserve"> - obuhvata zemljište sa brojem parcele 01655-0, po kulturi njiva 8. klase. Parcela se nalazi u K</w:t>
      </w:r>
      <w:r w:rsidR="002A6888">
        <w:rPr>
          <w:rFonts w:eastAsia="Helvetica" w:cs="Helvetica"/>
          <w:szCs w:val="21"/>
        </w:rPr>
        <w:t>Z</w:t>
      </w:r>
      <w:r w:rsidR="0084657B">
        <w:rPr>
          <w:rFonts w:eastAsia="Helvetica" w:cs="Helvetica"/>
          <w:szCs w:val="21"/>
        </w:rPr>
        <w:t xml:space="preserve"> Stančić, opština Gnjilane, i ima ukupnu površinu 2,885 m² (28 ari 85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50B06C8C" w14:textId="77777777">
        <w:trPr>
          <w:cantSplit/>
          <w:jc w:val="center"/>
        </w:trPr>
        <w:tc>
          <w:tcPr>
            <w:tcW w:w="3026" w:type="dxa"/>
            <w:vAlign w:val="center"/>
          </w:tcPr>
          <w:p w14:paraId="4B67A508"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Njiva</w:t>
            </w:r>
          </w:p>
        </w:tc>
        <w:tc>
          <w:tcPr>
            <w:tcW w:w="3026" w:type="dxa"/>
            <w:vAlign w:val="center"/>
          </w:tcPr>
          <w:p w14:paraId="623308E8" w14:textId="77777777" w:rsidR="00345441" w:rsidRDefault="0084657B">
            <w:pPr>
              <w:keepNext/>
              <w:jc w:val="center"/>
            </w:pPr>
            <w:r>
              <w:rPr>
                <w:rFonts w:eastAsia="Helvetica" w:cs="Helvetica"/>
                <w:b/>
                <w:szCs w:val="21"/>
              </w:rPr>
              <w:t>Minimalna cena: 100 €/ar</w:t>
            </w:r>
          </w:p>
        </w:tc>
        <w:tc>
          <w:tcPr>
            <w:tcW w:w="3026" w:type="dxa"/>
            <w:vAlign w:val="center"/>
          </w:tcPr>
          <w:p w14:paraId="5AE9A6CA" w14:textId="77777777" w:rsidR="00345441" w:rsidRDefault="0084657B">
            <w:pPr>
              <w:keepNext/>
              <w:jc w:val="center"/>
            </w:pPr>
            <w:r>
              <w:rPr>
                <w:rFonts w:eastAsia="Helvetica" w:cs="Helvetica"/>
                <w:b/>
                <w:szCs w:val="21"/>
              </w:rPr>
              <w:t>Depozit za ponudu: 1,000 €</w:t>
            </w:r>
          </w:p>
        </w:tc>
      </w:tr>
    </w:tbl>
    <w:p w14:paraId="1B41168C" w14:textId="77777777" w:rsidR="00345441" w:rsidRDefault="0084657B">
      <w:pPr>
        <w:keepLines/>
        <w:spacing w:after="280" w:line="218" w:lineRule="exact"/>
      </w:pPr>
      <w:r>
        <w:rPr>
          <w:rFonts w:eastAsia="Helvetica" w:cs="Helvetica"/>
          <w:i/>
          <w:iCs/>
          <w:color w:val="333333"/>
          <w:szCs w:val="21"/>
        </w:rPr>
        <w:t>Prethodni nazivi i Fi brojevi: KBI Agrokultura, Fi. 1865/96; Fi. 670/89; Fi 106/78</w:t>
      </w:r>
    </w:p>
    <w:p w14:paraId="2B0AAA9D" w14:textId="77777777" w:rsidR="00345441" w:rsidRDefault="00ED0DBE">
      <w:pPr>
        <w:keepNext/>
        <w:keepLines/>
        <w:jc w:val="both"/>
      </w:pPr>
      <w:hyperlink r:id="rId90" w:tooltip="Otvori memorandum za jedinicu 077" w:history="1">
        <w:r w:rsidR="0084657B">
          <w:rPr>
            <w:rFonts w:eastAsia="Helvetica" w:cs="Helvetica"/>
            <w:b/>
            <w:color w:val="B31E8D"/>
            <w:szCs w:val="21"/>
            <w:u w:val="single"/>
          </w:rPr>
          <w:t>Jedinica br.77: DP IMK, zemljište u Štimlju (Lot 03)</w:t>
        </w:r>
      </w:hyperlink>
      <w:r w:rsidR="0084657B">
        <w:rPr>
          <w:rFonts w:eastAsia="Helvetica" w:cs="Helvetica"/>
          <w:szCs w:val="21"/>
        </w:rPr>
        <w:t xml:space="preserve"> - obuhvata poljoprivredno zemljište, katastarsku parcelu P-72809093-01368-0, po kulturi njiva 4. klase, ukupne površine 1,404 m² (14 ari 04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3CAE416C" w14:textId="77777777">
        <w:trPr>
          <w:cantSplit/>
          <w:jc w:val="center"/>
        </w:trPr>
        <w:tc>
          <w:tcPr>
            <w:tcW w:w="3026" w:type="dxa"/>
            <w:vAlign w:val="center"/>
          </w:tcPr>
          <w:p w14:paraId="534013E3"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5C47D6E9" w14:textId="121B99EE" w:rsidR="00345441" w:rsidRDefault="0084657B">
            <w:pPr>
              <w:keepNext/>
              <w:jc w:val="center"/>
            </w:pPr>
            <w:r>
              <w:rPr>
                <w:rFonts w:eastAsia="Helvetica" w:cs="Helvetica"/>
                <w:b/>
                <w:szCs w:val="21"/>
              </w:rPr>
              <w:t>Minimalna cena: 10,000 €/ar</w:t>
            </w:r>
            <w:r w:rsidR="002A6888">
              <w:rPr>
                <w:rFonts w:eastAsia="Helvetica" w:cs="Helvetica"/>
                <w:b/>
                <w:szCs w:val="21"/>
              </w:rPr>
              <w:t>i</w:t>
            </w:r>
          </w:p>
        </w:tc>
        <w:tc>
          <w:tcPr>
            <w:tcW w:w="3026" w:type="dxa"/>
            <w:vAlign w:val="center"/>
          </w:tcPr>
          <w:p w14:paraId="4B0C949E" w14:textId="77777777" w:rsidR="00345441" w:rsidRDefault="0084657B">
            <w:pPr>
              <w:keepNext/>
              <w:jc w:val="center"/>
            </w:pPr>
            <w:r>
              <w:rPr>
                <w:rFonts w:eastAsia="Helvetica" w:cs="Helvetica"/>
                <w:b/>
                <w:szCs w:val="21"/>
              </w:rPr>
              <w:t>Depozit za ponudu: 7,000 €</w:t>
            </w:r>
          </w:p>
        </w:tc>
      </w:tr>
    </w:tbl>
    <w:p w14:paraId="0410A5C7" w14:textId="77777777" w:rsidR="00345441" w:rsidRDefault="0084657B">
      <w:pPr>
        <w:keepLines/>
        <w:spacing w:after="280" w:line="218" w:lineRule="exact"/>
      </w:pPr>
      <w:r>
        <w:rPr>
          <w:rFonts w:eastAsia="Helvetica" w:cs="Helvetica"/>
          <w:i/>
          <w:iCs/>
          <w:color w:val="333333"/>
          <w:szCs w:val="21"/>
        </w:rPr>
        <w:t>Prethodni nazivi i Fi brojevi: IMK Pipe Manufacturing, Fi 784/89</w:t>
      </w:r>
    </w:p>
    <w:p w14:paraId="0DB47918" w14:textId="2EC71EAA" w:rsidR="00345441" w:rsidRDefault="00ED0DBE">
      <w:pPr>
        <w:keepNext/>
        <w:keepLines/>
        <w:jc w:val="both"/>
      </w:pPr>
      <w:hyperlink r:id="rId91" w:tooltip="Otvori memorandum za jedinicu 078" w:history="1">
        <w:r w:rsidR="0084657B">
          <w:rPr>
            <w:rFonts w:eastAsia="Helvetica" w:cs="Helvetica"/>
            <w:b/>
            <w:color w:val="B31E8D"/>
            <w:szCs w:val="21"/>
            <w:u w:val="single"/>
          </w:rPr>
          <w:t xml:space="preserve">Jedinica br.78: Agroprodukti, zemljište u </w:t>
        </w:r>
        <w:r w:rsidR="003B7F03">
          <w:rPr>
            <w:rFonts w:eastAsia="Helvetica" w:cs="Helvetica"/>
            <w:b/>
            <w:color w:val="B31E8D"/>
            <w:szCs w:val="21"/>
            <w:u w:val="single"/>
          </w:rPr>
          <w:t>Hodecu</w:t>
        </w:r>
        <w:r w:rsidR="0084657B">
          <w:rPr>
            <w:rFonts w:eastAsia="Helvetica" w:cs="Helvetica"/>
            <w:b/>
            <w:color w:val="B31E8D"/>
            <w:szCs w:val="21"/>
            <w:u w:val="single"/>
          </w:rPr>
          <w:t xml:space="preserve"> (Lot 02)</w:t>
        </w:r>
      </w:hyperlink>
      <w:r w:rsidR="0084657B">
        <w:rPr>
          <w:rFonts w:eastAsia="Helvetica" w:cs="Helvetica"/>
          <w:szCs w:val="21"/>
        </w:rPr>
        <w:t xml:space="preserve"> - obuhvata poljoprivredno zemljište, katastarsku parcelu br. P-73507059-00913-0, po kulturi pašnjak 2. klase, ukupne površine 4,806 m² (48 ari 06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6D0C9CF7" w14:textId="77777777">
        <w:trPr>
          <w:cantSplit/>
          <w:jc w:val="center"/>
        </w:trPr>
        <w:tc>
          <w:tcPr>
            <w:tcW w:w="3026" w:type="dxa"/>
            <w:vAlign w:val="center"/>
          </w:tcPr>
          <w:p w14:paraId="5F96513A"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Njiva</w:t>
            </w:r>
          </w:p>
        </w:tc>
        <w:tc>
          <w:tcPr>
            <w:tcW w:w="3026" w:type="dxa"/>
            <w:vAlign w:val="center"/>
          </w:tcPr>
          <w:p w14:paraId="24B7112A" w14:textId="77777777" w:rsidR="00345441" w:rsidRDefault="0084657B">
            <w:pPr>
              <w:keepNext/>
              <w:jc w:val="center"/>
            </w:pPr>
            <w:r>
              <w:rPr>
                <w:rFonts w:eastAsia="Helvetica" w:cs="Helvetica"/>
                <w:b/>
                <w:szCs w:val="21"/>
              </w:rPr>
              <w:t>Minimalna cena: 120 €/ar</w:t>
            </w:r>
          </w:p>
        </w:tc>
        <w:tc>
          <w:tcPr>
            <w:tcW w:w="3026" w:type="dxa"/>
            <w:vAlign w:val="center"/>
          </w:tcPr>
          <w:p w14:paraId="1E1A2BBC" w14:textId="77777777" w:rsidR="00345441" w:rsidRDefault="0084657B">
            <w:pPr>
              <w:keepNext/>
              <w:jc w:val="center"/>
            </w:pPr>
            <w:r>
              <w:rPr>
                <w:rFonts w:eastAsia="Helvetica" w:cs="Helvetica"/>
                <w:b/>
                <w:szCs w:val="21"/>
              </w:rPr>
              <w:t>Depozit za ponudu: 1,000 €</w:t>
            </w:r>
          </w:p>
        </w:tc>
      </w:tr>
    </w:tbl>
    <w:p w14:paraId="17EEAF7C" w14:textId="77777777" w:rsidR="00345441" w:rsidRDefault="0084657B">
      <w:pPr>
        <w:keepLines/>
        <w:spacing w:after="280" w:line="218" w:lineRule="exact"/>
      </w:pPr>
      <w:r>
        <w:rPr>
          <w:rFonts w:eastAsia="Helvetica" w:cs="Helvetica"/>
          <w:i/>
          <w:iCs/>
          <w:color w:val="333333"/>
          <w:szCs w:val="21"/>
        </w:rPr>
        <w:t>Prethodni nazivi i Fi brojevi: K.B Agroprodukti, Fi. 166/90</w:t>
      </w:r>
    </w:p>
    <w:p w14:paraId="3ACEF659" w14:textId="43A54DDC" w:rsidR="00345441" w:rsidRDefault="00ED0DBE">
      <w:pPr>
        <w:keepNext/>
        <w:keepLines/>
        <w:jc w:val="both"/>
      </w:pPr>
      <w:hyperlink r:id="rId92" w:tooltip="Otvori memorandum za jedinicu 079" w:history="1">
        <w:r w:rsidR="0084657B">
          <w:rPr>
            <w:rFonts w:eastAsia="Helvetica" w:cs="Helvetica"/>
            <w:b/>
            <w:color w:val="B31E8D"/>
            <w:szCs w:val="21"/>
            <w:u w:val="single"/>
          </w:rPr>
          <w:t xml:space="preserve">Jedinica br.79: Tefik </w:t>
        </w:r>
        <w:r w:rsidR="003B7F03">
          <w:rPr>
            <w:rFonts w:eastAsia="Helvetica" w:cs="Helvetica"/>
            <w:b/>
            <w:color w:val="B31E8D"/>
            <w:szCs w:val="21"/>
            <w:u w:val="single"/>
          </w:rPr>
          <w:t>Č</w:t>
        </w:r>
        <w:r w:rsidR="0084657B">
          <w:rPr>
            <w:rFonts w:eastAsia="Helvetica" w:cs="Helvetica"/>
            <w:b/>
            <w:color w:val="B31E8D"/>
            <w:szCs w:val="21"/>
            <w:u w:val="single"/>
          </w:rPr>
          <w:t>anga, zemljište u Busi</w:t>
        </w:r>
        <w:r w:rsidR="003B7F03">
          <w:rPr>
            <w:rFonts w:eastAsia="Helvetica" w:cs="Helvetica"/>
            <w:b/>
            <w:color w:val="B31E8D"/>
            <w:szCs w:val="21"/>
            <w:u w:val="single"/>
          </w:rPr>
          <w:t>ji</w:t>
        </w:r>
        <w:r w:rsidR="0084657B">
          <w:rPr>
            <w:rFonts w:eastAsia="Helvetica" w:cs="Helvetica"/>
            <w:b/>
            <w:color w:val="B31E8D"/>
            <w:szCs w:val="21"/>
            <w:u w:val="single"/>
          </w:rPr>
          <w:t xml:space="preserve"> (Lot 05)</w:t>
        </w:r>
      </w:hyperlink>
      <w:r w:rsidR="0084657B">
        <w:rPr>
          <w:rFonts w:eastAsia="Helvetica" w:cs="Helvetica"/>
          <w:szCs w:val="21"/>
        </w:rPr>
        <w:t xml:space="preserve"> - obuhvata zemljište sa brojem parcele P-71914008-01905-0, po kulturi pašnjak 5. klase, ukupne površine 2,879 m² (28 ari 79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66359F32" w14:textId="77777777">
        <w:trPr>
          <w:cantSplit/>
          <w:jc w:val="center"/>
        </w:trPr>
        <w:tc>
          <w:tcPr>
            <w:tcW w:w="3026" w:type="dxa"/>
            <w:vAlign w:val="center"/>
          </w:tcPr>
          <w:p w14:paraId="30CD870E"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Njiva</w:t>
            </w:r>
          </w:p>
        </w:tc>
        <w:tc>
          <w:tcPr>
            <w:tcW w:w="3026" w:type="dxa"/>
            <w:vAlign w:val="center"/>
          </w:tcPr>
          <w:p w14:paraId="57C2EBF1" w14:textId="7EBB9A6B" w:rsidR="00345441" w:rsidRDefault="0084657B">
            <w:pPr>
              <w:keepNext/>
              <w:jc w:val="center"/>
            </w:pPr>
            <w:r>
              <w:rPr>
                <w:rFonts w:eastAsia="Helvetica" w:cs="Helvetica"/>
                <w:b/>
                <w:szCs w:val="21"/>
              </w:rPr>
              <w:t>Minimalna cena: 150 €/ar</w:t>
            </w:r>
            <w:r w:rsidR="003B7F03">
              <w:rPr>
                <w:rFonts w:eastAsia="Helvetica" w:cs="Helvetica"/>
                <w:b/>
                <w:szCs w:val="21"/>
              </w:rPr>
              <w:t>i</w:t>
            </w:r>
          </w:p>
        </w:tc>
        <w:tc>
          <w:tcPr>
            <w:tcW w:w="3026" w:type="dxa"/>
            <w:vAlign w:val="center"/>
          </w:tcPr>
          <w:p w14:paraId="6BE25DCE" w14:textId="77777777" w:rsidR="00345441" w:rsidRDefault="0084657B">
            <w:pPr>
              <w:keepNext/>
              <w:jc w:val="center"/>
            </w:pPr>
            <w:r>
              <w:rPr>
                <w:rFonts w:eastAsia="Helvetica" w:cs="Helvetica"/>
                <w:b/>
                <w:szCs w:val="21"/>
              </w:rPr>
              <w:t>Depozit za ponudu: 1,000 €</w:t>
            </w:r>
          </w:p>
        </w:tc>
      </w:tr>
    </w:tbl>
    <w:p w14:paraId="322928A4" w14:textId="77777777" w:rsidR="00345441" w:rsidRDefault="0084657B">
      <w:pPr>
        <w:keepLines/>
        <w:spacing w:after="280" w:line="218" w:lineRule="exact"/>
      </w:pPr>
      <w:r>
        <w:rPr>
          <w:rFonts w:eastAsia="Helvetica" w:cs="Helvetica"/>
          <w:i/>
          <w:iCs/>
          <w:color w:val="333333"/>
          <w:szCs w:val="21"/>
        </w:rPr>
        <w:t>Prethodni nazivi i Fi brojevi: Kombinati Drurit Tefik Çanga, Fi 631/89</w:t>
      </w:r>
    </w:p>
    <w:p w14:paraId="7008EF7F" w14:textId="62F2DB70" w:rsidR="00345441" w:rsidRDefault="00ED0DBE">
      <w:pPr>
        <w:keepNext/>
        <w:keepLines/>
        <w:jc w:val="both"/>
      </w:pPr>
      <w:hyperlink r:id="rId93" w:tooltip="Otvori memorandum za jedinicu 080" w:history="1">
        <w:r w:rsidR="0084657B">
          <w:rPr>
            <w:rFonts w:eastAsia="Helvetica" w:cs="Helvetica"/>
            <w:b/>
            <w:color w:val="B31E8D"/>
            <w:szCs w:val="21"/>
            <w:u w:val="single"/>
          </w:rPr>
          <w:t xml:space="preserve">Jedinica br.80: Tefik </w:t>
        </w:r>
        <w:r w:rsidR="00A54F8A">
          <w:rPr>
            <w:rFonts w:eastAsia="Helvetica" w:cs="Helvetica"/>
            <w:b/>
            <w:color w:val="B31E8D"/>
            <w:szCs w:val="21"/>
            <w:u w:val="single"/>
          </w:rPr>
          <w:t>Č</w:t>
        </w:r>
        <w:r w:rsidR="0084657B">
          <w:rPr>
            <w:rFonts w:eastAsia="Helvetica" w:cs="Helvetica"/>
            <w:b/>
            <w:color w:val="B31E8D"/>
            <w:szCs w:val="21"/>
            <w:u w:val="single"/>
          </w:rPr>
          <w:t>anga, zemljište u Busi</w:t>
        </w:r>
        <w:r w:rsidR="00A54F8A">
          <w:rPr>
            <w:rFonts w:eastAsia="Helvetica" w:cs="Helvetica"/>
            <w:b/>
            <w:color w:val="B31E8D"/>
            <w:szCs w:val="21"/>
            <w:u w:val="single"/>
          </w:rPr>
          <w:t>ji</w:t>
        </w:r>
        <w:r w:rsidR="0084657B">
          <w:rPr>
            <w:rFonts w:eastAsia="Helvetica" w:cs="Helvetica"/>
            <w:b/>
            <w:color w:val="B31E8D"/>
            <w:szCs w:val="21"/>
            <w:u w:val="single"/>
          </w:rPr>
          <w:t xml:space="preserve"> (Lot 06)</w:t>
        </w:r>
      </w:hyperlink>
      <w:r w:rsidR="0084657B">
        <w:rPr>
          <w:rFonts w:eastAsia="Helvetica" w:cs="Helvetica"/>
          <w:szCs w:val="21"/>
        </w:rPr>
        <w:t xml:space="preserve"> - obuhvata zemljište sa brojem parcele P-71914008-01127-0, po kulturi pašnjak 5. klase, ukupne površine 1,927 m² (19 ari 27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7FE6ABCA" w14:textId="77777777">
        <w:trPr>
          <w:cantSplit/>
          <w:jc w:val="center"/>
        </w:trPr>
        <w:tc>
          <w:tcPr>
            <w:tcW w:w="3026" w:type="dxa"/>
            <w:vAlign w:val="center"/>
          </w:tcPr>
          <w:p w14:paraId="21D8C5C3"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Njiva</w:t>
            </w:r>
          </w:p>
        </w:tc>
        <w:tc>
          <w:tcPr>
            <w:tcW w:w="3026" w:type="dxa"/>
            <w:vAlign w:val="center"/>
          </w:tcPr>
          <w:p w14:paraId="14278F9A" w14:textId="492791CD" w:rsidR="00345441" w:rsidRDefault="0084657B">
            <w:pPr>
              <w:keepNext/>
              <w:jc w:val="center"/>
            </w:pPr>
            <w:r>
              <w:rPr>
                <w:rFonts w:eastAsia="Helvetica" w:cs="Helvetica"/>
                <w:b/>
                <w:szCs w:val="21"/>
              </w:rPr>
              <w:t>Minimalna cena: 150 €/ar</w:t>
            </w:r>
            <w:r w:rsidR="00A54F8A">
              <w:rPr>
                <w:rFonts w:eastAsia="Helvetica" w:cs="Helvetica"/>
                <w:b/>
                <w:szCs w:val="21"/>
              </w:rPr>
              <w:t>i</w:t>
            </w:r>
          </w:p>
        </w:tc>
        <w:tc>
          <w:tcPr>
            <w:tcW w:w="3026" w:type="dxa"/>
            <w:vAlign w:val="center"/>
          </w:tcPr>
          <w:p w14:paraId="4CBCBE8B" w14:textId="77777777" w:rsidR="00345441" w:rsidRDefault="0084657B">
            <w:pPr>
              <w:keepNext/>
              <w:jc w:val="center"/>
            </w:pPr>
            <w:r>
              <w:rPr>
                <w:rFonts w:eastAsia="Helvetica" w:cs="Helvetica"/>
                <w:b/>
                <w:szCs w:val="21"/>
              </w:rPr>
              <w:t>Depozit za ponudu: 1,000 €</w:t>
            </w:r>
          </w:p>
        </w:tc>
      </w:tr>
    </w:tbl>
    <w:p w14:paraId="4F5967A8" w14:textId="77777777" w:rsidR="00345441" w:rsidRDefault="0084657B">
      <w:pPr>
        <w:keepLines/>
        <w:spacing w:after="280" w:line="218" w:lineRule="exact"/>
      </w:pPr>
      <w:r>
        <w:rPr>
          <w:rFonts w:eastAsia="Helvetica" w:cs="Helvetica"/>
          <w:i/>
          <w:iCs/>
          <w:color w:val="333333"/>
          <w:szCs w:val="21"/>
        </w:rPr>
        <w:t>Prethodni nazivi i Fi brojevi: Kombinati Drurit Tefik Çanga, Fi 631/89</w:t>
      </w:r>
    </w:p>
    <w:p w14:paraId="33EA7ADD" w14:textId="19D9508D" w:rsidR="00345441" w:rsidRDefault="00ED0DBE">
      <w:pPr>
        <w:keepNext/>
        <w:keepLines/>
        <w:jc w:val="both"/>
      </w:pPr>
      <w:hyperlink r:id="rId94" w:tooltip="Otvori memorandum za jedinicu 081" w:history="1">
        <w:r w:rsidR="0084657B">
          <w:rPr>
            <w:rFonts w:eastAsia="Helvetica" w:cs="Helvetica"/>
            <w:b/>
            <w:color w:val="B31E8D"/>
            <w:szCs w:val="21"/>
            <w:u w:val="single"/>
          </w:rPr>
          <w:t>Jedinica br.81: ZZ Globočica, zemljište i objekat</w:t>
        </w:r>
      </w:hyperlink>
      <w:r w:rsidR="0084657B">
        <w:rPr>
          <w:rFonts w:eastAsia="Helvetica" w:cs="Helvetica"/>
          <w:szCs w:val="21"/>
        </w:rPr>
        <w:t xml:space="preserve"> - Imovina za prodaju sastoji se od zemljišta, parcele br. P-70917018-00684-4, po kulturi njiva 7. klase, površine 6,290 m² (62 ara 90 m²), i nedovršenog objekta površine 375.50 m², u K</w:t>
      </w:r>
      <w:r w:rsidR="0024653B">
        <w:rPr>
          <w:rFonts w:eastAsia="Helvetica" w:cs="Helvetica"/>
          <w:szCs w:val="21"/>
        </w:rPr>
        <w:t>Z</w:t>
      </w:r>
      <w:r w:rsidR="0084657B">
        <w:rPr>
          <w:rFonts w:eastAsia="Helvetica" w:cs="Helvetica"/>
          <w:szCs w:val="21"/>
        </w:rPr>
        <w:t xml:space="preserve"> Qafëshqipja, opština Kačanik.</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0550F30A" w14:textId="77777777">
        <w:trPr>
          <w:cantSplit/>
          <w:jc w:val="center"/>
        </w:trPr>
        <w:tc>
          <w:tcPr>
            <w:tcW w:w="3026" w:type="dxa"/>
            <w:vAlign w:val="center"/>
          </w:tcPr>
          <w:p w14:paraId="45783A2A"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305C3AD8" w14:textId="315BDE19" w:rsidR="00345441" w:rsidRDefault="0084657B">
            <w:pPr>
              <w:keepNext/>
              <w:jc w:val="center"/>
            </w:pPr>
            <w:r>
              <w:rPr>
                <w:rFonts w:eastAsia="Helvetica" w:cs="Helvetica"/>
                <w:b/>
                <w:szCs w:val="21"/>
              </w:rPr>
              <w:t>Minimalna cena: 1,200 €/ar</w:t>
            </w:r>
            <w:r w:rsidR="0024653B">
              <w:rPr>
                <w:rFonts w:eastAsia="Helvetica" w:cs="Helvetica"/>
                <w:b/>
                <w:szCs w:val="21"/>
              </w:rPr>
              <w:t>i</w:t>
            </w:r>
          </w:p>
        </w:tc>
        <w:tc>
          <w:tcPr>
            <w:tcW w:w="3026" w:type="dxa"/>
            <w:vAlign w:val="center"/>
          </w:tcPr>
          <w:p w14:paraId="5D4A4549" w14:textId="77777777" w:rsidR="00345441" w:rsidRDefault="0084657B">
            <w:pPr>
              <w:keepNext/>
              <w:jc w:val="center"/>
            </w:pPr>
            <w:r>
              <w:rPr>
                <w:rFonts w:eastAsia="Helvetica" w:cs="Helvetica"/>
                <w:b/>
                <w:szCs w:val="21"/>
              </w:rPr>
              <w:t>Depozit za ponudu: 8,000 €</w:t>
            </w:r>
          </w:p>
        </w:tc>
      </w:tr>
    </w:tbl>
    <w:p w14:paraId="0D88813B" w14:textId="77777777" w:rsidR="00345441" w:rsidRDefault="0084657B">
      <w:pPr>
        <w:keepLines/>
        <w:spacing w:after="280" w:line="218" w:lineRule="exact"/>
      </w:pPr>
      <w:r>
        <w:rPr>
          <w:rFonts w:eastAsia="Helvetica" w:cs="Helvetica"/>
          <w:i/>
          <w:iCs/>
          <w:color w:val="333333"/>
          <w:szCs w:val="21"/>
        </w:rPr>
        <w:t>Prethodni nazivi i Fi brojevi: KB Gllobocica, Fi. Fi-204/85</w:t>
      </w:r>
    </w:p>
    <w:p w14:paraId="48D2698F" w14:textId="40F3E42D" w:rsidR="00345441" w:rsidRDefault="00ED0DBE">
      <w:pPr>
        <w:keepNext/>
        <w:keepLines/>
        <w:jc w:val="both"/>
      </w:pPr>
      <w:hyperlink r:id="rId95" w:tooltip="Otvori memorandum za jedinicu 082" w:history="1">
        <w:r w:rsidR="0084657B">
          <w:rPr>
            <w:rFonts w:eastAsia="Helvetica" w:cs="Helvetica"/>
            <w:b/>
            <w:color w:val="B31E8D"/>
            <w:szCs w:val="21"/>
            <w:u w:val="single"/>
          </w:rPr>
          <w:t>Jedinica br.82: Agromorava, zemljište u Požaranju (Lot F)</w:t>
        </w:r>
      </w:hyperlink>
      <w:r w:rsidR="0084657B">
        <w:rPr>
          <w:rFonts w:eastAsia="Helvetica" w:cs="Helvetica"/>
          <w:szCs w:val="21"/>
        </w:rPr>
        <w:t xml:space="preserve"> - obuhvata poljoprivredno zemljište, parcelu br. P-70101033-00350-0, njiva 3. klase, ukupne površine 7,424 m² (74 ara 24 m²), u K</w:t>
      </w:r>
      <w:r w:rsidR="0024653B">
        <w:rPr>
          <w:rFonts w:eastAsia="Helvetica" w:cs="Helvetica"/>
          <w:szCs w:val="21"/>
        </w:rPr>
        <w:t>Z</w:t>
      </w:r>
      <w:r w:rsidR="0084657B">
        <w:rPr>
          <w:rFonts w:eastAsia="Helvetica" w:cs="Helvetica"/>
          <w:szCs w:val="21"/>
        </w:rPr>
        <w:t xml:space="preserve"> Požaranje, opština Vitina.</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175C650B" w14:textId="77777777">
        <w:trPr>
          <w:cantSplit/>
          <w:jc w:val="center"/>
        </w:trPr>
        <w:tc>
          <w:tcPr>
            <w:tcW w:w="3026" w:type="dxa"/>
            <w:vAlign w:val="center"/>
          </w:tcPr>
          <w:p w14:paraId="4B286479"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67A34168" w14:textId="1B25488D" w:rsidR="00345441" w:rsidRDefault="0084657B">
            <w:pPr>
              <w:keepNext/>
              <w:jc w:val="center"/>
            </w:pPr>
            <w:r>
              <w:rPr>
                <w:rFonts w:eastAsia="Helvetica" w:cs="Helvetica"/>
                <w:b/>
                <w:szCs w:val="21"/>
              </w:rPr>
              <w:t>Minimalna cena: 1,800 €/ar</w:t>
            </w:r>
            <w:r w:rsidR="0024653B">
              <w:rPr>
                <w:rFonts w:eastAsia="Helvetica" w:cs="Helvetica"/>
                <w:b/>
                <w:szCs w:val="21"/>
              </w:rPr>
              <w:t>i</w:t>
            </w:r>
          </w:p>
        </w:tc>
        <w:tc>
          <w:tcPr>
            <w:tcW w:w="3026" w:type="dxa"/>
            <w:vAlign w:val="center"/>
          </w:tcPr>
          <w:p w14:paraId="7D112F9C" w14:textId="77777777" w:rsidR="00345441" w:rsidRDefault="0084657B">
            <w:pPr>
              <w:keepNext/>
              <w:jc w:val="center"/>
            </w:pPr>
            <w:r>
              <w:rPr>
                <w:rFonts w:eastAsia="Helvetica" w:cs="Helvetica"/>
                <w:b/>
                <w:szCs w:val="21"/>
              </w:rPr>
              <w:t>Depozit za ponudu: 7,000 €</w:t>
            </w:r>
          </w:p>
        </w:tc>
      </w:tr>
    </w:tbl>
    <w:p w14:paraId="4E9D03BA" w14:textId="77777777" w:rsidR="00345441" w:rsidRDefault="0084657B">
      <w:pPr>
        <w:keepLines/>
        <w:spacing w:after="280" w:line="218" w:lineRule="exact"/>
      </w:pPr>
      <w:r>
        <w:rPr>
          <w:rFonts w:eastAsia="Helvetica" w:cs="Helvetica"/>
          <w:i/>
          <w:iCs/>
          <w:color w:val="333333"/>
          <w:szCs w:val="21"/>
        </w:rPr>
        <w:t>Prethodni nazivi i Fi brojevi: N.B.I Agromorava, Fi. 229/89</w:t>
      </w:r>
    </w:p>
    <w:p w14:paraId="78A4E144" w14:textId="6785599A" w:rsidR="00345441" w:rsidRDefault="00ED0DBE">
      <w:pPr>
        <w:keepNext/>
        <w:keepLines/>
        <w:jc w:val="both"/>
      </w:pPr>
      <w:hyperlink r:id="rId96" w:tooltip="Otvori memorandum za jedinicu 083" w:history="1">
        <w:r w:rsidR="0084657B">
          <w:rPr>
            <w:rFonts w:eastAsia="Helvetica" w:cs="Helvetica"/>
            <w:b/>
            <w:color w:val="B31E8D"/>
            <w:szCs w:val="21"/>
            <w:u w:val="single"/>
          </w:rPr>
          <w:t>Jedinica br.83: Agromorava, zemljište u Gušici (Lot A)</w:t>
        </w:r>
      </w:hyperlink>
      <w:r w:rsidR="0084657B">
        <w:rPr>
          <w:rFonts w:eastAsia="Helvetica" w:cs="Helvetica"/>
          <w:szCs w:val="21"/>
        </w:rPr>
        <w:t xml:space="preserve"> - obuhvata poljoprivredno zemljište, parcele br. P-70101016-00968-0 i P-70101016-00969-0, pašnjak 3. klase, ukupne površine 5,022 m² (50 ari 22 m²), u K</w:t>
      </w:r>
      <w:r w:rsidR="0024653B">
        <w:rPr>
          <w:rFonts w:eastAsia="Helvetica" w:cs="Helvetica"/>
          <w:szCs w:val="21"/>
        </w:rPr>
        <w:t>Z</w:t>
      </w:r>
      <w:r w:rsidR="0084657B">
        <w:rPr>
          <w:rFonts w:eastAsia="Helvetica" w:cs="Helvetica"/>
          <w:szCs w:val="21"/>
        </w:rPr>
        <w:t xml:space="preserve"> Gušica, opština Vitina.</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4A006756" w14:textId="77777777">
        <w:trPr>
          <w:cantSplit/>
          <w:jc w:val="center"/>
        </w:trPr>
        <w:tc>
          <w:tcPr>
            <w:tcW w:w="3026" w:type="dxa"/>
            <w:vAlign w:val="center"/>
          </w:tcPr>
          <w:p w14:paraId="6862E0B7"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3453C5CA" w14:textId="77777777" w:rsidR="00345441" w:rsidRDefault="0084657B">
            <w:pPr>
              <w:keepNext/>
              <w:jc w:val="center"/>
            </w:pPr>
            <w:r>
              <w:rPr>
                <w:rFonts w:eastAsia="Helvetica" w:cs="Helvetica"/>
                <w:b/>
                <w:szCs w:val="21"/>
              </w:rPr>
              <w:t>Minimalna cena: 120 €/ar</w:t>
            </w:r>
          </w:p>
        </w:tc>
        <w:tc>
          <w:tcPr>
            <w:tcW w:w="3026" w:type="dxa"/>
            <w:vAlign w:val="center"/>
          </w:tcPr>
          <w:p w14:paraId="0CD7B326" w14:textId="77777777" w:rsidR="00345441" w:rsidRDefault="0084657B">
            <w:pPr>
              <w:keepNext/>
              <w:jc w:val="center"/>
            </w:pPr>
            <w:r>
              <w:rPr>
                <w:rFonts w:eastAsia="Helvetica" w:cs="Helvetica"/>
                <w:b/>
                <w:szCs w:val="21"/>
              </w:rPr>
              <w:t>Depozit za ponudu: 1,000 €</w:t>
            </w:r>
          </w:p>
        </w:tc>
      </w:tr>
    </w:tbl>
    <w:p w14:paraId="0C89205E" w14:textId="77777777" w:rsidR="00345441" w:rsidRDefault="0084657B">
      <w:pPr>
        <w:keepLines/>
        <w:spacing w:after="280" w:line="218" w:lineRule="exact"/>
      </w:pPr>
      <w:r>
        <w:rPr>
          <w:rFonts w:eastAsia="Helvetica" w:cs="Helvetica"/>
          <w:i/>
          <w:iCs/>
          <w:color w:val="333333"/>
          <w:szCs w:val="21"/>
        </w:rPr>
        <w:t>Prethodni nazivi i Fi brojevi: N.B.I Agromorava, Fi. 229/89</w:t>
      </w:r>
    </w:p>
    <w:p w14:paraId="03AB6CA0" w14:textId="77777777" w:rsidR="00345441" w:rsidRDefault="00ED0DBE">
      <w:pPr>
        <w:keepNext/>
        <w:keepLines/>
        <w:jc w:val="both"/>
      </w:pPr>
      <w:hyperlink r:id="rId97" w:tooltip="Otvori memorandum za jedinicu 084" w:history="1">
        <w:r w:rsidR="0084657B">
          <w:rPr>
            <w:rFonts w:eastAsia="Helvetica" w:cs="Helvetica"/>
            <w:b/>
            <w:color w:val="B31E8D"/>
            <w:szCs w:val="21"/>
            <w:u w:val="single"/>
          </w:rPr>
          <w:t>Jedinica br.84: Ramadan Agushi, zemljište u Čerkeskoj Sadovini (Lot A)</w:t>
        </w:r>
      </w:hyperlink>
      <w:r w:rsidR="0084657B">
        <w:rPr>
          <w:rFonts w:eastAsia="Helvetica" w:cs="Helvetica"/>
          <w:szCs w:val="21"/>
        </w:rPr>
        <w:t xml:space="preserve"> - obuhvata zemljište sa brojem parcele P-70101040-01638-0, po kulturi livada 5. klase, ukupne površine 8,801 m² (88 ari 01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23E69116" w14:textId="77777777">
        <w:trPr>
          <w:cantSplit/>
          <w:jc w:val="center"/>
        </w:trPr>
        <w:tc>
          <w:tcPr>
            <w:tcW w:w="3026" w:type="dxa"/>
            <w:vAlign w:val="center"/>
          </w:tcPr>
          <w:p w14:paraId="6272EB9F"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6DC6271F" w14:textId="09B07834" w:rsidR="00345441" w:rsidRDefault="0084657B">
            <w:pPr>
              <w:keepNext/>
              <w:jc w:val="center"/>
            </w:pPr>
            <w:r>
              <w:rPr>
                <w:rFonts w:eastAsia="Helvetica" w:cs="Helvetica"/>
                <w:b/>
                <w:szCs w:val="21"/>
              </w:rPr>
              <w:t>Minimalna cena: 800 €/ar</w:t>
            </w:r>
            <w:r w:rsidR="0024653B">
              <w:rPr>
                <w:rFonts w:eastAsia="Helvetica" w:cs="Helvetica"/>
                <w:b/>
                <w:szCs w:val="21"/>
              </w:rPr>
              <w:t>i</w:t>
            </w:r>
          </w:p>
        </w:tc>
        <w:tc>
          <w:tcPr>
            <w:tcW w:w="3026" w:type="dxa"/>
            <w:vAlign w:val="center"/>
          </w:tcPr>
          <w:p w14:paraId="65D7D3D5" w14:textId="77777777" w:rsidR="00345441" w:rsidRDefault="0084657B">
            <w:pPr>
              <w:keepNext/>
              <w:jc w:val="center"/>
            </w:pPr>
            <w:r>
              <w:rPr>
                <w:rFonts w:eastAsia="Helvetica" w:cs="Helvetica"/>
                <w:b/>
                <w:szCs w:val="21"/>
              </w:rPr>
              <w:t>Depozit za ponudu: 7,000 €</w:t>
            </w:r>
          </w:p>
        </w:tc>
      </w:tr>
    </w:tbl>
    <w:p w14:paraId="5F58B263" w14:textId="77777777" w:rsidR="00345441" w:rsidRDefault="0084657B">
      <w:pPr>
        <w:keepLines/>
        <w:spacing w:after="280" w:line="218" w:lineRule="exact"/>
      </w:pPr>
      <w:r>
        <w:rPr>
          <w:rFonts w:eastAsia="Helvetica" w:cs="Helvetica"/>
          <w:i/>
          <w:iCs/>
          <w:color w:val="333333"/>
          <w:szCs w:val="21"/>
        </w:rPr>
        <w:t>Prethodni nazivi i Fi brojevi: K.B Ramadan Agushi, Fi. Fi 1386/90</w:t>
      </w:r>
    </w:p>
    <w:p w14:paraId="68C05F0C" w14:textId="77777777" w:rsidR="00345441" w:rsidRDefault="00ED0DBE">
      <w:pPr>
        <w:keepNext/>
        <w:keepLines/>
        <w:jc w:val="both"/>
      </w:pPr>
      <w:hyperlink r:id="rId98" w:tooltip="Otvori memorandum za jedinicu 085" w:history="1">
        <w:r w:rsidR="0084657B">
          <w:rPr>
            <w:rFonts w:eastAsia="Helvetica" w:cs="Helvetica"/>
            <w:b/>
            <w:color w:val="B31E8D"/>
            <w:szCs w:val="21"/>
            <w:u w:val="single"/>
          </w:rPr>
          <w:t>Jedinica br.85: Agromorava, zemljište u Donjoj Slatini (Lot D)</w:t>
        </w:r>
      </w:hyperlink>
      <w:r w:rsidR="0084657B">
        <w:rPr>
          <w:rFonts w:eastAsia="Helvetica" w:cs="Helvetica"/>
          <w:szCs w:val="21"/>
        </w:rPr>
        <w:t xml:space="preserve"> - obuhvata poljoprivredno zemljište, katastarsku parcelu br. P-70101037-01471-0, po kulturi pašnjak 3. klase, ukupne površine 2,298 m² (22 ara 98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4A3A65B5" w14:textId="77777777">
        <w:trPr>
          <w:cantSplit/>
          <w:jc w:val="center"/>
        </w:trPr>
        <w:tc>
          <w:tcPr>
            <w:tcW w:w="3026" w:type="dxa"/>
            <w:vAlign w:val="center"/>
          </w:tcPr>
          <w:p w14:paraId="370B3C75"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451B19F6" w14:textId="52001EC2" w:rsidR="00345441" w:rsidRDefault="0084657B">
            <w:pPr>
              <w:keepNext/>
              <w:jc w:val="center"/>
            </w:pPr>
            <w:r>
              <w:rPr>
                <w:rFonts w:eastAsia="Helvetica" w:cs="Helvetica"/>
                <w:b/>
                <w:szCs w:val="21"/>
              </w:rPr>
              <w:t>Minimalna cena: 800 €/ar</w:t>
            </w:r>
            <w:r w:rsidR="0024653B">
              <w:rPr>
                <w:rFonts w:eastAsia="Helvetica" w:cs="Helvetica"/>
                <w:b/>
                <w:szCs w:val="21"/>
              </w:rPr>
              <w:t>i</w:t>
            </w:r>
          </w:p>
        </w:tc>
        <w:tc>
          <w:tcPr>
            <w:tcW w:w="3026" w:type="dxa"/>
            <w:vAlign w:val="center"/>
          </w:tcPr>
          <w:p w14:paraId="3BBFDAD1" w14:textId="77777777" w:rsidR="00345441" w:rsidRDefault="0084657B">
            <w:pPr>
              <w:keepNext/>
              <w:jc w:val="center"/>
            </w:pPr>
            <w:r>
              <w:rPr>
                <w:rFonts w:eastAsia="Helvetica" w:cs="Helvetica"/>
                <w:b/>
                <w:szCs w:val="21"/>
              </w:rPr>
              <w:t>Depozit za ponudu: 2,000 €</w:t>
            </w:r>
          </w:p>
        </w:tc>
      </w:tr>
    </w:tbl>
    <w:p w14:paraId="3D5CAC2B" w14:textId="77777777" w:rsidR="00345441" w:rsidRDefault="0084657B">
      <w:pPr>
        <w:keepLines/>
        <w:spacing w:after="280" w:line="218" w:lineRule="exact"/>
      </w:pPr>
      <w:r>
        <w:rPr>
          <w:rFonts w:eastAsia="Helvetica" w:cs="Helvetica"/>
          <w:i/>
          <w:iCs/>
          <w:color w:val="333333"/>
          <w:szCs w:val="21"/>
        </w:rPr>
        <w:t>Prethodni nazivi i Fi brojevi: N.B.I Agromorava, Fi. 229/89</w:t>
      </w:r>
    </w:p>
    <w:p w14:paraId="2745B82D" w14:textId="77777777" w:rsidR="00345441" w:rsidRDefault="00ED0DBE">
      <w:pPr>
        <w:keepNext/>
        <w:keepLines/>
        <w:jc w:val="both"/>
      </w:pPr>
      <w:hyperlink r:id="rId99" w:tooltip="Otvori memorandum za jedinicu 086" w:history="1">
        <w:r w:rsidR="0084657B">
          <w:rPr>
            <w:rFonts w:eastAsia="Helvetica" w:cs="Helvetica"/>
            <w:b/>
            <w:color w:val="B31E8D"/>
            <w:szCs w:val="21"/>
            <w:u w:val="single"/>
          </w:rPr>
          <w:t>Jedinica br.86: Ramadan Agushi, zemljište u Režancu (Lot 01)</w:t>
        </w:r>
      </w:hyperlink>
      <w:r w:rsidR="0084657B">
        <w:rPr>
          <w:rFonts w:eastAsia="Helvetica" w:cs="Helvetica"/>
          <w:szCs w:val="21"/>
        </w:rPr>
        <w:t xml:space="preserve"> - obuhvata zemljište sa brojem parcele P-70917073-00012-0, po kulturi pašnjak 6. klase, ukupne površine 2,080 m² (20 ari 80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352100C2" w14:textId="77777777">
        <w:trPr>
          <w:cantSplit/>
          <w:jc w:val="center"/>
        </w:trPr>
        <w:tc>
          <w:tcPr>
            <w:tcW w:w="3026" w:type="dxa"/>
            <w:vAlign w:val="center"/>
          </w:tcPr>
          <w:p w14:paraId="38B765EC"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6ECDE4D3" w14:textId="69A8E5B6" w:rsidR="00345441" w:rsidRDefault="0084657B">
            <w:pPr>
              <w:keepNext/>
              <w:jc w:val="center"/>
            </w:pPr>
            <w:r>
              <w:rPr>
                <w:rFonts w:eastAsia="Helvetica" w:cs="Helvetica"/>
                <w:b/>
                <w:szCs w:val="21"/>
              </w:rPr>
              <w:t>Minimalna cena: 160 €/ar</w:t>
            </w:r>
            <w:r w:rsidR="0024653B">
              <w:rPr>
                <w:rFonts w:eastAsia="Helvetica" w:cs="Helvetica"/>
                <w:b/>
                <w:szCs w:val="21"/>
              </w:rPr>
              <w:t>i</w:t>
            </w:r>
          </w:p>
        </w:tc>
        <w:tc>
          <w:tcPr>
            <w:tcW w:w="3026" w:type="dxa"/>
            <w:vAlign w:val="center"/>
          </w:tcPr>
          <w:p w14:paraId="6BD0678A" w14:textId="77777777" w:rsidR="00345441" w:rsidRDefault="0084657B">
            <w:pPr>
              <w:keepNext/>
              <w:jc w:val="center"/>
            </w:pPr>
            <w:r>
              <w:rPr>
                <w:rFonts w:eastAsia="Helvetica" w:cs="Helvetica"/>
                <w:b/>
                <w:szCs w:val="21"/>
              </w:rPr>
              <w:t>Depozit za ponudu: 1,000 €</w:t>
            </w:r>
          </w:p>
        </w:tc>
      </w:tr>
    </w:tbl>
    <w:p w14:paraId="4E26F468" w14:textId="77777777" w:rsidR="00345441" w:rsidRDefault="0084657B">
      <w:pPr>
        <w:keepLines/>
        <w:spacing w:after="280" w:line="218" w:lineRule="exact"/>
      </w:pPr>
      <w:r>
        <w:rPr>
          <w:rFonts w:eastAsia="Helvetica" w:cs="Helvetica"/>
          <w:i/>
          <w:iCs/>
          <w:color w:val="333333"/>
          <w:szCs w:val="21"/>
        </w:rPr>
        <w:t>Prethodni nazivi i Fi brojevi: K.B Ramadan Agushi, Fi 1386/90</w:t>
      </w:r>
    </w:p>
    <w:p w14:paraId="477B2321" w14:textId="77777777" w:rsidR="00345441" w:rsidRDefault="00ED0DBE">
      <w:pPr>
        <w:keepNext/>
        <w:keepLines/>
        <w:jc w:val="both"/>
      </w:pPr>
      <w:hyperlink r:id="rId100" w:tooltip="Otvori memorandum za jedinicu 087" w:history="1">
        <w:r w:rsidR="0084657B">
          <w:rPr>
            <w:rFonts w:eastAsia="Helvetica" w:cs="Helvetica"/>
            <w:b/>
            <w:color w:val="B31E8D"/>
            <w:szCs w:val="21"/>
            <w:u w:val="single"/>
          </w:rPr>
          <w:t>Jedinica br.87: ZZ Morava Parteš, zemljište u Donjoj Budrigi (LOT A)</w:t>
        </w:r>
      </w:hyperlink>
      <w:r w:rsidR="0084657B">
        <w:rPr>
          <w:rFonts w:eastAsia="Helvetica" w:cs="Helvetica"/>
          <w:szCs w:val="21"/>
        </w:rPr>
        <w:t xml:space="preserve"> - obuhvata poljoprivredno zemljište, katastarsku parcelu P-73603018-00147-0, po kulturi njiva 2. klase, ukupne površine 5,918 m² (59 ari 18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082271E4" w14:textId="77777777">
        <w:trPr>
          <w:cantSplit/>
          <w:jc w:val="center"/>
        </w:trPr>
        <w:tc>
          <w:tcPr>
            <w:tcW w:w="3026" w:type="dxa"/>
            <w:vAlign w:val="center"/>
          </w:tcPr>
          <w:p w14:paraId="59FF91A9"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3C83F715" w14:textId="0F816198" w:rsidR="00345441" w:rsidRDefault="0084657B">
            <w:pPr>
              <w:keepNext/>
              <w:jc w:val="center"/>
            </w:pPr>
            <w:r>
              <w:rPr>
                <w:rFonts w:eastAsia="Helvetica" w:cs="Helvetica"/>
                <w:b/>
                <w:szCs w:val="21"/>
              </w:rPr>
              <w:t>Minimalna cena: 3,800 €/ar</w:t>
            </w:r>
            <w:r w:rsidR="0024653B">
              <w:rPr>
                <w:rFonts w:eastAsia="Helvetica" w:cs="Helvetica"/>
                <w:b/>
                <w:szCs w:val="21"/>
              </w:rPr>
              <w:t>i</w:t>
            </w:r>
          </w:p>
        </w:tc>
        <w:tc>
          <w:tcPr>
            <w:tcW w:w="3026" w:type="dxa"/>
            <w:vAlign w:val="center"/>
          </w:tcPr>
          <w:p w14:paraId="2DAAAFAE" w14:textId="77777777" w:rsidR="00345441" w:rsidRDefault="0084657B">
            <w:pPr>
              <w:keepNext/>
              <w:jc w:val="center"/>
            </w:pPr>
            <w:r>
              <w:rPr>
                <w:rFonts w:eastAsia="Helvetica" w:cs="Helvetica"/>
                <w:b/>
                <w:szCs w:val="21"/>
              </w:rPr>
              <w:t>Depozit za ponudu: 11,000 €</w:t>
            </w:r>
          </w:p>
        </w:tc>
      </w:tr>
    </w:tbl>
    <w:p w14:paraId="2C77FCD7" w14:textId="77777777" w:rsidR="00345441" w:rsidRDefault="0084657B">
      <w:pPr>
        <w:keepLines/>
        <w:spacing w:after="280" w:line="218" w:lineRule="exact"/>
      </w:pPr>
      <w:r>
        <w:rPr>
          <w:rFonts w:eastAsia="Helvetica" w:cs="Helvetica"/>
          <w:i/>
          <w:iCs/>
          <w:color w:val="333333"/>
          <w:szCs w:val="21"/>
        </w:rPr>
        <w:t>Prethodni nazivi i Fi brojevi: K.B Morava Partesh, Fi-1609/90</w:t>
      </w:r>
    </w:p>
    <w:p w14:paraId="122B82C0" w14:textId="77777777" w:rsidR="00345441" w:rsidRDefault="00ED0DBE">
      <w:pPr>
        <w:keepNext/>
        <w:keepLines/>
        <w:jc w:val="both"/>
      </w:pPr>
      <w:hyperlink r:id="rId101" w:tooltip="Otvori memorandum za jedinicu 088" w:history="1">
        <w:r w:rsidR="0084657B">
          <w:rPr>
            <w:rFonts w:eastAsia="Helvetica" w:cs="Helvetica"/>
            <w:b/>
            <w:color w:val="B31E8D"/>
            <w:szCs w:val="21"/>
            <w:u w:val="single"/>
          </w:rPr>
          <w:t>Jedinica br.88: ZZ Zhegra, zemljište u Ladovu (LOT C)</w:t>
        </w:r>
      </w:hyperlink>
      <w:r w:rsidR="0084657B">
        <w:rPr>
          <w:rFonts w:eastAsia="Helvetica" w:cs="Helvetica"/>
          <w:szCs w:val="21"/>
        </w:rPr>
        <w:t xml:space="preserve"> - obuhvata poljoprivredno zemljište, katastarsku parcelu br. P-70403007-00304-0, površine 1,477 m², po kulturi njiva 3. klase.</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03AB3C54" w14:textId="77777777">
        <w:trPr>
          <w:cantSplit/>
          <w:jc w:val="center"/>
        </w:trPr>
        <w:tc>
          <w:tcPr>
            <w:tcW w:w="3026" w:type="dxa"/>
            <w:vAlign w:val="center"/>
          </w:tcPr>
          <w:p w14:paraId="2A43AD88"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01651393" w14:textId="7189BBF6" w:rsidR="00345441" w:rsidRDefault="0084657B">
            <w:pPr>
              <w:keepNext/>
              <w:jc w:val="center"/>
            </w:pPr>
            <w:r>
              <w:rPr>
                <w:rFonts w:eastAsia="Helvetica" w:cs="Helvetica"/>
                <w:b/>
                <w:szCs w:val="21"/>
              </w:rPr>
              <w:t>Minimalna cena: 1,200 €/ar</w:t>
            </w:r>
            <w:r w:rsidR="0024653B">
              <w:rPr>
                <w:rFonts w:eastAsia="Helvetica" w:cs="Helvetica"/>
                <w:b/>
                <w:szCs w:val="21"/>
              </w:rPr>
              <w:t>i</w:t>
            </w:r>
          </w:p>
        </w:tc>
        <w:tc>
          <w:tcPr>
            <w:tcW w:w="3026" w:type="dxa"/>
            <w:vAlign w:val="center"/>
          </w:tcPr>
          <w:p w14:paraId="1DACA7BA" w14:textId="77777777" w:rsidR="00345441" w:rsidRDefault="0084657B">
            <w:pPr>
              <w:keepNext/>
              <w:jc w:val="center"/>
            </w:pPr>
            <w:r>
              <w:rPr>
                <w:rFonts w:eastAsia="Helvetica" w:cs="Helvetica"/>
                <w:b/>
                <w:szCs w:val="21"/>
              </w:rPr>
              <w:t>Depozit za ponudu: 2,000 €</w:t>
            </w:r>
          </w:p>
        </w:tc>
      </w:tr>
    </w:tbl>
    <w:p w14:paraId="5B361282" w14:textId="77777777" w:rsidR="00345441" w:rsidRDefault="0084657B">
      <w:pPr>
        <w:keepLines/>
        <w:spacing w:after="280" w:line="218" w:lineRule="exact"/>
      </w:pPr>
      <w:r>
        <w:rPr>
          <w:rFonts w:eastAsia="Helvetica" w:cs="Helvetica"/>
          <w:i/>
          <w:iCs/>
          <w:color w:val="333333"/>
          <w:szCs w:val="21"/>
        </w:rPr>
        <w:t>Prethodni nazivi i Fi brojevi: K.B Zhegra, Fi-670/89; Fi-529/98</w:t>
      </w:r>
    </w:p>
    <w:p w14:paraId="4470D8F5" w14:textId="77777777" w:rsidR="00345441" w:rsidRDefault="00ED0DBE">
      <w:pPr>
        <w:keepNext/>
        <w:keepLines/>
        <w:jc w:val="both"/>
      </w:pPr>
      <w:hyperlink r:id="rId102" w:tooltip="Otvori memorandum za jedinicu 089" w:history="1">
        <w:r w:rsidR="0084657B">
          <w:rPr>
            <w:rFonts w:eastAsia="Helvetica" w:cs="Helvetica"/>
            <w:b/>
            <w:color w:val="B31E8D"/>
            <w:szCs w:val="21"/>
            <w:u w:val="single"/>
          </w:rPr>
          <w:t>Jedinica br.89: ZZ Morava Parteš, zemljište u Donjoj Budrigi (LOT B)</w:t>
        </w:r>
      </w:hyperlink>
      <w:r w:rsidR="0084657B">
        <w:rPr>
          <w:rFonts w:eastAsia="Helvetica" w:cs="Helvetica"/>
          <w:szCs w:val="21"/>
        </w:rPr>
        <w:t xml:space="preserve"> - obuhvata poljoprivredno zemljište, katastarsku parcelu P-73603018-00148-0, po kulturi njiva 2. klase, ukupne površine 5,798 m² (57 ari 98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0EFF89E8" w14:textId="77777777">
        <w:trPr>
          <w:cantSplit/>
          <w:jc w:val="center"/>
        </w:trPr>
        <w:tc>
          <w:tcPr>
            <w:tcW w:w="3026" w:type="dxa"/>
            <w:vAlign w:val="center"/>
          </w:tcPr>
          <w:p w14:paraId="38401B5A"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0E661833" w14:textId="4BFCD1F7" w:rsidR="00345441" w:rsidRDefault="0084657B">
            <w:pPr>
              <w:keepNext/>
              <w:jc w:val="center"/>
            </w:pPr>
            <w:r>
              <w:rPr>
                <w:rFonts w:eastAsia="Helvetica" w:cs="Helvetica"/>
                <w:b/>
                <w:szCs w:val="21"/>
              </w:rPr>
              <w:t>Minimalna cena: 5,200 €/ar</w:t>
            </w:r>
            <w:r w:rsidR="0024653B">
              <w:rPr>
                <w:rFonts w:eastAsia="Helvetica" w:cs="Helvetica"/>
                <w:b/>
                <w:szCs w:val="21"/>
              </w:rPr>
              <w:t>i</w:t>
            </w:r>
          </w:p>
        </w:tc>
        <w:tc>
          <w:tcPr>
            <w:tcW w:w="3026" w:type="dxa"/>
            <w:vAlign w:val="center"/>
          </w:tcPr>
          <w:p w14:paraId="7DBB2175" w14:textId="77777777" w:rsidR="00345441" w:rsidRDefault="0084657B">
            <w:pPr>
              <w:keepNext/>
              <w:jc w:val="center"/>
            </w:pPr>
            <w:r>
              <w:rPr>
                <w:rFonts w:eastAsia="Helvetica" w:cs="Helvetica"/>
                <w:b/>
                <w:szCs w:val="21"/>
              </w:rPr>
              <w:t>Depozit za ponudu: 15,000 €</w:t>
            </w:r>
          </w:p>
        </w:tc>
      </w:tr>
    </w:tbl>
    <w:p w14:paraId="7C5A3B41" w14:textId="77777777" w:rsidR="00345441" w:rsidRDefault="0084657B">
      <w:pPr>
        <w:keepLines/>
        <w:spacing w:after="280" w:line="218" w:lineRule="exact"/>
      </w:pPr>
      <w:r>
        <w:rPr>
          <w:rFonts w:eastAsia="Helvetica" w:cs="Helvetica"/>
          <w:i/>
          <w:iCs/>
          <w:color w:val="333333"/>
          <w:szCs w:val="21"/>
        </w:rPr>
        <w:t>Prethodni nazivi i Fi brojevi: K.B Morava Partesh, Fi-1609/90</w:t>
      </w:r>
    </w:p>
    <w:p w14:paraId="2CA032BD" w14:textId="77777777" w:rsidR="00345441" w:rsidRDefault="00ED0DBE">
      <w:pPr>
        <w:keepNext/>
        <w:keepLines/>
        <w:jc w:val="both"/>
      </w:pPr>
      <w:hyperlink r:id="rId103" w:tooltip="Otvori memorandum za jedinicu 090" w:history="1">
        <w:r w:rsidR="0084657B">
          <w:rPr>
            <w:rFonts w:eastAsia="Helvetica" w:cs="Helvetica"/>
            <w:b/>
            <w:color w:val="B31E8D"/>
            <w:szCs w:val="21"/>
            <w:u w:val="single"/>
          </w:rPr>
          <w:t>Jedinica br.90: ZZ Morava Parteš, zemljište u Donjoj Budrigi (LOT C)</w:t>
        </w:r>
      </w:hyperlink>
      <w:r w:rsidR="0084657B">
        <w:rPr>
          <w:rFonts w:eastAsia="Helvetica" w:cs="Helvetica"/>
          <w:szCs w:val="21"/>
        </w:rPr>
        <w:t xml:space="preserve"> - obuhvata poljoprivredno zemljište, katastarske parcele P-73603018-00151-0 i P-73603018-00152-0, po kulturi njiva 2. klase, ukupne površine 7,278 m² (72 ara 78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2DFC12E2" w14:textId="77777777">
        <w:trPr>
          <w:cantSplit/>
          <w:jc w:val="center"/>
        </w:trPr>
        <w:tc>
          <w:tcPr>
            <w:tcW w:w="3026" w:type="dxa"/>
            <w:vAlign w:val="center"/>
          </w:tcPr>
          <w:p w14:paraId="18C73589"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2D5D7714" w14:textId="3D0FC57A" w:rsidR="00345441" w:rsidRDefault="0084657B">
            <w:pPr>
              <w:keepNext/>
              <w:jc w:val="center"/>
            </w:pPr>
            <w:r>
              <w:rPr>
                <w:rFonts w:eastAsia="Helvetica" w:cs="Helvetica"/>
                <w:b/>
                <w:szCs w:val="21"/>
              </w:rPr>
              <w:t>Minimalna cena: 2,850 €/ar</w:t>
            </w:r>
            <w:r w:rsidR="0024653B">
              <w:rPr>
                <w:rFonts w:eastAsia="Helvetica" w:cs="Helvetica"/>
                <w:b/>
                <w:szCs w:val="21"/>
              </w:rPr>
              <w:t>i</w:t>
            </w:r>
          </w:p>
        </w:tc>
        <w:tc>
          <w:tcPr>
            <w:tcW w:w="3026" w:type="dxa"/>
            <w:vAlign w:val="center"/>
          </w:tcPr>
          <w:p w14:paraId="75ADF77B" w14:textId="77777777" w:rsidR="00345441" w:rsidRDefault="0084657B">
            <w:pPr>
              <w:keepNext/>
              <w:jc w:val="center"/>
            </w:pPr>
            <w:r>
              <w:rPr>
                <w:rFonts w:eastAsia="Helvetica" w:cs="Helvetica"/>
                <w:b/>
                <w:szCs w:val="21"/>
              </w:rPr>
              <w:t>Depozit za ponudu: 10,000 €</w:t>
            </w:r>
          </w:p>
        </w:tc>
      </w:tr>
    </w:tbl>
    <w:p w14:paraId="3A6D42D7" w14:textId="77777777" w:rsidR="00345441" w:rsidRDefault="0084657B">
      <w:pPr>
        <w:keepLines/>
        <w:spacing w:after="280" w:line="218" w:lineRule="exact"/>
      </w:pPr>
      <w:r>
        <w:rPr>
          <w:rFonts w:eastAsia="Helvetica" w:cs="Helvetica"/>
          <w:i/>
          <w:iCs/>
          <w:color w:val="333333"/>
          <w:szCs w:val="21"/>
        </w:rPr>
        <w:t>Prethodni nazivi i Fi brojevi: K.B Morava Partesh, Fi-1609/90</w:t>
      </w:r>
    </w:p>
    <w:p w14:paraId="0CAA0AAD" w14:textId="77777777" w:rsidR="00345441" w:rsidRDefault="00ED0DBE">
      <w:pPr>
        <w:keepNext/>
        <w:keepLines/>
        <w:jc w:val="both"/>
      </w:pPr>
      <w:hyperlink r:id="rId104" w:tooltip="Otvori memorandum za jedinicu 091" w:history="1">
        <w:r w:rsidR="0084657B">
          <w:rPr>
            <w:rFonts w:eastAsia="Helvetica" w:cs="Helvetica"/>
            <w:b/>
            <w:color w:val="B31E8D"/>
            <w:szCs w:val="21"/>
            <w:u w:val="single"/>
          </w:rPr>
          <w:t>Jedinica br.91: ZZ Zhegra, zemljište u Žegru (LOT C)</w:t>
        </w:r>
      </w:hyperlink>
      <w:r w:rsidR="0084657B">
        <w:rPr>
          <w:rFonts w:eastAsia="Helvetica" w:cs="Helvetica"/>
          <w:szCs w:val="21"/>
        </w:rPr>
        <w:t xml:space="preserve"> - obuhvata poljoprivredno zemljište, katastarsku parcelu br. P-70403026-03420-0, po kulturi njiva 6. klase, ukupne površine 6,701 m² (67 ari 01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18881FFF" w14:textId="77777777">
        <w:trPr>
          <w:cantSplit/>
          <w:jc w:val="center"/>
        </w:trPr>
        <w:tc>
          <w:tcPr>
            <w:tcW w:w="3026" w:type="dxa"/>
            <w:vAlign w:val="center"/>
          </w:tcPr>
          <w:p w14:paraId="726836C8"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230A8FBE" w14:textId="21179D82" w:rsidR="00345441" w:rsidRDefault="0084657B">
            <w:pPr>
              <w:keepNext/>
              <w:jc w:val="center"/>
            </w:pPr>
            <w:r>
              <w:rPr>
                <w:rFonts w:eastAsia="Helvetica" w:cs="Helvetica"/>
                <w:b/>
                <w:szCs w:val="21"/>
              </w:rPr>
              <w:t>Minimalna cena: 60 €/ar</w:t>
            </w:r>
            <w:r w:rsidR="0024653B">
              <w:rPr>
                <w:rFonts w:eastAsia="Helvetica" w:cs="Helvetica"/>
                <w:b/>
                <w:szCs w:val="21"/>
              </w:rPr>
              <w:t>i</w:t>
            </w:r>
          </w:p>
        </w:tc>
        <w:tc>
          <w:tcPr>
            <w:tcW w:w="3026" w:type="dxa"/>
            <w:vAlign w:val="center"/>
          </w:tcPr>
          <w:p w14:paraId="673933E1" w14:textId="77777777" w:rsidR="00345441" w:rsidRDefault="0084657B">
            <w:pPr>
              <w:keepNext/>
              <w:jc w:val="center"/>
            </w:pPr>
            <w:r>
              <w:rPr>
                <w:rFonts w:eastAsia="Helvetica" w:cs="Helvetica"/>
                <w:b/>
                <w:szCs w:val="21"/>
              </w:rPr>
              <w:t>Depozit za ponudu: 1,000 €</w:t>
            </w:r>
          </w:p>
        </w:tc>
      </w:tr>
    </w:tbl>
    <w:p w14:paraId="39404AA3" w14:textId="77777777" w:rsidR="00345441" w:rsidRDefault="0084657B">
      <w:pPr>
        <w:keepLines/>
        <w:spacing w:after="280" w:line="218" w:lineRule="exact"/>
      </w:pPr>
      <w:r>
        <w:rPr>
          <w:rFonts w:eastAsia="Helvetica" w:cs="Helvetica"/>
          <w:i/>
          <w:iCs/>
          <w:color w:val="333333"/>
          <w:szCs w:val="21"/>
        </w:rPr>
        <w:t>Prethodni nazivi i Fi brojevi: K.B Zhegra, Fi-670/89; Fi-529/98</w:t>
      </w:r>
    </w:p>
    <w:p w14:paraId="727C1040" w14:textId="77777777" w:rsidR="00345441" w:rsidRDefault="00ED0DBE">
      <w:pPr>
        <w:keepNext/>
        <w:keepLines/>
        <w:jc w:val="both"/>
      </w:pPr>
      <w:hyperlink r:id="rId105" w:tooltip="Otvori memorandum za jedinicu 092" w:history="1">
        <w:r w:rsidR="0084657B">
          <w:rPr>
            <w:rFonts w:eastAsia="Helvetica" w:cs="Helvetica"/>
            <w:b/>
            <w:color w:val="B31E8D"/>
            <w:szCs w:val="21"/>
            <w:u w:val="single"/>
          </w:rPr>
          <w:t>Jedinica br.92: Agromorava, zemljište u Gornjoj Budrigi (LOT B)</w:t>
        </w:r>
      </w:hyperlink>
      <w:r w:rsidR="0084657B">
        <w:rPr>
          <w:rFonts w:eastAsia="Helvetica" w:cs="Helvetica"/>
          <w:szCs w:val="21"/>
        </w:rPr>
        <w:t xml:space="preserve"> - obuhvata zemljište sa brojem parcele P-70101012-00936-0, po kulturi livada 2. klase, ukupne površine 3,574 m² (35 ari 74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614667E1" w14:textId="77777777">
        <w:trPr>
          <w:cantSplit/>
          <w:jc w:val="center"/>
        </w:trPr>
        <w:tc>
          <w:tcPr>
            <w:tcW w:w="3026" w:type="dxa"/>
            <w:vAlign w:val="center"/>
          </w:tcPr>
          <w:p w14:paraId="1C885A91"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36073522" w14:textId="220242F2" w:rsidR="00345441" w:rsidRDefault="0084657B">
            <w:pPr>
              <w:keepNext/>
              <w:jc w:val="center"/>
            </w:pPr>
            <w:r>
              <w:rPr>
                <w:rFonts w:eastAsia="Helvetica" w:cs="Helvetica"/>
                <w:b/>
                <w:szCs w:val="21"/>
              </w:rPr>
              <w:t>Minimalna cena: 84 €/ar</w:t>
            </w:r>
            <w:r w:rsidR="0024653B">
              <w:rPr>
                <w:rFonts w:eastAsia="Helvetica" w:cs="Helvetica"/>
                <w:b/>
                <w:szCs w:val="21"/>
              </w:rPr>
              <w:t>i</w:t>
            </w:r>
          </w:p>
        </w:tc>
        <w:tc>
          <w:tcPr>
            <w:tcW w:w="3026" w:type="dxa"/>
            <w:vAlign w:val="center"/>
          </w:tcPr>
          <w:p w14:paraId="4D8E25A1" w14:textId="77777777" w:rsidR="00345441" w:rsidRDefault="0084657B">
            <w:pPr>
              <w:keepNext/>
              <w:jc w:val="center"/>
            </w:pPr>
            <w:r>
              <w:rPr>
                <w:rFonts w:eastAsia="Helvetica" w:cs="Helvetica"/>
                <w:b/>
                <w:szCs w:val="21"/>
              </w:rPr>
              <w:t>Depozit za ponudu: 1,000 €</w:t>
            </w:r>
          </w:p>
        </w:tc>
      </w:tr>
    </w:tbl>
    <w:p w14:paraId="650C0D22" w14:textId="77777777" w:rsidR="00345441" w:rsidRDefault="0084657B">
      <w:pPr>
        <w:keepLines/>
        <w:spacing w:after="280" w:line="218" w:lineRule="exact"/>
      </w:pPr>
      <w:r>
        <w:rPr>
          <w:rFonts w:eastAsia="Helvetica" w:cs="Helvetica"/>
          <w:i/>
          <w:iCs/>
          <w:color w:val="333333"/>
          <w:szCs w:val="21"/>
        </w:rPr>
        <w:t>Prethodni nazivi i Fi brojevi: N.B.I Agromorava, Fi. 229/89</w:t>
      </w:r>
    </w:p>
    <w:p w14:paraId="1A60CEDC" w14:textId="77777777" w:rsidR="00345441" w:rsidRDefault="00ED0DBE">
      <w:pPr>
        <w:keepNext/>
        <w:keepLines/>
        <w:jc w:val="both"/>
      </w:pPr>
      <w:hyperlink r:id="rId106" w:tooltip="Otvori memorandum za jedinicu 093" w:history="1">
        <w:r w:rsidR="0084657B">
          <w:rPr>
            <w:rFonts w:eastAsia="Helvetica" w:cs="Helvetica"/>
            <w:b/>
            <w:color w:val="B31E8D"/>
            <w:szCs w:val="21"/>
            <w:u w:val="single"/>
          </w:rPr>
          <w:t>Jedinica br.93: DP Pasuria Bujqesore, zemljište u Muhadžer Talinovcu (LOT B)</w:t>
        </w:r>
      </w:hyperlink>
      <w:r w:rsidR="0084657B">
        <w:rPr>
          <w:rFonts w:eastAsia="Helvetica" w:cs="Helvetica"/>
          <w:szCs w:val="21"/>
        </w:rPr>
        <w:t xml:space="preserve"> - obuhvata zemljište sa brojem parcele P-72217060-00208-0, po kulturi njiva 3. klase, ukupne površine 8,432 m² (84 ara 32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77D13C57" w14:textId="77777777">
        <w:trPr>
          <w:cantSplit/>
          <w:jc w:val="center"/>
        </w:trPr>
        <w:tc>
          <w:tcPr>
            <w:tcW w:w="3026" w:type="dxa"/>
            <w:vAlign w:val="center"/>
          </w:tcPr>
          <w:p w14:paraId="0EEC8AEB"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239A074E" w14:textId="4BCEF2AA" w:rsidR="00345441" w:rsidRDefault="0084657B">
            <w:pPr>
              <w:keepNext/>
              <w:jc w:val="center"/>
            </w:pPr>
            <w:r>
              <w:rPr>
                <w:rFonts w:eastAsia="Helvetica" w:cs="Helvetica"/>
                <w:b/>
                <w:szCs w:val="21"/>
              </w:rPr>
              <w:t>Minimalna cena: 4,400 €/ar</w:t>
            </w:r>
            <w:r w:rsidR="0024653B">
              <w:rPr>
                <w:rFonts w:eastAsia="Helvetica" w:cs="Helvetica"/>
                <w:b/>
                <w:szCs w:val="21"/>
              </w:rPr>
              <w:t>i</w:t>
            </w:r>
          </w:p>
        </w:tc>
        <w:tc>
          <w:tcPr>
            <w:tcW w:w="3026" w:type="dxa"/>
            <w:vAlign w:val="center"/>
          </w:tcPr>
          <w:p w14:paraId="6716FC12" w14:textId="77777777" w:rsidR="00345441" w:rsidRDefault="0084657B">
            <w:pPr>
              <w:keepNext/>
              <w:jc w:val="center"/>
            </w:pPr>
            <w:r>
              <w:rPr>
                <w:rFonts w:eastAsia="Helvetica" w:cs="Helvetica"/>
                <w:b/>
                <w:szCs w:val="21"/>
              </w:rPr>
              <w:t>Depozit za ponudu: 19,000 €</w:t>
            </w:r>
          </w:p>
        </w:tc>
      </w:tr>
    </w:tbl>
    <w:p w14:paraId="3104D4D6" w14:textId="77777777" w:rsidR="00345441" w:rsidRDefault="0084657B">
      <w:pPr>
        <w:keepLines/>
        <w:spacing w:after="280" w:line="218" w:lineRule="exact"/>
      </w:pPr>
      <w:r>
        <w:rPr>
          <w:rFonts w:eastAsia="Helvetica" w:cs="Helvetica"/>
          <w:i/>
          <w:iCs/>
          <w:color w:val="333333"/>
          <w:szCs w:val="21"/>
        </w:rPr>
        <w:t>Prethodni nazivi i Fi brojevi: N.Sh Pasuria Bujqesore, Fi-650/89</w:t>
      </w:r>
    </w:p>
    <w:p w14:paraId="2165D9B4" w14:textId="77777777" w:rsidR="00345441" w:rsidRDefault="00ED0DBE">
      <w:pPr>
        <w:keepNext/>
        <w:keepLines/>
        <w:jc w:val="both"/>
      </w:pPr>
      <w:hyperlink r:id="rId107" w:tooltip="Otvori memorandum za jedinicu 094" w:history="1">
        <w:r w:rsidR="0084657B">
          <w:rPr>
            <w:rFonts w:eastAsia="Helvetica" w:cs="Helvetica"/>
            <w:b/>
            <w:color w:val="B31E8D"/>
            <w:szCs w:val="21"/>
            <w:u w:val="single"/>
          </w:rPr>
          <w:t>Jedinica br.94: DP Pasuria Bujqesore, zemljište u Muhadžer Prelezu (LOT C)</w:t>
        </w:r>
      </w:hyperlink>
      <w:r w:rsidR="0084657B">
        <w:rPr>
          <w:rFonts w:eastAsia="Helvetica" w:cs="Helvetica"/>
          <w:szCs w:val="21"/>
        </w:rPr>
        <w:t xml:space="preserve"> - obuhvata zemljište sa brojem parcele P-72209060-00466-0, po kulturi njiva 4. klase, ukupne površine 6,961 m² (69 ari 61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0D9C3299" w14:textId="77777777">
        <w:trPr>
          <w:cantSplit/>
          <w:jc w:val="center"/>
        </w:trPr>
        <w:tc>
          <w:tcPr>
            <w:tcW w:w="3026" w:type="dxa"/>
            <w:vAlign w:val="center"/>
          </w:tcPr>
          <w:p w14:paraId="5B5D9E90"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3198E1CA" w14:textId="5D4038CD" w:rsidR="00345441" w:rsidRDefault="0084657B">
            <w:pPr>
              <w:keepNext/>
              <w:jc w:val="center"/>
            </w:pPr>
            <w:r>
              <w:rPr>
                <w:rFonts w:eastAsia="Helvetica" w:cs="Helvetica"/>
                <w:b/>
                <w:szCs w:val="21"/>
              </w:rPr>
              <w:t>Minimalna cena: 1,600 €/ar</w:t>
            </w:r>
            <w:r w:rsidR="0024653B">
              <w:rPr>
                <w:rFonts w:eastAsia="Helvetica" w:cs="Helvetica"/>
                <w:b/>
                <w:szCs w:val="21"/>
              </w:rPr>
              <w:t>i</w:t>
            </w:r>
          </w:p>
        </w:tc>
        <w:tc>
          <w:tcPr>
            <w:tcW w:w="3026" w:type="dxa"/>
            <w:vAlign w:val="center"/>
          </w:tcPr>
          <w:p w14:paraId="511AD64D" w14:textId="77777777" w:rsidR="00345441" w:rsidRDefault="0084657B">
            <w:pPr>
              <w:keepNext/>
              <w:jc w:val="center"/>
            </w:pPr>
            <w:r>
              <w:rPr>
                <w:rFonts w:eastAsia="Helvetica" w:cs="Helvetica"/>
                <w:b/>
                <w:szCs w:val="21"/>
              </w:rPr>
              <w:t>Depozit za ponudu: 6,000 €</w:t>
            </w:r>
          </w:p>
        </w:tc>
      </w:tr>
    </w:tbl>
    <w:p w14:paraId="3C4DDD44" w14:textId="77777777" w:rsidR="00345441" w:rsidRDefault="0084657B">
      <w:pPr>
        <w:keepLines/>
        <w:spacing w:after="280" w:line="218" w:lineRule="exact"/>
      </w:pPr>
      <w:r>
        <w:rPr>
          <w:rFonts w:eastAsia="Helvetica" w:cs="Helvetica"/>
          <w:i/>
          <w:iCs/>
          <w:color w:val="333333"/>
          <w:szCs w:val="21"/>
        </w:rPr>
        <w:t>Prethodni nazivi i Fi brojevi: N.Sh Pasuria Bujqesore, Fi-650/89</w:t>
      </w:r>
    </w:p>
    <w:p w14:paraId="122E50B3" w14:textId="77777777" w:rsidR="00345441" w:rsidRDefault="00ED0DBE">
      <w:pPr>
        <w:keepNext/>
        <w:keepLines/>
        <w:jc w:val="both"/>
      </w:pPr>
      <w:hyperlink r:id="rId108" w:tooltip="Otvori memorandum za jedinicu 095" w:history="1">
        <w:r w:rsidR="0084657B">
          <w:rPr>
            <w:rFonts w:eastAsia="Helvetica" w:cs="Helvetica"/>
            <w:b/>
            <w:color w:val="B31E8D"/>
            <w:szCs w:val="21"/>
            <w:u w:val="single"/>
          </w:rPr>
          <w:t>Jedinica br.95: ZZ Ramadan Agushi, zemljište u Pusteniku (Lot E)</w:t>
        </w:r>
      </w:hyperlink>
      <w:r w:rsidR="0084657B">
        <w:rPr>
          <w:rFonts w:eastAsia="Helvetica" w:cs="Helvetica"/>
          <w:szCs w:val="21"/>
        </w:rPr>
        <w:t xml:space="preserve"> - obuhvata zemljište sa brojem parcele P-70917070-00544-0, po kulturi pašnjak 5. klase, ukupne površine 1,434 m² (14 ari 34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5EC3784E" w14:textId="77777777">
        <w:trPr>
          <w:cantSplit/>
          <w:jc w:val="center"/>
        </w:trPr>
        <w:tc>
          <w:tcPr>
            <w:tcW w:w="3026" w:type="dxa"/>
            <w:vAlign w:val="center"/>
          </w:tcPr>
          <w:p w14:paraId="15DA9216"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7D230C29" w14:textId="03CFF089" w:rsidR="00345441" w:rsidRDefault="0084657B">
            <w:pPr>
              <w:keepNext/>
              <w:jc w:val="center"/>
            </w:pPr>
            <w:r>
              <w:rPr>
                <w:rFonts w:eastAsia="Helvetica" w:cs="Helvetica"/>
                <w:b/>
                <w:szCs w:val="21"/>
              </w:rPr>
              <w:t>Minimalna cena: 200 €/ar</w:t>
            </w:r>
            <w:r w:rsidR="0024653B">
              <w:rPr>
                <w:rFonts w:eastAsia="Helvetica" w:cs="Helvetica"/>
                <w:b/>
                <w:szCs w:val="21"/>
              </w:rPr>
              <w:t>i</w:t>
            </w:r>
          </w:p>
        </w:tc>
        <w:tc>
          <w:tcPr>
            <w:tcW w:w="3026" w:type="dxa"/>
            <w:vAlign w:val="center"/>
          </w:tcPr>
          <w:p w14:paraId="44968D9C" w14:textId="77777777" w:rsidR="00345441" w:rsidRDefault="0084657B">
            <w:pPr>
              <w:keepNext/>
              <w:jc w:val="center"/>
            </w:pPr>
            <w:r>
              <w:rPr>
                <w:rFonts w:eastAsia="Helvetica" w:cs="Helvetica"/>
                <w:b/>
                <w:szCs w:val="21"/>
              </w:rPr>
              <w:t>Depozit za ponudu: 1,000 €</w:t>
            </w:r>
          </w:p>
        </w:tc>
      </w:tr>
    </w:tbl>
    <w:p w14:paraId="0BEB31FD" w14:textId="77777777" w:rsidR="00345441" w:rsidRDefault="0084657B">
      <w:pPr>
        <w:keepLines/>
        <w:spacing w:after="280" w:line="218" w:lineRule="exact"/>
      </w:pPr>
      <w:r>
        <w:rPr>
          <w:rFonts w:eastAsia="Helvetica" w:cs="Helvetica"/>
          <w:i/>
          <w:iCs/>
          <w:color w:val="333333"/>
          <w:szCs w:val="21"/>
        </w:rPr>
        <w:t>Prethodni nazivi i Fi brojevi: K.B Ramadan Agushi, Fi 1386/90</w:t>
      </w:r>
    </w:p>
    <w:p w14:paraId="58E96EBB" w14:textId="77777777" w:rsidR="00345441" w:rsidRDefault="00ED0DBE">
      <w:pPr>
        <w:keepNext/>
        <w:keepLines/>
        <w:jc w:val="both"/>
      </w:pPr>
      <w:hyperlink r:id="rId109" w:tooltip="Otvori memorandum za jedinicu 096" w:history="1">
        <w:r w:rsidR="0084657B">
          <w:rPr>
            <w:rFonts w:eastAsia="Helvetica" w:cs="Helvetica"/>
            <w:b/>
            <w:color w:val="B31E8D"/>
            <w:szCs w:val="21"/>
            <w:u w:val="single"/>
          </w:rPr>
          <w:t>Jedinica br.96: Pasuria Bujqësore, zemljište u Drenoglavi (Lot 01)</w:t>
        </w:r>
      </w:hyperlink>
      <w:r w:rsidR="0084657B">
        <w:rPr>
          <w:rFonts w:eastAsia="Helvetica" w:cs="Helvetica"/>
          <w:szCs w:val="21"/>
        </w:rPr>
        <w:t xml:space="preserve"> - obuhvata zemljište sa brojem parcele P-70917032-00089-0, po kulturi pašnjak 5. klase, ukupne površine 2,273 m² (22 ara 73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6702C9EC" w14:textId="77777777">
        <w:trPr>
          <w:cantSplit/>
          <w:jc w:val="center"/>
        </w:trPr>
        <w:tc>
          <w:tcPr>
            <w:tcW w:w="3026" w:type="dxa"/>
            <w:vAlign w:val="center"/>
          </w:tcPr>
          <w:p w14:paraId="0E49E224"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Njiva</w:t>
            </w:r>
          </w:p>
        </w:tc>
        <w:tc>
          <w:tcPr>
            <w:tcW w:w="3026" w:type="dxa"/>
            <w:vAlign w:val="center"/>
          </w:tcPr>
          <w:p w14:paraId="43752943" w14:textId="5B4B6600" w:rsidR="00345441" w:rsidRDefault="0084657B">
            <w:pPr>
              <w:keepNext/>
              <w:jc w:val="center"/>
            </w:pPr>
            <w:r>
              <w:rPr>
                <w:rFonts w:eastAsia="Helvetica" w:cs="Helvetica"/>
                <w:b/>
                <w:szCs w:val="21"/>
              </w:rPr>
              <w:t>Minimalna cena: 96 €/ar</w:t>
            </w:r>
            <w:r w:rsidR="0024653B">
              <w:rPr>
                <w:rFonts w:eastAsia="Helvetica" w:cs="Helvetica"/>
                <w:b/>
                <w:szCs w:val="21"/>
              </w:rPr>
              <w:t>i</w:t>
            </w:r>
          </w:p>
        </w:tc>
        <w:tc>
          <w:tcPr>
            <w:tcW w:w="3026" w:type="dxa"/>
            <w:vAlign w:val="center"/>
          </w:tcPr>
          <w:p w14:paraId="00BCD34C" w14:textId="77777777" w:rsidR="00345441" w:rsidRDefault="0084657B">
            <w:pPr>
              <w:keepNext/>
              <w:jc w:val="center"/>
            </w:pPr>
            <w:r>
              <w:rPr>
                <w:rFonts w:eastAsia="Helvetica" w:cs="Helvetica"/>
                <w:b/>
                <w:szCs w:val="21"/>
              </w:rPr>
              <w:t>Depozit za ponudu: 1,000 €</w:t>
            </w:r>
          </w:p>
        </w:tc>
      </w:tr>
    </w:tbl>
    <w:p w14:paraId="71094F3B" w14:textId="77777777" w:rsidR="00345441" w:rsidRDefault="0084657B">
      <w:pPr>
        <w:keepLines/>
        <w:spacing w:after="280" w:line="218" w:lineRule="exact"/>
      </w:pPr>
      <w:r>
        <w:rPr>
          <w:rFonts w:eastAsia="Helvetica" w:cs="Helvetica"/>
          <w:i/>
          <w:iCs/>
          <w:color w:val="333333"/>
          <w:szCs w:val="21"/>
        </w:rPr>
        <w:t>Prethodni nazivi i Fi brojevi: N.Sh Pasuria Bujqesore, Fi-650/89</w:t>
      </w:r>
    </w:p>
    <w:p w14:paraId="0D317057" w14:textId="77777777" w:rsidR="00345441" w:rsidRDefault="00ED0DBE">
      <w:pPr>
        <w:keepNext/>
        <w:keepLines/>
        <w:jc w:val="both"/>
      </w:pPr>
      <w:hyperlink r:id="rId110" w:tooltip="Otvori memorandum za jedinicu 097" w:history="1">
        <w:r w:rsidR="0084657B">
          <w:rPr>
            <w:rFonts w:eastAsia="Helvetica" w:cs="Helvetica"/>
            <w:b/>
            <w:color w:val="B31E8D"/>
            <w:szCs w:val="21"/>
            <w:u w:val="single"/>
          </w:rPr>
          <w:t>Jedinica br.97: Agromorava, zemljište u Čerkeskoj Sadovini (Lot 01)</w:t>
        </w:r>
      </w:hyperlink>
      <w:r w:rsidR="0084657B">
        <w:rPr>
          <w:rFonts w:eastAsia="Helvetica" w:cs="Helvetica"/>
          <w:szCs w:val="21"/>
        </w:rPr>
        <w:t xml:space="preserve"> - obuhvata poljoprivredno zemljište, parcelu br. P-70101040-00219-0, njiva 6. klase, ukupne površine 4,457 m² (44 ara 57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2BE6C842" w14:textId="77777777">
        <w:trPr>
          <w:cantSplit/>
          <w:jc w:val="center"/>
        </w:trPr>
        <w:tc>
          <w:tcPr>
            <w:tcW w:w="3026" w:type="dxa"/>
            <w:vAlign w:val="center"/>
          </w:tcPr>
          <w:p w14:paraId="3CAF6E48"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31268E3C" w14:textId="7694EA9C" w:rsidR="00345441" w:rsidRDefault="0084657B">
            <w:pPr>
              <w:keepNext/>
              <w:jc w:val="center"/>
            </w:pPr>
            <w:r>
              <w:rPr>
                <w:rFonts w:eastAsia="Helvetica" w:cs="Helvetica"/>
                <w:b/>
                <w:szCs w:val="21"/>
              </w:rPr>
              <w:t>Minimalna cena: 800 €/ar</w:t>
            </w:r>
            <w:r w:rsidR="0024653B">
              <w:rPr>
                <w:rFonts w:eastAsia="Helvetica" w:cs="Helvetica"/>
                <w:b/>
                <w:szCs w:val="21"/>
              </w:rPr>
              <w:t>i</w:t>
            </w:r>
          </w:p>
        </w:tc>
        <w:tc>
          <w:tcPr>
            <w:tcW w:w="3026" w:type="dxa"/>
            <w:vAlign w:val="center"/>
          </w:tcPr>
          <w:p w14:paraId="2F2B519D" w14:textId="77777777" w:rsidR="00345441" w:rsidRDefault="0084657B">
            <w:pPr>
              <w:keepNext/>
              <w:jc w:val="center"/>
            </w:pPr>
            <w:r>
              <w:rPr>
                <w:rFonts w:eastAsia="Helvetica" w:cs="Helvetica"/>
                <w:b/>
                <w:szCs w:val="21"/>
              </w:rPr>
              <w:t>Depozit za ponudu: 4,000 €</w:t>
            </w:r>
          </w:p>
        </w:tc>
      </w:tr>
    </w:tbl>
    <w:p w14:paraId="4F9D45BF" w14:textId="77777777" w:rsidR="00345441" w:rsidRDefault="0084657B">
      <w:pPr>
        <w:keepLines/>
        <w:spacing w:after="280" w:line="218" w:lineRule="exact"/>
      </w:pPr>
      <w:r>
        <w:rPr>
          <w:rFonts w:eastAsia="Helvetica" w:cs="Helvetica"/>
          <w:i/>
          <w:iCs/>
          <w:color w:val="333333"/>
          <w:szCs w:val="21"/>
        </w:rPr>
        <w:t>Prethodni nazivi i Fi brojevi: N.B.I Agromorava, Fi. 229/89</w:t>
      </w:r>
    </w:p>
    <w:p w14:paraId="5F898BF3" w14:textId="77777777" w:rsidR="00345441" w:rsidRDefault="00ED0DBE">
      <w:pPr>
        <w:keepNext/>
        <w:keepLines/>
        <w:jc w:val="both"/>
      </w:pPr>
      <w:hyperlink r:id="rId111" w:tooltip="Otvori memorandum za jedinicu 098" w:history="1">
        <w:r w:rsidR="0084657B">
          <w:rPr>
            <w:rFonts w:eastAsia="Helvetica" w:cs="Helvetica"/>
            <w:b/>
            <w:color w:val="B31E8D"/>
            <w:szCs w:val="21"/>
            <w:u w:val="single"/>
          </w:rPr>
          <w:t>Jedinica br.98: Agromorava, zemljište u Čerkeskoj Sadovini (Lot 02)</w:t>
        </w:r>
      </w:hyperlink>
      <w:r w:rsidR="0084657B">
        <w:rPr>
          <w:rFonts w:eastAsia="Helvetica" w:cs="Helvetica"/>
          <w:szCs w:val="21"/>
        </w:rPr>
        <w:t xml:space="preserve"> - obuhvata poljoprivredno zemljište, parcelu br. P-70101040-00230-0, njiva 6. klase, ukupne površine 3,008 m² (30 ari 08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62EED789" w14:textId="77777777">
        <w:trPr>
          <w:cantSplit/>
          <w:jc w:val="center"/>
        </w:trPr>
        <w:tc>
          <w:tcPr>
            <w:tcW w:w="3026" w:type="dxa"/>
            <w:vAlign w:val="center"/>
          </w:tcPr>
          <w:p w14:paraId="3ACAC1C5"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0F7869E7" w14:textId="49F94FFE" w:rsidR="00345441" w:rsidRDefault="0084657B">
            <w:pPr>
              <w:keepNext/>
              <w:jc w:val="center"/>
            </w:pPr>
            <w:r>
              <w:rPr>
                <w:rFonts w:eastAsia="Helvetica" w:cs="Helvetica"/>
                <w:b/>
                <w:szCs w:val="21"/>
              </w:rPr>
              <w:t>Minimalna cena: 800 €/ar</w:t>
            </w:r>
            <w:r w:rsidR="0024653B">
              <w:rPr>
                <w:rFonts w:eastAsia="Helvetica" w:cs="Helvetica"/>
                <w:b/>
                <w:szCs w:val="21"/>
              </w:rPr>
              <w:t>i</w:t>
            </w:r>
          </w:p>
        </w:tc>
        <w:tc>
          <w:tcPr>
            <w:tcW w:w="3026" w:type="dxa"/>
            <w:vAlign w:val="center"/>
          </w:tcPr>
          <w:p w14:paraId="19837366" w14:textId="77777777" w:rsidR="00345441" w:rsidRDefault="0084657B">
            <w:pPr>
              <w:keepNext/>
              <w:jc w:val="center"/>
            </w:pPr>
            <w:r>
              <w:rPr>
                <w:rFonts w:eastAsia="Helvetica" w:cs="Helvetica"/>
                <w:b/>
                <w:szCs w:val="21"/>
              </w:rPr>
              <w:t>Depozit za ponudu: 2,000 €</w:t>
            </w:r>
          </w:p>
        </w:tc>
      </w:tr>
    </w:tbl>
    <w:p w14:paraId="7FCF878B" w14:textId="77777777" w:rsidR="00345441" w:rsidRDefault="0084657B">
      <w:pPr>
        <w:keepLines/>
        <w:spacing w:after="280" w:line="218" w:lineRule="exact"/>
      </w:pPr>
      <w:r>
        <w:rPr>
          <w:rFonts w:eastAsia="Helvetica" w:cs="Helvetica"/>
          <w:i/>
          <w:iCs/>
          <w:color w:val="333333"/>
          <w:szCs w:val="21"/>
        </w:rPr>
        <w:t>Prethodni nazivi i Fi brojevi: N.B.I Agromorava, Fi. 229/89</w:t>
      </w:r>
    </w:p>
    <w:p w14:paraId="578FEB76" w14:textId="77777777" w:rsidR="00345441" w:rsidRDefault="00ED0DBE">
      <w:pPr>
        <w:keepNext/>
        <w:keepLines/>
        <w:jc w:val="both"/>
      </w:pPr>
      <w:hyperlink r:id="rId112" w:tooltip="Otvori memorandum za jedinicu 099" w:history="1">
        <w:r w:rsidR="0084657B">
          <w:rPr>
            <w:rFonts w:eastAsia="Helvetica" w:cs="Helvetica"/>
            <w:b/>
            <w:color w:val="B31E8D"/>
            <w:szCs w:val="21"/>
            <w:u w:val="single"/>
          </w:rPr>
          <w:t>Jedinica br.99: Agromorava, zemljište u Vitini (Lot 02)</w:t>
        </w:r>
      </w:hyperlink>
      <w:r w:rsidR="0084657B">
        <w:rPr>
          <w:rFonts w:eastAsia="Helvetica" w:cs="Helvetica"/>
          <w:szCs w:val="21"/>
        </w:rPr>
        <w:t xml:space="preserve"> - obuhvata poljoprivredno zemljište, parcelu br. P-70101007-00626-0, njiva 3. klase, ukupne površine 948 m² (9 ari 48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284F09C5" w14:textId="77777777">
        <w:trPr>
          <w:cantSplit/>
          <w:jc w:val="center"/>
        </w:trPr>
        <w:tc>
          <w:tcPr>
            <w:tcW w:w="3026" w:type="dxa"/>
            <w:vAlign w:val="center"/>
          </w:tcPr>
          <w:p w14:paraId="4748F365"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54AE4840" w14:textId="7C7E9DB5" w:rsidR="00345441" w:rsidRDefault="0084657B">
            <w:pPr>
              <w:keepNext/>
              <w:jc w:val="center"/>
            </w:pPr>
            <w:r>
              <w:rPr>
                <w:rFonts w:eastAsia="Helvetica" w:cs="Helvetica"/>
                <w:b/>
                <w:szCs w:val="21"/>
              </w:rPr>
              <w:t>Minimalna cena: 200 €/ar</w:t>
            </w:r>
            <w:r w:rsidR="0024653B">
              <w:rPr>
                <w:rFonts w:eastAsia="Helvetica" w:cs="Helvetica"/>
                <w:b/>
                <w:szCs w:val="21"/>
              </w:rPr>
              <w:t>i</w:t>
            </w:r>
          </w:p>
        </w:tc>
        <w:tc>
          <w:tcPr>
            <w:tcW w:w="3026" w:type="dxa"/>
            <w:vAlign w:val="center"/>
          </w:tcPr>
          <w:p w14:paraId="3D16A1EE" w14:textId="77777777" w:rsidR="00345441" w:rsidRDefault="0084657B">
            <w:pPr>
              <w:keepNext/>
              <w:jc w:val="center"/>
            </w:pPr>
            <w:r>
              <w:rPr>
                <w:rFonts w:eastAsia="Helvetica" w:cs="Helvetica"/>
                <w:b/>
                <w:szCs w:val="21"/>
              </w:rPr>
              <w:t>Depozit za ponudu: 1,000 €</w:t>
            </w:r>
          </w:p>
        </w:tc>
      </w:tr>
    </w:tbl>
    <w:p w14:paraId="7B368A07" w14:textId="77777777" w:rsidR="00345441" w:rsidRDefault="0084657B">
      <w:pPr>
        <w:keepLines/>
        <w:spacing w:after="280" w:line="218" w:lineRule="exact"/>
      </w:pPr>
      <w:r>
        <w:rPr>
          <w:rFonts w:eastAsia="Helvetica" w:cs="Helvetica"/>
          <w:i/>
          <w:iCs/>
          <w:color w:val="333333"/>
          <w:szCs w:val="21"/>
        </w:rPr>
        <w:t>Prethodni nazivi i Fi brojevi: N.B.I Agromorava, Fi. 229/89</w:t>
      </w:r>
    </w:p>
    <w:p w14:paraId="765A28F9" w14:textId="77777777" w:rsidR="00345441" w:rsidRDefault="00ED0DBE">
      <w:pPr>
        <w:keepNext/>
        <w:keepLines/>
        <w:jc w:val="both"/>
      </w:pPr>
      <w:hyperlink r:id="rId113" w:tooltip="Otvori memorandum za jedinicu 100" w:history="1">
        <w:r w:rsidR="0084657B">
          <w:rPr>
            <w:rFonts w:eastAsia="Helvetica" w:cs="Helvetica"/>
            <w:b/>
            <w:color w:val="B31E8D"/>
            <w:szCs w:val="21"/>
            <w:u w:val="single"/>
          </w:rPr>
          <w:t>Jedinica br.100: Zemljište u Stančiću (Lot A)</w:t>
        </w:r>
      </w:hyperlink>
      <w:r w:rsidR="0084657B">
        <w:rPr>
          <w:rFonts w:eastAsia="Helvetica" w:cs="Helvetica"/>
          <w:szCs w:val="21"/>
        </w:rPr>
        <w:t xml:space="preserve"> - obuhvata zemljište sa brojem parcele 01656-0, po kulturi njiva 8. klase, ukupne površine 1,162 m² (11 ari 62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1EA47463" w14:textId="77777777">
        <w:trPr>
          <w:cantSplit/>
          <w:jc w:val="center"/>
        </w:trPr>
        <w:tc>
          <w:tcPr>
            <w:tcW w:w="3026" w:type="dxa"/>
            <w:vAlign w:val="center"/>
          </w:tcPr>
          <w:p w14:paraId="7BE2D12A"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477F2A13" w14:textId="2075322D" w:rsidR="00345441" w:rsidRDefault="0084657B">
            <w:pPr>
              <w:keepNext/>
              <w:jc w:val="center"/>
            </w:pPr>
            <w:r>
              <w:rPr>
                <w:rFonts w:eastAsia="Helvetica" w:cs="Helvetica"/>
                <w:b/>
                <w:szCs w:val="21"/>
              </w:rPr>
              <w:t>Minimalna cena: 40 €/ar</w:t>
            </w:r>
            <w:r w:rsidR="0024653B">
              <w:rPr>
                <w:rFonts w:eastAsia="Helvetica" w:cs="Helvetica"/>
                <w:b/>
                <w:szCs w:val="21"/>
              </w:rPr>
              <w:t>i</w:t>
            </w:r>
          </w:p>
        </w:tc>
        <w:tc>
          <w:tcPr>
            <w:tcW w:w="3026" w:type="dxa"/>
            <w:vAlign w:val="center"/>
          </w:tcPr>
          <w:p w14:paraId="747DF171" w14:textId="77777777" w:rsidR="00345441" w:rsidRDefault="0084657B">
            <w:pPr>
              <w:keepNext/>
              <w:jc w:val="center"/>
            </w:pPr>
            <w:r>
              <w:rPr>
                <w:rFonts w:eastAsia="Helvetica" w:cs="Helvetica"/>
                <w:b/>
                <w:szCs w:val="21"/>
              </w:rPr>
              <w:t>Depozit za ponudu: 1,000 €</w:t>
            </w:r>
          </w:p>
        </w:tc>
      </w:tr>
    </w:tbl>
    <w:p w14:paraId="2611C904" w14:textId="77777777" w:rsidR="00345441" w:rsidRDefault="0084657B">
      <w:pPr>
        <w:keepLines/>
        <w:spacing w:after="280" w:line="218" w:lineRule="exact"/>
      </w:pPr>
      <w:r>
        <w:rPr>
          <w:rFonts w:eastAsia="Helvetica" w:cs="Helvetica"/>
          <w:i/>
          <w:iCs/>
          <w:color w:val="333333"/>
          <w:szCs w:val="21"/>
        </w:rPr>
        <w:t>Prethodni nazivi i Fi brojevi: KBI Agrokultura, Fi. 1865/96; Fi. 670/89; Fi 106/78</w:t>
      </w:r>
    </w:p>
    <w:p w14:paraId="13596A22" w14:textId="77777777" w:rsidR="00345441" w:rsidRDefault="00ED0DBE">
      <w:pPr>
        <w:keepNext/>
        <w:keepLines/>
        <w:jc w:val="both"/>
      </w:pPr>
      <w:hyperlink r:id="rId114" w:tooltip="Otvori memorandum za jedinicu 101" w:history="1">
        <w:r w:rsidR="0084657B">
          <w:rPr>
            <w:rFonts w:eastAsia="Helvetica" w:cs="Helvetica"/>
            <w:b/>
            <w:color w:val="B31E8D"/>
            <w:szCs w:val="21"/>
            <w:u w:val="single"/>
          </w:rPr>
          <w:t>Jedinica br.101: ZZ Morava Parteš, zemljište u Partešu (LOT A)</w:t>
        </w:r>
      </w:hyperlink>
      <w:r w:rsidR="0084657B">
        <w:rPr>
          <w:rFonts w:eastAsia="Helvetica" w:cs="Helvetica"/>
          <w:szCs w:val="21"/>
        </w:rPr>
        <w:t xml:space="preserve"> - obuhvata poljoprivredno zemljište, katastarsku parcelu P-70403047-00391-0, po kulturi njiva 5. klase, ukupne površine 2,714 m² (27 ari 14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3DE6B030" w14:textId="77777777">
        <w:trPr>
          <w:cantSplit/>
          <w:jc w:val="center"/>
        </w:trPr>
        <w:tc>
          <w:tcPr>
            <w:tcW w:w="3026" w:type="dxa"/>
            <w:vAlign w:val="center"/>
          </w:tcPr>
          <w:p w14:paraId="68495F5C"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61DC316C" w14:textId="4B12A0EB" w:rsidR="00345441" w:rsidRDefault="0084657B">
            <w:pPr>
              <w:keepNext/>
              <w:jc w:val="center"/>
            </w:pPr>
            <w:r>
              <w:rPr>
                <w:rFonts w:eastAsia="Helvetica" w:cs="Helvetica"/>
                <w:b/>
                <w:szCs w:val="21"/>
              </w:rPr>
              <w:t>Minimalna cena: 200 €/ar</w:t>
            </w:r>
            <w:r w:rsidR="0024653B">
              <w:rPr>
                <w:rFonts w:eastAsia="Helvetica" w:cs="Helvetica"/>
                <w:b/>
                <w:szCs w:val="21"/>
              </w:rPr>
              <w:t>i</w:t>
            </w:r>
          </w:p>
        </w:tc>
        <w:tc>
          <w:tcPr>
            <w:tcW w:w="3026" w:type="dxa"/>
            <w:vAlign w:val="center"/>
          </w:tcPr>
          <w:p w14:paraId="5760F6BE" w14:textId="77777777" w:rsidR="00345441" w:rsidRDefault="0084657B">
            <w:pPr>
              <w:keepNext/>
              <w:jc w:val="center"/>
            </w:pPr>
            <w:r>
              <w:rPr>
                <w:rFonts w:eastAsia="Helvetica" w:cs="Helvetica"/>
                <w:b/>
                <w:szCs w:val="21"/>
              </w:rPr>
              <w:t>Depozit za ponudu: 1,000 €</w:t>
            </w:r>
          </w:p>
        </w:tc>
      </w:tr>
    </w:tbl>
    <w:p w14:paraId="5602011F" w14:textId="77777777" w:rsidR="00345441" w:rsidRDefault="0084657B">
      <w:pPr>
        <w:keepLines/>
        <w:spacing w:after="280" w:line="218" w:lineRule="exact"/>
      </w:pPr>
      <w:r>
        <w:rPr>
          <w:rFonts w:eastAsia="Helvetica" w:cs="Helvetica"/>
          <w:i/>
          <w:iCs/>
          <w:color w:val="333333"/>
          <w:szCs w:val="21"/>
        </w:rPr>
        <w:t>Prethodni nazivi i Fi brojevi: K.B Morava Partesh, Fi-1609/90</w:t>
      </w:r>
    </w:p>
    <w:p w14:paraId="25F1DA61" w14:textId="77777777" w:rsidR="00345441" w:rsidRDefault="00ED0DBE">
      <w:pPr>
        <w:keepNext/>
        <w:keepLines/>
        <w:jc w:val="both"/>
      </w:pPr>
      <w:hyperlink r:id="rId115" w:tooltip="Otvori memorandum za jedinicu 102" w:history="1">
        <w:r w:rsidR="0084657B">
          <w:rPr>
            <w:rFonts w:eastAsia="Helvetica" w:cs="Helvetica"/>
            <w:b/>
            <w:color w:val="B31E8D"/>
            <w:szCs w:val="21"/>
            <w:u w:val="single"/>
          </w:rPr>
          <w:t>Jedinica br.102: ZZ Zhegra, zemljište u Ladovu (LOT D)</w:t>
        </w:r>
      </w:hyperlink>
      <w:r w:rsidR="0084657B">
        <w:rPr>
          <w:rFonts w:eastAsia="Helvetica" w:cs="Helvetica"/>
          <w:szCs w:val="21"/>
        </w:rPr>
        <w:t xml:space="preserve"> - obuhvata poljoprivredno zemljište, katastarsku parcelu br. P-70403007-00311-2, po kulturi njiva 3. klase, ukupne površine 724 m² (7 ari 24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52241C70" w14:textId="77777777">
        <w:trPr>
          <w:cantSplit/>
          <w:jc w:val="center"/>
        </w:trPr>
        <w:tc>
          <w:tcPr>
            <w:tcW w:w="3026" w:type="dxa"/>
            <w:vAlign w:val="center"/>
          </w:tcPr>
          <w:p w14:paraId="4A538617"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014C0BCF" w14:textId="24B43688" w:rsidR="00345441" w:rsidRDefault="0084657B">
            <w:pPr>
              <w:keepNext/>
              <w:jc w:val="center"/>
            </w:pPr>
            <w:r>
              <w:rPr>
                <w:rFonts w:eastAsia="Helvetica" w:cs="Helvetica"/>
                <w:b/>
                <w:szCs w:val="21"/>
              </w:rPr>
              <w:t>Minimalna cena: 1,200 €/ar</w:t>
            </w:r>
            <w:r w:rsidR="0024653B">
              <w:rPr>
                <w:rFonts w:eastAsia="Helvetica" w:cs="Helvetica"/>
                <w:b/>
                <w:szCs w:val="21"/>
              </w:rPr>
              <w:t>i</w:t>
            </w:r>
          </w:p>
        </w:tc>
        <w:tc>
          <w:tcPr>
            <w:tcW w:w="3026" w:type="dxa"/>
            <w:vAlign w:val="center"/>
          </w:tcPr>
          <w:p w14:paraId="5D6DA371" w14:textId="77777777" w:rsidR="00345441" w:rsidRDefault="0084657B">
            <w:pPr>
              <w:keepNext/>
              <w:jc w:val="center"/>
            </w:pPr>
            <w:r>
              <w:rPr>
                <w:rFonts w:eastAsia="Helvetica" w:cs="Helvetica"/>
                <w:b/>
                <w:szCs w:val="21"/>
              </w:rPr>
              <w:t>Depozit za ponudu: 1,000 €</w:t>
            </w:r>
          </w:p>
        </w:tc>
      </w:tr>
    </w:tbl>
    <w:p w14:paraId="4E63D9B1" w14:textId="77777777" w:rsidR="00345441" w:rsidRDefault="0084657B">
      <w:pPr>
        <w:keepLines/>
        <w:spacing w:after="280" w:line="218" w:lineRule="exact"/>
      </w:pPr>
      <w:r>
        <w:rPr>
          <w:rFonts w:eastAsia="Helvetica" w:cs="Helvetica"/>
          <w:i/>
          <w:iCs/>
          <w:color w:val="333333"/>
          <w:szCs w:val="21"/>
        </w:rPr>
        <w:t>Prethodni nazivi i Fi brojevi: K.B Zhegra, Fi-670/89; Fi-529/98</w:t>
      </w:r>
    </w:p>
    <w:p w14:paraId="67A32F71" w14:textId="77777777" w:rsidR="00345441" w:rsidRDefault="00ED0DBE">
      <w:pPr>
        <w:keepNext/>
        <w:keepLines/>
        <w:jc w:val="both"/>
      </w:pPr>
      <w:hyperlink r:id="rId116" w:tooltip="Otvori memorandum za jedinicu 103" w:history="1">
        <w:r w:rsidR="0084657B">
          <w:rPr>
            <w:rFonts w:eastAsia="Helvetica" w:cs="Helvetica"/>
            <w:b/>
            <w:color w:val="B31E8D"/>
            <w:szCs w:val="21"/>
            <w:u w:val="single"/>
          </w:rPr>
          <w:t>Jedinica br.103: ZZ Ramadan Agushi, zemljište u Pusteniku (Lot F)</w:t>
        </w:r>
      </w:hyperlink>
      <w:r w:rsidR="0084657B">
        <w:rPr>
          <w:rFonts w:eastAsia="Helvetica" w:cs="Helvetica"/>
          <w:szCs w:val="21"/>
        </w:rPr>
        <w:t xml:space="preserve"> - obuhvata zemljište sa brojem parcele P-70917070-00545-0, po kulturi pašnjak 5. klase, ukupne površine 530 m² (5 ari 30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05B71CEB" w14:textId="77777777">
        <w:trPr>
          <w:cantSplit/>
          <w:jc w:val="center"/>
        </w:trPr>
        <w:tc>
          <w:tcPr>
            <w:tcW w:w="3026" w:type="dxa"/>
            <w:vAlign w:val="center"/>
          </w:tcPr>
          <w:p w14:paraId="7A600193"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50296A73" w14:textId="309CCD1C" w:rsidR="00345441" w:rsidRDefault="0084657B">
            <w:pPr>
              <w:keepNext/>
              <w:jc w:val="center"/>
            </w:pPr>
            <w:r>
              <w:rPr>
                <w:rFonts w:eastAsia="Helvetica" w:cs="Helvetica"/>
                <w:b/>
                <w:szCs w:val="21"/>
              </w:rPr>
              <w:t>Minimalna cena: 200 €/ar</w:t>
            </w:r>
            <w:r w:rsidR="0024653B">
              <w:rPr>
                <w:rFonts w:eastAsia="Helvetica" w:cs="Helvetica"/>
                <w:b/>
                <w:szCs w:val="21"/>
              </w:rPr>
              <w:t>i</w:t>
            </w:r>
          </w:p>
        </w:tc>
        <w:tc>
          <w:tcPr>
            <w:tcW w:w="3026" w:type="dxa"/>
            <w:vAlign w:val="center"/>
          </w:tcPr>
          <w:p w14:paraId="5FE595F7" w14:textId="77777777" w:rsidR="00345441" w:rsidRDefault="0084657B">
            <w:pPr>
              <w:keepNext/>
              <w:jc w:val="center"/>
            </w:pPr>
            <w:r>
              <w:rPr>
                <w:rFonts w:eastAsia="Helvetica" w:cs="Helvetica"/>
                <w:b/>
                <w:szCs w:val="21"/>
              </w:rPr>
              <w:t>Depozit za ponudu: 1,000 €</w:t>
            </w:r>
          </w:p>
        </w:tc>
      </w:tr>
    </w:tbl>
    <w:p w14:paraId="5CDD2455" w14:textId="77777777" w:rsidR="00345441" w:rsidRDefault="0084657B">
      <w:pPr>
        <w:keepLines/>
        <w:spacing w:after="280" w:line="218" w:lineRule="exact"/>
      </w:pPr>
      <w:r>
        <w:rPr>
          <w:rFonts w:eastAsia="Helvetica" w:cs="Helvetica"/>
          <w:i/>
          <w:iCs/>
          <w:color w:val="333333"/>
          <w:szCs w:val="21"/>
        </w:rPr>
        <w:t>Prethodni nazivi i Fi brojevi: K.B Ramadan Agushi, Fi 1386/90</w:t>
      </w:r>
    </w:p>
    <w:p w14:paraId="2AC7BD3A" w14:textId="77777777" w:rsidR="00345441" w:rsidRDefault="00ED0DBE">
      <w:pPr>
        <w:keepNext/>
        <w:keepLines/>
        <w:jc w:val="both"/>
      </w:pPr>
      <w:hyperlink r:id="rId117" w:tooltip="Otvori memorandum za jedinicu 104" w:history="1">
        <w:r w:rsidR="0084657B">
          <w:rPr>
            <w:rFonts w:eastAsia="Helvetica" w:cs="Helvetica"/>
            <w:b/>
            <w:color w:val="B31E8D"/>
            <w:szCs w:val="21"/>
            <w:u w:val="single"/>
          </w:rPr>
          <w:t>Jedinica br.104: ZZ Ramadan Agushi, zemljište u Sopotnici</w:t>
        </w:r>
      </w:hyperlink>
      <w:r w:rsidR="0084657B">
        <w:rPr>
          <w:rFonts w:eastAsia="Helvetica" w:cs="Helvetica"/>
          <w:szCs w:val="21"/>
        </w:rPr>
        <w:t xml:space="preserve"> - obuhvata zemljište sa brojem parcele P-70917083-00506-21, po kulturi njiva 2. i 3. klase, ukupne površine 669 m² (6 ari 69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3B36830F" w14:textId="77777777">
        <w:trPr>
          <w:cantSplit/>
          <w:jc w:val="center"/>
        </w:trPr>
        <w:tc>
          <w:tcPr>
            <w:tcW w:w="3026" w:type="dxa"/>
            <w:vAlign w:val="center"/>
          </w:tcPr>
          <w:p w14:paraId="4BB32692"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32DB9A56" w14:textId="0A756C83" w:rsidR="00345441" w:rsidRDefault="0084657B">
            <w:pPr>
              <w:keepNext/>
              <w:jc w:val="center"/>
            </w:pPr>
            <w:r>
              <w:rPr>
                <w:rFonts w:eastAsia="Helvetica" w:cs="Helvetica"/>
                <w:b/>
                <w:szCs w:val="21"/>
              </w:rPr>
              <w:t>Minimalna cena: 2,400 €/ar</w:t>
            </w:r>
            <w:r w:rsidR="0024653B">
              <w:rPr>
                <w:rFonts w:eastAsia="Helvetica" w:cs="Helvetica"/>
                <w:b/>
                <w:szCs w:val="21"/>
              </w:rPr>
              <w:t>i</w:t>
            </w:r>
          </w:p>
        </w:tc>
        <w:tc>
          <w:tcPr>
            <w:tcW w:w="3026" w:type="dxa"/>
            <w:vAlign w:val="center"/>
          </w:tcPr>
          <w:p w14:paraId="2DBCB347" w14:textId="77777777" w:rsidR="00345441" w:rsidRDefault="0084657B">
            <w:pPr>
              <w:keepNext/>
              <w:jc w:val="center"/>
            </w:pPr>
            <w:r>
              <w:rPr>
                <w:rFonts w:eastAsia="Helvetica" w:cs="Helvetica"/>
                <w:b/>
                <w:szCs w:val="21"/>
              </w:rPr>
              <w:t>Depozit za ponudu: 2,000 €</w:t>
            </w:r>
          </w:p>
        </w:tc>
      </w:tr>
    </w:tbl>
    <w:p w14:paraId="354EAF3D" w14:textId="77777777" w:rsidR="00345441" w:rsidRDefault="0084657B">
      <w:pPr>
        <w:keepLines/>
        <w:spacing w:after="280" w:line="218" w:lineRule="exact"/>
      </w:pPr>
      <w:r>
        <w:rPr>
          <w:rFonts w:eastAsia="Helvetica" w:cs="Helvetica"/>
          <w:i/>
          <w:iCs/>
          <w:color w:val="333333"/>
          <w:szCs w:val="21"/>
        </w:rPr>
        <w:t>Prethodni nazivi i Fi brojevi: K.B Ramadan Agushi, Fi 1386/90</w:t>
      </w:r>
    </w:p>
    <w:p w14:paraId="26A59A5E" w14:textId="77777777" w:rsidR="00345441" w:rsidRDefault="00ED0DBE">
      <w:pPr>
        <w:keepNext/>
        <w:keepLines/>
        <w:jc w:val="both"/>
      </w:pPr>
      <w:hyperlink r:id="rId118" w:tooltip="Otvori memorandum za jedinicu 105" w:history="1">
        <w:r w:rsidR="0084657B">
          <w:rPr>
            <w:rFonts w:eastAsia="Helvetica" w:cs="Helvetica"/>
            <w:b/>
            <w:color w:val="B31E8D"/>
            <w:szCs w:val="21"/>
            <w:u w:val="single"/>
          </w:rPr>
          <w:t>Jedinica br.105: Pasuria Bujqësore, zemljište u Oraovici (Lot 01)</w:t>
        </w:r>
      </w:hyperlink>
      <w:r w:rsidR="0084657B">
        <w:rPr>
          <w:rFonts w:eastAsia="Helvetica" w:cs="Helvetica"/>
          <w:szCs w:val="21"/>
        </w:rPr>
        <w:t xml:space="preserve"> - obuhvata zemljište sa brojem parcele P-72217072-00088-0, po kulturi pašnjak 3. klase, ukupne površine 1,039 m² (10 ari 39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275FD8E6" w14:textId="77777777">
        <w:trPr>
          <w:cantSplit/>
          <w:jc w:val="center"/>
        </w:trPr>
        <w:tc>
          <w:tcPr>
            <w:tcW w:w="3026" w:type="dxa"/>
            <w:vAlign w:val="center"/>
          </w:tcPr>
          <w:p w14:paraId="3A1FCE82"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Zemljište za stambeni objekat</w:t>
            </w:r>
          </w:p>
        </w:tc>
        <w:tc>
          <w:tcPr>
            <w:tcW w:w="3026" w:type="dxa"/>
            <w:vAlign w:val="center"/>
          </w:tcPr>
          <w:p w14:paraId="71421A34" w14:textId="55D0A00D" w:rsidR="00345441" w:rsidRDefault="0084657B">
            <w:pPr>
              <w:keepNext/>
              <w:jc w:val="center"/>
            </w:pPr>
            <w:r>
              <w:rPr>
                <w:rFonts w:eastAsia="Helvetica" w:cs="Helvetica"/>
                <w:b/>
                <w:szCs w:val="21"/>
              </w:rPr>
              <w:t>Minimalna cena: 2,000 €/ar</w:t>
            </w:r>
            <w:r w:rsidR="0024653B">
              <w:rPr>
                <w:rFonts w:eastAsia="Helvetica" w:cs="Helvetica"/>
                <w:b/>
                <w:szCs w:val="21"/>
              </w:rPr>
              <w:t>i</w:t>
            </w:r>
          </w:p>
        </w:tc>
        <w:tc>
          <w:tcPr>
            <w:tcW w:w="3026" w:type="dxa"/>
            <w:vAlign w:val="center"/>
          </w:tcPr>
          <w:p w14:paraId="0FF439F3" w14:textId="77777777" w:rsidR="00345441" w:rsidRDefault="0084657B">
            <w:pPr>
              <w:keepNext/>
              <w:jc w:val="center"/>
            </w:pPr>
            <w:r>
              <w:rPr>
                <w:rFonts w:eastAsia="Helvetica" w:cs="Helvetica"/>
                <w:b/>
                <w:szCs w:val="21"/>
              </w:rPr>
              <w:t>Depozit za ponudu: 2,000 €</w:t>
            </w:r>
          </w:p>
        </w:tc>
      </w:tr>
    </w:tbl>
    <w:p w14:paraId="2310BD2F" w14:textId="77777777" w:rsidR="00345441" w:rsidRDefault="0084657B">
      <w:pPr>
        <w:keepLines/>
        <w:spacing w:after="280" w:line="218" w:lineRule="exact"/>
      </w:pPr>
      <w:r>
        <w:rPr>
          <w:rFonts w:eastAsia="Helvetica" w:cs="Helvetica"/>
          <w:i/>
          <w:iCs/>
          <w:color w:val="333333"/>
          <w:szCs w:val="21"/>
        </w:rPr>
        <w:t>Prethodni nazivi i Fi brojevi: N.Sh Pasuria Bujqesore, Fi-650/89</w:t>
      </w:r>
    </w:p>
    <w:p w14:paraId="54366E71" w14:textId="77777777" w:rsidR="00345441" w:rsidRDefault="00ED0DBE">
      <w:pPr>
        <w:keepNext/>
        <w:keepLines/>
        <w:jc w:val="both"/>
      </w:pPr>
      <w:hyperlink r:id="rId119" w:tooltip="Otvori memorandum za jedinicu 106" w:history="1">
        <w:r w:rsidR="0084657B">
          <w:rPr>
            <w:rFonts w:eastAsia="Helvetica" w:cs="Helvetica"/>
            <w:b/>
            <w:color w:val="B31E8D"/>
            <w:szCs w:val="21"/>
            <w:u w:val="single"/>
          </w:rPr>
          <w:t>Jedinica br.106: ZZ Zhegra, zemljište u Ladovu (LOT E)</w:t>
        </w:r>
      </w:hyperlink>
      <w:r w:rsidR="0084657B">
        <w:rPr>
          <w:rFonts w:eastAsia="Helvetica" w:cs="Helvetica"/>
          <w:szCs w:val="21"/>
        </w:rPr>
        <w:t xml:space="preserve"> - obuhvata poljoprivredno zemljište, katastarsku parcelu br. P-70403007-00965-0, po kulturi njiva 6. klase, površine 2,142 m² (21 ar 42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1655F9C3" w14:textId="77777777">
        <w:trPr>
          <w:cantSplit/>
          <w:jc w:val="center"/>
        </w:trPr>
        <w:tc>
          <w:tcPr>
            <w:tcW w:w="3026" w:type="dxa"/>
            <w:vAlign w:val="center"/>
          </w:tcPr>
          <w:p w14:paraId="4737D1FF"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43800186" w14:textId="3F98F0FC" w:rsidR="00345441" w:rsidRDefault="0084657B">
            <w:pPr>
              <w:keepNext/>
              <w:jc w:val="center"/>
            </w:pPr>
            <w:r>
              <w:rPr>
                <w:rFonts w:eastAsia="Helvetica" w:cs="Helvetica"/>
                <w:b/>
                <w:szCs w:val="21"/>
              </w:rPr>
              <w:t>Minimalna cena: 1,200 €/ar</w:t>
            </w:r>
            <w:r w:rsidR="0024653B">
              <w:rPr>
                <w:rFonts w:eastAsia="Helvetica" w:cs="Helvetica"/>
                <w:b/>
                <w:szCs w:val="21"/>
              </w:rPr>
              <w:t>i</w:t>
            </w:r>
          </w:p>
        </w:tc>
        <w:tc>
          <w:tcPr>
            <w:tcW w:w="3026" w:type="dxa"/>
            <w:vAlign w:val="center"/>
          </w:tcPr>
          <w:p w14:paraId="20C73C03" w14:textId="77777777" w:rsidR="00345441" w:rsidRDefault="0084657B">
            <w:pPr>
              <w:keepNext/>
              <w:jc w:val="center"/>
            </w:pPr>
            <w:r>
              <w:rPr>
                <w:rFonts w:eastAsia="Helvetica" w:cs="Helvetica"/>
                <w:b/>
                <w:szCs w:val="21"/>
              </w:rPr>
              <w:t>Depozit za ponudu: 3,000 €</w:t>
            </w:r>
          </w:p>
        </w:tc>
      </w:tr>
    </w:tbl>
    <w:p w14:paraId="7B5B69EE" w14:textId="77777777" w:rsidR="00345441" w:rsidRDefault="0084657B">
      <w:pPr>
        <w:keepLines/>
        <w:spacing w:after="280" w:line="218" w:lineRule="exact"/>
      </w:pPr>
      <w:r>
        <w:rPr>
          <w:rFonts w:eastAsia="Helvetica" w:cs="Helvetica"/>
          <w:i/>
          <w:iCs/>
          <w:color w:val="333333"/>
          <w:szCs w:val="21"/>
        </w:rPr>
        <w:t>Prethodni nazivi i Fi brojevi: K.B Zhegra, Fi-670/89; Fi-529/98</w:t>
      </w:r>
    </w:p>
    <w:p w14:paraId="7CFBC339" w14:textId="77777777" w:rsidR="00345441" w:rsidRDefault="00ED0DBE">
      <w:pPr>
        <w:keepNext/>
        <w:keepLines/>
        <w:jc w:val="both"/>
      </w:pPr>
      <w:hyperlink r:id="rId120" w:tooltip="Otvori memorandum za jedinicu 107" w:history="1">
        <w:r w:rsidR="0084657B">
          <w:rPr>
            <w:rFonts w:eastAsia="Helvetica" w:cs="Helvetica"/>
            <w:b/>
            <w:color w:val="B31E8D"/>
            <w:szCs w:val="21"/>
            <w:u w:val="single"/>
          </w:rPr>
          <w:t>Jedinica br.107: ZZ Zhegra, zemljište u Ladovu (LOT 01)</w:t>
        </w:r>
      </w:hyperlink>
      <w:r w:rsidR="0084657B">
        <w:rPr>
          <w:rFonts w:eastAsia="Helvetica" w:cs="Helvetica"/>
          <w:szCs w:val="21"/>
        </w:rPr>
        <w:t xml:space="preserve"> - obuhvata poljoprivredno zemljište, katastarske parcele br. P-70403007-00328-0, P-70403007-00329-0 i P-70403007-00330-0, po kulturi njiva 4. klase, ukupne površine 2,436 m² (24 ara 36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59FD5153" w14:textId="77777777">
        <w:trPr>
          <w:cantSplit/>
          <w:jc w:val="center"/>
        </w:trPr>
        <w:tc>
          <w:tcPr>
            <w:tcW w:w="3026" w:type="dxa"/>
            <w:vAlign w:val="center"/>
          </w:tcPr>
          <w:p w14:paraId="617D53F9"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200B5173" w14:textId="6961BA5A" w:rsidR="00345441" w:rsidRDefault="0084657B">
            <w:pPr>
              <w:keepNext/>
              <w:jc w:val="center"/>
            </w:pPr>
            <w:r>
              <w:rPr>
                <w:rFonts w:eastAsia="Helvetica" w:cs="Helvetica"/>
                <w:b/>
                <w:szCs w:val="21"/>
              </w:rPr>
              <w:t>Minimalna cena: 1,200 €/ar</w:t>
            </w:r>
            <w:r w:rsidR="0024653B">
              <w:rPr>
                <w:rFonts w:eastAsia="Helvetica" w:cs="Helvetica"/>
                <w:b/>
                <w:szCs w:val="21"/>
              </w:rPr>
              <w:t>i</w:t>
            </w:r>
          </w:p>
        </w:tc>
        <w:tc>
          <w:tcPr>
            <w:tcW w:w="3026" w:type="dxa"/>
            <w:vAlign w:val="center"/>
          </w:tcPr>
          <w:p w14:paraId="6D406205" w14:textId="77777777" w:rsidR="00345441" w:rsidRDefault="0084657B">
            <w:pPr>
              <w:keepNext/>
              <w:jc w:val="center"/>
            </w:pPr>
            <w:r>
              <w:rPr>
                <w:rFonts w:eastAsia="Helvetica" w:cs="Helvetica"/>
                <w:b/>
                <w:szCs w:val="21"/>
              </w:rPr>
              <w:t>Depozit za ponudu: 3,000 €</w:t>
            </w:r>
          </w:p>
        </w:tc>
      </w:tr>
    </w:tbl>
    <w:p w14:paraId="6625D290" w14:textId="77777777" w:rsidR="00345441" w:rsidRDefault="0084657B">
      <w:pPr>
        <w:keepLines/>
        <w:spacing w:after="280" w:line="218" w:lineRule="exact"/>
      </w:pPr>
      <w:r>
        <w:rPr>
          <w:rFonts w:eastAsia="Helvetica" w:cs="Helvetica"/>
          <w:i/>
          <w:iCs/>
          <w:color w:val="333333"/>
          <w:szCs w:val="21"/>
        </w:rPr>
        <w:t>Prethodni nazivi i Fi brojevi: K.B Zhegra, Fi-670/89; Fi-529/98</w:t>
      </w:r>
    </w:p>
    <w:p w14:paraId="540BD05A" w14:textId="77777777" w:rsidR="00345441" w:rsidRDefault="00ED0DBE">
      <w:pPr>
        <w:keepNext/>
        <w:keepLines/>
        <w:jc w:val="both"/>
      </w:pPr>
      <w:hyperlink r:id="rId121" w:tooltip="Otvori memorandum za jedinicu 108" w:history="1">
        <w:r w:rsidR="0084657B">
          <w:rPr>
            <w:rFonts w:eastAsia="Helvetica" w:cs="Helvetica"/>
            <w:b/>
            <w:color w:val="B31E8D"/>
            <w:szCs w:val="21"/>
            <w:u w:val="single"/>
          </w:rPr>
          <w:t>Jedinica br.108: ZZ Zhegra, zemljište u Žegru (LOT 01)</w:t>
        </w:r>
      </w:hyperlink>
      <w:r w:rsidR="0084657B">
        <w:rPr>
          <w:rFonts w:eastAsia="Helvetica" w:cs="Helvetica"/>
          <w:szCs w:val="21"/>
        </w:rPr>
        <w:t xml:space="preserve"> - obuhvata poljoprivredno zemljište, katastarsku parcelu br. P-70403026-03862-0, po kulturi njiva 6. klase, ukupne površine 331 m² (3 ara 31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124D13BA" w14:textId="77777777">
        <w:trPr>
          <w:cantSplit/>
          <w:jc w:val="center"/>
        </w:trPr>
        <w:tc>
          <w:tcPr>
            <w:tcW w:w="3026" w:type="dxa"/>
            <w:vAlign w:val="center"/>
          </w:tcPr>
          <w:p w14:paraId="6444F811"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44ED892E" w14:textId="6537017C" w:rsidR="00345441" w:rsidRDefault="0084657B">
            <w:pPr>
              <w:keepNext/>
              <w:jc w:val="center"/>
            </w:pPr>
            <w:r>
              <w:rPr>
                <w:rFonts w:eastAsia="Helvetica" w:cs="Helvetica"/>
                <w:b/>
                <w:szCs w:val="21"/>
              </w:rPr>
              <w:t>Minimalna cena: 80 €/ar</w:t>
            </w:r>
            <w:r w:rsidR="0024653B">
              <w:rPr>
                <w:rFonts w:eastAsia="Helvetica" w:cs="Helvetica"/>
                <w:b/>
                <w:szCs w:val="21"/>
              </w:rPr>
              <w:t>i</w:t>
            </w:r>
          </w:p>
        </w:tc>
        <w:tc>
          <w:tcPr>
            <w:tcW w:w="3026" w:type="dxa"/>
            <w:vAlign w:val="center"/>
          </w:tcPr>
          <w:p w14:paraId="67B47DDA" w14:textId="77777777" w:rsidR="00345441" w:rsidRDefault="0084657B">
            <w:pPr>
              <w:keepNext/>
              <w:jc w:val="center"/>
            </w:pPr>
            <w:r>
              <w:rPr>
                <w:rFonts w:eastAsia="Helvetica" w:cs="Helvetica"/>
                <w:b/>
                <w:szCs w:val="21"/>
              </w:rPr>
              <w:t>Depozit za ponudu: 1,000 €</w:t>
            </w:r>
          </w:p>
        </w:tc>
      </w:tr>
    </w:tbl>
    <w:p w14:paraId="31FA7FE4" w14:textId="77777777" w:rsidR="00345441" w:rsidRDefault="0084657B">
      <w:pPr>
        <w:keepLines/>
        <w:spacing w:after="280" w:line="218" w:lineRule="exact"/>
      </w:pPr>
      <w:r>
        <w:rPr>
          <w:rFonts w:eastAsia="Helvetica" w:cs="Helvetica"/>
          <w:i/>
          <w:iCs/>
          <w:color w:val="333333"/>
          <w:szCs w:val="21"/>
        </w:rPr>
        <w:t>Prethodni nazivi i Fi brojevi: K.B Zhegra, Fi-670/89; Fi-529/98</w:t>
      </w:r>
    </w:p>
    <w:p w14:paraId="720925F1" w14:textId="77777777" w:rsidR="00345441" w:rsidRDefault="00ED0DBE">
      <w:pPr>
        <w:keepNext/>
        <w:keepLines/>
        <w:jc w:val="both"/>
      </w:pPr>
      <w:hyperlink r:id="rId122" w:tooltip="Otvori memorandum za jedinicu 109" w:history="1">
        <w:r w:rsidR="0084657B">
          <w:rPr>
            <w:rFonts w:eastAsia="Helvetica" w:cs="Helvetica"/>
            <w:b/>
            <w:color w:val="B31E8D"/>
            <w:szCs w:val="21"/>
            <w:u w:val="single"/>
          </w:rPr>
          <w:t>Jedinica br.109: Agroprodukti, zemljište u Pančelu (LOT1)</w:t>
        </w:r>
      </w:hyperlink>
      <w:r w:rsidR="0084657B">
        <w:rPr>
          <w:rFonts w:eastAsia="Helvetica" w:cs="Helvetica"/>
          <w:szCs w:val="21"/>
        </w:rPr>
        <w:t xml:space="preserve"> - obuhvata poljoprivredno zemljište, katastarsku parcelu br. P-71107061-00691-0, po kulturi livada 6. klase, ukupne površine 1,048 m² (10 ari 48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11768EB6" w14:textId="77777777">
        <w:trPr>
          <w:cantSplit/>
          <w:jc w:val="center"/>
        </w:trPr>
        <w:tc>
          <w:tcPr>
            <w:tcW w:w="3026" w:type="dxa"/>
            <w:vAlign w:val="center"/>
          </w:tcPr>
          <w:p w14:paraId="64017FC4"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288F6DBA" w14:textId="0A40D661" w:rsidR="00345441" w:rsidRDefault="0084657B">
            <w:pPr>
              <w:keepNext/>
              <w:jc w:val="center"/>
            </w:pPr>
            <w:r>
              <w:rPr>
                <w:rFonts w:eastAsia="Helvetica" w:cs="Helvetica"/>
                <w:b/>
                <w:szCs w:val="21"/>
              </w:rPr>
              <w:t>Minimalna cena: 120 €/ar</w:t>
            </w:r>
            <w:r w:rsidR="0024653B">
              <w:rPr>
                <w:rFonts w:eastAsia="Helvetica" w:cs="Helvetica"/>
                <w:b/>
                <w:szCs w:val="21"/>
              </w:rPr>
              <w:t>i</w:t>
            </w:r>
          </w:p>
        </w:tc>
        <w:tc>
          <w:tcPr>
            <w:tcW w:w="3026" w:type="dxa"/>
            <w:vAlign w:val="center"/>
          </w:tcPr>
          <w:p w14:paraId="21714526" w14:textId="77777777" w:rsidR="00345441" w:rsidRDefault="0084657B">
            <w:pPr>
              <w:keepNext/>
              <w:jc w:val="center"/>
            </w:pPr>
            <w:r>
              <w:rPr>
                <w:rFonts w:eastAsia="Helvetica" w:cs="Helvetica"/>
                <w:b/>
                <w:szCs w:val="21"/>
              </w:rPr>
              <w:t>Depozit za ponudu: 1,000 €</w:t>
            </w:r>
          </w:p>
        </w:tc>
      </w:tr>
    </w:tbl>
    <w:p w14:paraId="0C4D8FAC" w14:textId="77777777" w:rsidR="00345441" w:rsidRDefault="0084657B">
      <w:pPr>
        <w:keepLines/>
        <w:spacing w:after="280" w:line="218" w:lineRule="exact"/>
      </w:pPr>
      <w:r>
        <w:rPr>
          <w:rFonts w:eastAsia="Helvetica" w:cs="Helvetica"/>
          <w:i/>
          <w:iCs/>
          <w:color w:val="333333"/>
          <w:szCs w:val="21"/>
        </w:rPr>
        <w:t>Prethodni nazivi i Fi brojevi: K.B Agroprodukti, Fi. 166/90</w:t>
      </w:r>
    </w:p>
    <w:p w14:paraId="168D6BC4" w14:textId="77777777" w:rsidR="00345441" w:rsidRDefault="00ED0DBE">
      <w:pPr>
        <w:keepNext/>
        <w:keepLines/>
        <w:jc w:val="both"/>
      </w:pPr>
      <w:hyperlink r:id="rId123" w:tooltip="Otvori memorandum za jedinicu 110" w:history="1">
        <w:r w:rsidR="0084657B">
          <w:rPr>
            <w:rFonts w:eastAsia="Helvetica" w:cs="Helvetica"/>
            <w:b/>
            <w:color w:val="B31E8D"/>
            <w:szCs w:val="21"/>
            <w:u w:val="single"/>
          </w:rPr>
          <w:t>Jedinica br.110: DP Agromorava - Zemljište u Čerkeskoj Sadovini (Lot J)</w:t>
        </w:r>
      </w:hyperlink>
      <w:r w:rsidR="0084657B">
        <w:rPr>
          <w:rFonts w:eastAsia="Helvetica" w:cs="Helvetica"/>
          <w:szCs w:val="21"/>
        </w:rPr>
        <w:t xml:space="preserve"> - obuhvata poljoprivredno zemljište, parcelu br. P-70101040-00216-0, pašnjak 4. klase, i parcelu P-70101040-00217-0, pašnjak 6. klase, ukupne površine 8,754 m² (87 ari 54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3053C7A2" w14:textId="77777777">
        <w:trPr>
          <w:cantSplit/>
          <w:jc w:val="center"/>
        </w:trPr>
        <w:tc>
          <w:tcPr>
            <w:tcW w:w="3026" w:type="dxa"/>
            <w:vAlign w:val="center"/>
          </w:tcPr>
          <w:p w14:paraId="4A6BED1C"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297419C6" w14:textId="746D0307" w:rsidR="00345441" w:rsidRDefault="0084657B">
            <w:pPr>
              <w:keepNext/>
              <w:jc w:val="center"/>
            </w:pPr>
            <w:r>
              <w:rPr>
                <w:rFonts w:eastAsia="Helvetica" w:cs="Helvetica"/>
                <w:b/>
                <w:szCs w:val="21"/>
              </w:rPr>
              <w:t>Minimalna cena: 120 €/ar</w:t>
            </w:r>
            <w:r w:rsidR="0024653B">
              <w:rPr>
                <w:rFonts w:eastAsia="Helvetica" w:cs="Helvetica"/>
                <w:b/>
                <w:szCs w:val="21"/>
              </w:rPr>
              <w:t>i</w:t>
            </w:r>
          </w:p>
        </w:tc>
        <w:tc>
          <w:tcPr>
            <w:tcW w:w="3026" w:type="dxa"/>
            <w:vAlign w:val="center"/>
          </w:tcPr>
          <w:p w14:paraId="660D8929" w14:textId="77777777" w:rsidR="00345441" w:rsidRDefault="0084657B">
            <w:pPr>
              <w:keepNext/>
              <w:jc w:val="center"/>
            </w:pPr>
            <w:r>
              <w:rPr>
                <w:rFonts w:eastAsia="Helvetica" w:cs="Helvetica"/>
                <w:b/>
                <w:szCs w:val="21"/>
              </w:rPr>
              <w:t>Depozit za ponudu: 1,000 €</w:t>
            </w:r>
          </w:p>
        </w:tc>
      </w:tr>
    </w:tbl>
    <w:p w14:paraId="191E4E3F" w14:textId="77777777" w:rsidR="00345441" w:rsidRDefault="0084657B">
      <w:pPr>
        <w:keepLines/>
        <w:spacing w:after="280" w:line="218" w:lineRule="exact"/>
      </w:pPr>
      <w:r>
        <w:rPr>
          <w:rFonts w:eastAsia="Helvetica" w:cs="Helvetica"/>
          <w:i/>
          <w:iCs/>
          <w:color w:val="333333"/>
          <w:szCs w:val="21"/>
        </w:rPr>
        <w:t>Prethodni nazivi i Fi brojevi: N.B.I Agromorava, Fi. 229/89</w:t>
      </w:r>
    </w:p>
    <w:p w14:paraId="3AAC89CC" w14:textId="77777777" w:rsidR="00345441" w:rsidRDefault="00ED0DBE">
      <w:pPr>
        <w:keepNext/>
        <w:keepLines/>
        <w:jc w:val="both"/>
      </w:pPr>
      <w:hyperlink r:id="rId124" w:tooltip="Otvori memorandum za jedinicu 111" w:history="1">
        <w:r w:rsidR="0084657B">
          <w:rPr>
            <w:rFonts w:eastAsia="Helvetica" w:cs="Helvetica"/>
            <w:b/>
            <w:color w:val="B31E8D"/>
            <w:szCs w:val="21"/>
            <w:u w:val="single"/>
          </w:rPr>
          <w:t>Jedinica br.111: DP Agromorava - Zemljište u Vitini (Lot H)</w:t>
        </w:r>
      </w:hyperlink>
      <w:r w:rsidR="0084657B">
        <w:rPr>
          <w:rFonts w:eastAsia="Helvetica" w:cs="Helvetica"/>
          <w:szCs w:val="21"/>
        </w:rPr>
        <w:t xml:space="preserve"> - obuhvata poljoprivredno zemljište, parcelu br. P-70101007-02836-0, njiva 3. klase, ukupne površine 903 m² (9 ari 03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73ECEDA2" w14:textId="77777777">
        <w:trPr>
          <w:cantSplit/>
          <w:jc w:val="center"/>
        </w:trPr>
        <w:tc>
          <w:tcPr>
            <w:tcW w:w="3026" w:type="dxa"/>
            <w:vAlign w:val="center"/>
          </w:tcPr>
          <w:p w14:paraId="082F38D2"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16A37E5F" w14:textId="151A21CD" w:rsidR="00345441" w:rsidRDefault="0084657B">
            <w:pPr>
              <w:keepNext/>
              <w:jc w:val="center"/>
            </w:pPr>
            <w:r>
              <w:rPr>
                <w:rFonts w:eastAsia="Helvetica" w:cs="Helvetica"/>
                <w:b/>
                <w:szCs w:val="21"/>
              </w:rPr>
              <w:t>Minimalna cena: 480 €/ar</w:t>
            </w:r>
            <w:r w:rsidR="0024653B">
              <w:rPr>
                <w:rFonts w:eastAsia="Helvetica" w:cs="Helvetica"/>
                <w:b/>
                <w:szCs w:val="21"/>
              </w:rPr>
              <w:t>i</w:t>
            </w:r>
          </w:p>
        </w:tc>
        <w:tc>
          <w:tcPr>
            <w:tcW w:w="3026" w:type="dxa"/>
            <w:vAlign w:val="center"/>
          </w:tcPr>
          <w:p w14:paraId="1933D130" w14:textId="77777777" w:rsidR="00345441" w:rsidRDefault="0084657B">
            <w:pPr>
              <w:keepNext/>
              <w:jc w:val="center"/>
            </w:pPr>
            <w:r>
              <w:rPr>
                <w:rFonts w:eastAsia="Helvetica" w:cs="Helvetica"/>
                <w:b/>
                <w:szCs w:val="21"/>
              </w:rPr>
              <w:t>Depozit za ponudu: 1,000 €</w:t>
            </w:r>
          </w:p>
        </w:tc>
      </w:tr>
    </w:tbl>
    <w:p w14:paraId="63655FD4" w14:textId="77777777" w:rsidR="00345441" w:rsidRDefault="0084657B">
      <w:pPr>
        <w:keepLines/>
        <w:spacing w:after="280" w:line="218" w:lineRule="exact"/>
      </w:pPr>
      <w:r>
        <w:rPr>
          <w:rFonts w:eastAsia="Helvetica" w:cs="Helvetica"/>
          <w:i/>
          <w:iCs/>
          <w:color w:val="333333"/>
          <w:szCs w:val="21"/>
        </w:rPr>
        <w:t>Prethodni nazivi i Fi brojevi: N.B.I Agromorava, Fi. 229/89</w:t>
      </w:r>
    </w:p>
    <w:p w14:paraId="431A2B25" w14:textId="77777777" w:rsidR="00345441" w:rsidRDefault="00ED0DBE">
      <w:pPr>
        <w:keepNext/>
        <w:keepLines/>
        <w:jc w:val="both"/>
      </w:pPr>
      <w:hyperlink r:id="rId125" w:tooltip="Otvori memorandum za jedinicu 112" w:history="1">
        <w:r w:rsidR="0084657B">
          <w:rPr>
            <w:rFonts w:eastAsia="Helvetica" w:cs="Helvetica"/>
            <w:b/>
            <w:color w:val="B31E8D"/>
            <w:szCs w:val="21"/>
            <w:u w:val="single"/>
          </w:rPr>
          <w:t>Jedinica br.112: Agromorava, zemljište u Gornjoj Budrigi (LOT C)</w:t>
        </w:r>
      </w:hyperlink>
      <w:r w:rsidR="0084657B">
        <w:rPr>
          <w:rFonts w:eastAsia="Helvetica" w:cs="Helvetica"/>
          <w:szCs w:val="21"/>
        </w:rPr>
        <w:t xml:space="preserve"> - obuhvata poljoprivredno zemljište, parcelu br. P-70101012-00858-0, livada 2. klase, ukupne površine 4,489 m² (44 ara 89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5311613F" w14:textId="77777777">
        <w:trPr>
          <w:cantSplit/>
          <w:jc w:val="center"/>
        </w:trPr>
        <w:tc>
          <w:tcPr>
            <w:tcW w:w="3026" w:type="dxa"/>
            <w:vAlign w:val="center"/>
          </w:tcPr>
          <w:p w14:paraId="5DF61031"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43D81B44" w14:textId="0D68F322" w:rsidR="00345441" w:rsidRDefault="0084657B">
            <w:pPr>
              <w:keepNext/>
              <w:jc w:val="center"/>
            </w:pPr>
            <w:r>
              <w:rPr>
                <w:rFonts w:eastAsia="Helvetica" w:cs="Helvetica"/>
                <w:b/>
                <w:szCs w:val="21"/>
              </w:rPr>
              <w:t>Minimalna cena: 112 €/ar</w:t>
            </w:r>
            <w:r w:rsidR="00AC3726">
              <w:rPr>
                <w:rFonts w:eastAsia="Helvetica" w:cs="Helvetica"/>
                <w:b/>
                <w:szCs w:val="21"/>
              </w:rPr>
              <w:t>i</w:t>
            </w:r>
          </w:p>
        </w:tc>
        <w:tc>
          <w:tcPr>
            <w:tcW w:w="3026" w:type="dxa"/>
            <w:vAlign w:val="center"/>
          </w:tcPr>
          <w:p w14:paraId="549AD605" w14:textId="77777777" w:rsidR="00345441" w:rsidRDefault="0084657B">
            <w:pPr>
              <w:keepNext/>
              <w:jc w:val="center"/>
            </w:pPr>
            <w:r>
              <w:rPr>
                <w:rFonts w:eastAsia="Helvetica" w:cs="Helvetica"/>
                <w:b/>
                <w:szCs w:val="21"/>
              </w:rPr>
              <w:t>Depozit za ponudu: 1,000 €</w:t>
            </w:r>
          </w:p>
        </w:tc>
      </w:tr>
    </w:tbl>
    <w:p w14:paraId="5CCC8926" w14:textId="77777777" w:rsidR="00345441" w:rsidRDefault="0084657B">
      <w:pPr>
        <w:keepLines/>
        <w:spacing w:after="280" w:line="218" w:lineRule="exact"/>
      </w:pPr>
      <w:r>
        <w:rPr>
          <w:rFonts w:eastAsia="Helvetica" w:cs="Helvetica"/>
          <w:i/>
          <w:iCs/>
          <w:color w:val="333333"/>
          <w:szCs w:val="21"/>
        </w:rPr>
        <w:t>Prethodni nazivi i Fi brojevi: N.B.I Agromorava, Fi. 229/89</w:t>
      </w:r>
    </w:p>
    <w:p w14:paraId="2DB659C9" w14:textId="77777777" w:rsidR="00345441" w:rsidRDefault="00ED0DBE">
      <w:pPr>
        <w:keepNext/>
        <w:keepLines/>
        <w:jc w:val="both"/>
      </w:pPr>
      <w:hyperlink r:id="rId126" w:tooltip="Otvori memorandum za jedinicu 113" w:history="1">
        <w:r w:rsidR="0084657B">
          <w:rPr>
            <w:rFonts w:eastAsia="Helvetica" w:cs="Helvetica"/>
            <w:b/>
            <w:color w:val="B31E8D"/>
            <w:szCs w:val="21"/>
            <w:u w:val="single"/>
          </w:rPr>
          <w:t>Jedinica br.113: Agromorava, zemljište u Vitini (Lot 01)</w:t>
        </w:r>
      </w:hyperlink>
      <w:r w:rsidR="0084657B">
        <w:rPr>
          <w:rFonts w:eastAsia="Helvetica" w:cs="Helvetica"/>
          <w:szCs w:val="21"/>
        </w:rPr>
        <w:t xml:space="preserve"> - obuhvata poljoprivredno zemljište, parcelu br. P-70101007-02482-2, njiva 2. klase, ukupne površine 5,621 m² (56 ari 21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54652B6C" w14:textId="77777777">
        <w:trPr>
          <w:cantSplit/>
          <w:jc w:val="center"/>
        </w:trPr>
        <w:tc>
          <w:tcPr>
            <w:tcW w:w="3026" w:type="dxa"/>
            <w:vAlign w:val="center"/>
          </w:tcPr>
          <w:p w14:paraId="479F4BD6"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452D2616" w14:textId="0E442304" w:rsidR="00345441" w:rsidRDefault="0084657B">
            <w:pPr>
              <w:keepNext/>
              <w:jc w:val="center"/>
            </w:pPr>
            <w:r>
              <w:rPr>
                <w:rFonts w:eastAsia="Helvetica" w:cs="Helvetica"/>
                <w:b/>
                <w:szCs w:val="21"/>
              </w:rPr>
              <w:t>Minimalna cena: 6,400 €/ar</w:t>
            </w:r>
            <w:r w:rsidR="00AC3726">
              <w:rPr>
                <w:rFonts w:eastAsia="Helvetica" w:cs="Helvetica"/>
                <w:b/>
                <w:szCs w:val="21"/>
              </w:rPr>
              <w:t>i</w:t>
            </w:r>
          </w:p>
        </w:tc>
        <w:tc>
          <w:tcPr>
            <w:tcW w:w="3026" w:type="dxa"/>
            <w:vAlign w:val="center"/>
          </w:tcPr>
          <w:p w14:paraId="701AEF8F" w14:textId="77777777" w:rsidR="00345441" w:rsidRDefault="0084657B">
            <w:pPr>
              <w:keepNext/>
              <w:jc w:val="center"/>
            </w:pPr>
            <w:r>
              <w:rPr>
                <w:rFonts w:eastAsia="Helvetica" w:cs="Helvetica"/>
                <w:b/>
                <w:szCs w:val="21"/>
              </w:rPr>
              <w:t>Depozit za ponudu: 18,000 €</w:t>
            </w:r>
          </w:p>
        </w:tc>
      </w:tr>
    </w:tbl>
    <w:p w14:paraId="483FAC6B" w14:textId="77777777" w:rsidR="00345441" w:rsidRDefault="0084657B">
      <w:pPr>
        <w:keepLines/>
        <w:spacing w:after="280" w:line="218" w:lineRule="exact"/>
      </w:pPr>
      <w:r>
        <w:rPr>
          <w:rFonts w:eastAsia="Helvetica" w:cs="Helvetica"/>
          <w:i/>
          <w:iCs/>
          <w:color w:val="333333"/>
          <w:szCs w:val="21"/>
        </w:rPr>
        <w:t>Prethodni nazivi i Fi brojevi: N.B.I Agromorava, Fi. 229/89</w:t>
      </w:r>
    </w:p>
    <w:p w14:paraId="4DC66B13" w14:textId="77777777" w:rsidR="00345441" w:rsidRDefault="00ED0DBE">
      <w:pPr>
        <w:keepNext/>
        <w:keepLines/>
        <w:jc w:val="both"/>
      </w:pPr>
      <w:hyperlink r:id="rId127" w:tooltip="Otvori memorandum za jedinicu 114" w:history="1">
        <w:r w:rsidR="0084657B">
          <w:rPr>
            <w:rFonts w:eastAsia="Helvetica" w:cs="Helvetica"/>
            <w:b/>
            <w:color w:val="B31E8D"/>
            <w:szCs w:val="21"/>
            <w:u w:val="single"/>
          </w:rPr>
          <w:t>Jedinica br.114: ZZ Morava Parteš, zemljište u Partešu (LOT 01)</w:t>
        </w:r>
      </w:hyperlink>
      <w:r w:rsidR="0084657B">
        <w:rPr>
          <w:rFonts w:eastAsia="Helvetica" w:cs="Helvetica"/>
          <w:szCs w:val="21"/>
        </w:rPr>
        <w:t xml:space="preserve"> - obuhvata poljoprivredno zemljište, katastarsku parcelu P-70403047-01120-0, po kulturi njiva 5. klase, ukupne površine 8,178 m² (81 ar 78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76CDAB2A" w14:textId="77777777">
        <w:trPr>
          <w:cantSplit/>
          <w:jc w:val="center"/>
        </w:trPr>
        <w:tc>
          <w:tcPr>
            <w:tcW w:w="3026" w:type="dxa"/>
            <w:vAlign w:val="center"/>
          </w:tcPr>
          <w:p w14:paraId="50068873"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25AD87BC" w14:textId="670004C0" w:rsidR="00345441" w:rsidRDefault="0084657B">
            <w:pPr>
              <w:keepNext/>
              <w:jc w:val="center"/>
            </w:pPr>
            <w:r>
              <w:rPr>
                <w:rFonts w:eastAsia="Helvetica" w:cs="Helvetica"/>
                <w:b/>
                <w:szCs w:val="21"/>
              </w:rPr>
              <w:t>Minimalna cena: 200 €/ar</w:t>
            </w:r>
            <w:r w:rsidR="00AC3726">
              <w:rPr>
                <w:rFonts w:eastAsia="Helvetica" w:cs="Helvetica"/>
                <w:b/>
                <w:szCs w:val="21"/>
              </w:rPr>
              <w:t>i</w:t>
            </w:r>
          </w:p>
        </w:tc>
        <w:tc>
          <w:tcPr>
            <w:tcW w:w="3026" w:type="dxa"/>
            <w:vAlign w:val="center"/>
          </w:tcPr>
          <w:p w14:paraId="0D3CF69D" w14:textId="77777777" w:rsidR="00345441" w:rsidRDefault="0084657B">
            <w:pPr>
              <w:keepNext/>
              <w:jc w:val="center"/>
            </w:pPr>
            <w:r>
              <w:rPr>
                <w:rFonts w:eastAsia="Helvetica" w:cs="Helvetica"/>
                <w:b/>
                <w:szCs w:val="21"/>
              </w:rPr>
              <w:t>Depozit za ponudu: 2,000 €</w:t>
            </w:r>
          </w:p>
        </w:tc>
      </w:tr>
    </w:tbl>
    <w:p w14:paraId="4B2C6B0F" w14:textId="77777777" w:rsidR="00345441" w:rsidRDefault="0084657B">
      <w:pPr>
        <w:keepLines/>
        <w:spacing w:after="280" w:line="218" w:lineRule="exact"/>
      </w:pPr>
      <w:r>
        <w:rPr>
          <w:rFonts w:eastAsia="Helvetica" w:cs="Helvetica"/>
          <w:i/>
          <w:iCs/>
          <w:color w:val="333333"/>
          <w:szCs w:val="21"/>
        </w:rPr>
        <w:t>Prethodni nazivi i Fi brojevi: K.B Morava Partesh, Fi-1609/90</w:t>
      </w:r>
    </w:p>
    <w:p w14:paraId="02140195" w14:textId="720F59AD" w:rsidR="00345441" w:rsidRDefault="00ED0DBE">
      <w:pPr>
        <w:keepNext/>
        <w:keepLines/>
        <w:jc w:val="both"/>
      </w:pPr>
      <w:hyperlink r:id="rId128" w:tooltip="Otvori memorandum za jedinicu 115" w:history="1">
        <w:r w:rsidR="0084657B">
          <w:rPr>
            <w:rFonts w:eastAsia="Helvetica" w:cs="Helvetica"/>
            <w:b/>
            <w:color w:val="B31E8D"/>
            <w:szCs w:val="21"/>
            <w:u w:val="single"/>
          </w:rPr>
          <w:t>Jedinica br.115: Agrokultura, parcela 902-0, Sel</w:t>
        </w:r>
        <w:r w:rsidR="00AC3726">
          <w:rPr>
            <w:rFonts w:eastAsia="Helvetica" w:cs="Helvetica"/>
            <w:b/>
            <w:color w:val="B31E8D"/>
            <w:szCs w:val="21"/>
            <w:u w:val="single"/>
          </w:rPr>
          <w:t>ace</w:t>
        </w:r>
      </w:hyperlink>
      <w:r w:rsidR="0084657B">
        <w:rPr>
          <w:rFonts w:eastAsia="Helvetica" w:cs="Helvetica"/>
          <w:szCs w:val="21"/>
        </w:rPr>
        <w:t xml:space="preserve"> - obuhvata poljoprivredno zemljište ukupne površine 7,709 m², upisano u katastru kao katastarska jedinica P-71208106-00902-0, po kulturi livada 8. klase, u K</w:t>
      </w:r>
      <w:r w:rsidR="00AC3726">
        <w:rPr>
          <w:rFonts w:eastAsia="Helvetica" w:cs="Helvetica"/>
          <w:szCs w:val="21"/>
        </w:rPr>
        <w:t>Z</w:t>
      </w:r>
      <w:r w:rsidR="0084657B">
        <w:rPr>
          <w:rFonts w:eastAsia="Helvetica" w:cs="Helvetica"/>
          <w:szCs w:val="21"/>
        </w:rPr>
        <w:t xml:space="preserve"> Seljace, opština Južna Mitrovica.</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3322932A" w14:textId="77777777">
        <w:trPr>
          <w:cantSplit/>
          <w:jc w:val="center"/>
        </w:trPr>
        <w:tc>
          <w:tcPr>
            <w:tcW w:w="3026" w:type="dxa"/>
            <w:vAlign w:val="center"/>
          </w:tcPr>
          <w:p w14:paraId="548D7084"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Njiva</w:t>
            </w:r>
          </w:p>
        </w:tc>
        <w:tc>
          <w:tcPr>
            <w:tcW w:w="3026" w:type="dxa"/>
            <w:vAlign w:val="center"/>
          </w:tcPr>
          <w:p w14:paraId="51226B6B" w14:textId="5DDBCBF7" w:rsidR="00345441" w:rsidRDefault="0084657B">
            <w:pPr>
              <w:keepNext/>
              <w:jc w:val="center"/>
            </w:pPr>
            <w:r>
              <w:rPr>
                <w:rFonts w:eastAsia="Helvetica" w:cs="Helvetica"/>
                <w:b/>
                <w:szCs w:val="21"/>
              </w:rPr>
              <w:t>Minimalna cena: 35 €/ar</w:t>
            </w:r>
            <w:r w:rsidR="00AC3726">
              <w:rPr>
                <w:rFonts w:eastAsia="Helvetica" w:cs="Helvetica"/>
                <w:b/>
                <w:szCs w:val="21"/>
              </w:rPr>
              <w:t>i</w:t>
            </w:r>
          </w:p>
        </w:tc>
        <w:tc>
          <w:tcPr>
            <w:tcW w:w="3026" w:type="dxa"/>
            <w:vAlign w:val="center"/>
          </w:tcPr>
          <w:p w14:paraId="307FD531" w14:textId="77777777" w:rsidR="00345441" w:rsidRDefault="0084657B">
            <w:pPr>
              <w:keepNext/>
              <w:jc w:val="center"/>
            </w:pPr>
            <w:r>
              <w:rPr>
                <w:rFonts w:eastAsia="Helvetica" w:cs="Helvetica"/>
                <w:b/>
                <w:szCs w:val="21"/>
              </w:rPr>
              <w:t>Depozit za ponudu: 1,000 €</w:t>
            </w:r>
          </w:p>
        </w:tc>
      </w:tr>
    </w:tbl>
    <w:p w14:paraId="50748E58" w14:textId="77777777" w:rsidR="00345441" w:rsidRDefault="0084657B">
      <w:pPr>
        <w:keepLines/>
        <w:spacing w:after="280" w:line="218" w:lineRule="exact"/>
      </w:pPr>
      <w:r>
        <w:rPr>
          <w:rFonts w:eastAsia="Helvetica" w:cs="Helvetica"/>
          <w:i/>
          <w:iCs/>
          <w:color w:val="333333"/>
          <w:szCs w:val="21"/>
        </w:rPr>
        <w:t>Prethodni nazivi i Fi brojevi: Agrokultura, Fi-1604/90</w:t>
      </w:r>
    </w:p>
    <w:p w14:paraId="2285A8E0" w14:textId="51F02641" w:rsidR="00345441" w:rsidRDefault="00ED0DBE">
      <w:pPr>
        <w:keepNext/>
        <w:keepLines/>
        <w:jc w:val="both"/>
      </w:pPr>
      <w:hyperlink r:id="rId129" w:tooltip="Otvori memorandum za jedinicu 116" w:history="1">
        <w:r w:rsidR="0084657B">
          <w:rPr>
            <w:rFonts w:eastAsia="Helvetica" w:cs="Helvetica"/>
            <w:b/>
            <w:color w:val="B31E8D"/>
            <w:szCs w:val="21"/>
            <w:u w:val="single"/>
          </w:rPr>
          <w:t>Jedinica br.116: Agrokultura, privremeni objekat u Šipolju</w:t>
        </w:r>
      </w:hyperlink>
      <w:r w:rsidR="0084657B">
        <w:rPr>
          <w:rFonts w:eastAsia="Helvetica" w:cs="Helvetica"/>
          <w:szCs w:val="21"/>
        </w:rPr>
        <w:t xml:space="preserve"> - privremeni objekat u Šipolju, na opštinskom zemljištu, površine 60 m² prema spisku imovine preduzeća. Objekat se nalazi u K</w:t>
      </w:r>
      <w:r w:rsidR="00AC3726">
        <w:rPr>
          <w:rFonts w:eastAsia="Helvetica" w:cs="Helvetica"/>
          <w:szCs w:val="21"/>
        </w:rPr>
        <w:t>Z</w:t>
      </w:r>
      <w:r w:rsidR="0084657B">
        <w:rPr>
          <w:rFonts w:eastAsia="Helvetica" w:cs="Helvetica"/>
          <w:szCs w:val="21"/>
        </w:rPr>
        <w:t xml:space="preserve"> Šipolje, opština Južna Mitrovica.</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7E239B28" w14:textId="77777777">
        <w:trPr>
          <w:cantSplit/>
          <w:jc w:val="center"/>
        </w:trPr>
        <w:tc>
          <w:tcPr>
            <w:tcW w:w="3026" w:type="dxa"/>
            <w:vAlign w:val="center"/>
          </w:tcPr>
          <w:p w14:paraId="7CAC6A38"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Drugi poslovni objekat</w:t>
            </w:r>
          </w:p>
        </w:tc>
        <w:tc>
          <w:tcPr>
            <w:tcW w:w="3026" w:type="dxa"/>
            <w:vAlign w:val="center"/>
          </w:tcPr>
          <w:p w14:paraId="7D73E62B" w14:textId="77777777" w:rsidR="00345441" w:rsidRDefault="0084657B">
            <w:pPr>
              <w:keepNext/>
              <w:jc w:val="center"/>
            </w:pPr>
            <w:r>
              <w:rPr>
                <w:rFonts w:eastAsia="Helvetica" w:cs="Helvetica"/>
                <w:b/>
                <w:szCs w:val="21"/>
              </w:rPr>
              <w:t>Minimalna cena: 640 €/m²</w:t>
            </w:r>
          </w:p>
        </w:tc>
        <w:tc>
          <w:tcPr>
            <w:tcW w:w="3026" w:type="dxa"/>
            <w:vAlign w:val="center"/>
          </w:tcPr>
          <w:p w14:paraId="6251FB53" w14:textId="77777777" w:rsidR="00345441" w:rsidRDefault="0084657B">
            <w:pPr>
              <w:keepNext/>
              <w:jc w:val="center"/>
            </w:pPr>
            <w:r>
              <w:rPr>
                <w:rFonts w:eastAsia="Helvetica" w:cs="Helvetica"/>
                <w:b/>
                <w:szCs w:val="21"/>
              </w:rPr>
              <w:t>Depozit za ponudu: 4,000 €</w:t>
            </w:r>
          </w:p>
        </w:tc>
      </w:tr>
    </w:tbl>
    <w:p w14:paraId="37043EF9" w14:textId="77777777" w:rsidR="00345441" w:rsidRDefault="0084657B">
      <w:pPr>
        <w:keepLines/>
        <w:spacing w:after="280" w:line="218" w:lineRule="exact"/>
      </w:pPr>
      <w:r>
        <w:rPr>
          <w:rFonts w:eastAsia="Helvetica" w:cs="Helvetica"/>
          <w:i/>
          <w:iCs/>
          <w:color w:val="333333"/>
          <w:szCs w:val="21"/>
        </w:rPr>
        <w:t>Prethodni nazivi i Fi brojevi: Agrokultura, Fi. Fi-1604/90</w:t>
      </w:r>
    </w:p>
    <w:p w14:paraId="38F0B099" w14:textId="0CE5D6DF" w:rsidR="00345441" w:rsidRDefault="00ED0DBE">
      <w:pPr>
        <w:keepNext/>
        <w:keepLines/>
        <w:jc w:val="both"/>
      </w:pPr>
      <w:hyperlink r:id="rId130" w:tooltip="Otvori memorandum za jedinicu 117" w:history="1">
        <w:r w:rsidR="0084657B">
          <w:rPr>
            <w:rFonts w:eastAsia="Helvetica" w:cs="Helvetica"/>
            <w:b/>
            <w:color w:val="B31E8D"/>
            <w:szCs w:val="21"/>
            <w:u w:val="single"/>
          </w:rPr>
          <w:t>Jedinica br.117: Produkt, parcela 453-5 u KO Stari Pol</w:t>
        </w:r>
        <w:r w:rsidR="00AC3726">
          <w:rPr>
            <w:rFonts w:eastAsia="Helvetica" w:cs="Helvetica"/>
            <w:b/>
            <w:color w:val="B31E8D"/>
            <w:szCs w:val="21"/>
            <w:u w:val="single"/>
          </w:rPr>
          <w:t>ac</w:t>
        </w:r>
      </w:hyperlink>
      <w:r w:rsidR="0084657B">
        <w:rPr>
          <w:rFonts w:eastAsia="Helvetica" w:cs="Helvetica"/>
          <w:szCs w:val="21"/>
        </w:rPr>
        <w:t xml:space="preserve"> - Poljoprivredno zemljište, parcela 453-5, po kulturi njiva 5. klase, površine 7,626 m², u K</w:t>
      </w:r>
      <w:r w:rsidR="00AC3726">
        <w:rPr>
          <w:rFonts w:eastAsia="Helvetica" w:cs="Helvetica"/>
          <w:szCs w:val="21"/>
        </w:rPr>
        <w:t>Z</w:t>
      </w:r>
      <w:r w:rsidR="0084657B">
        <w:rPr>
          <w:rFonts w:eastAsia="Helvetica" w:cs="Helvetica"/>
          <w:szCs w:val="21"/>
        </w:rPr>
        <w:t xml:space="preserve"> Stari Pol</w:t>
      </w:r>
      <w:r w:rsidR="00AC3726">
        <w:rPr>
          <w:rFonts w:eastAsia="Helvetica" w:cs="Helvetica"/>
          <w:szCs w:val="21"/>
        </w:rPr>
        <w:t>ac</w:t>
      </w:r>
      <w:r w:rsidR="0084657B">
        <w:rPr>
          <w:rFonts w:eastAsia="Helvetica" w:cs="Helvetica"/>
          <w:szCs w:val="21"/>
        </w:rPr>
        <w:t>, opština Srbica.</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5DC62E38" w14:textId="77777777">
        <w:trPr>
          <w:cantSplit/>
          <w:jc w:val="center"/>
        </w:trPr>
        <w:tc>
          <w:tcPr>
            <w:tcW w:w="3026" w:type="dxa"/>
            <w:vAlign w:val="center"/>
          </w:tcPr>
          <w:p w14:paraId="04B3A4C5"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Njiva</w:t>
            </w:r>
          </w:p>
        </w:tc>
        <w:tc>
          <w:tcPr>
            <w:tcW w:w="3026" w:type="dxa"/>
            <w:vAlign w:val="center"/>
          </w:tcPr>
          <w:p w14:paraId="7AC4BC1B" w14:textId="7D433FA6" w:rsidR="00345441" w:rsidRDefault="0084657B">
            <w:pPr>
              <w:keepNext/>
              <w:jc w:val="center"/>
            </w:pPr>
            <w:r>
              <w:rPr>
                <w:rFonts w:eastAsia="Helvetica" w:cs="Helvetica"/>
                <w:b/>
                <w:szCs w:val="21"/>
              </w:rPr>
              <w:t>Minimalna cena: 160 €/ar</w:t>
            </w:r>
            <w:r w:rsidR="00AC3726">
              <w:rPr>
                <w:rFonts w:eastAsia="Helvetica" w:cs="Helvetica"/>
                <w:b/>
                <w:szCs w:val="21"/>
              </w:rPr>
              <w:t>i</w:t>
            </w:r>
          </w:p>
        </w:tc>
        <w:tc>
          <w:tcPr>
            <w:tcW w:w="3026" w:type="dxa"/>
            <w:vAlign w:val="center"/>
          </w:tcPr>
          <w:p w14:paraId="68714DE5" w14:textId="77777777" w:rsidR="00345441" w:rsidRDefault="0084657B">
            <w:pPr>
              <w:keepNext/>
              <w:jc w:val="center"/>
            </w:pPr>
            <w:r>
              <w:rPr>
                <w:rFonts w:eastAsia="Helvetica" w:cs="Helvetica"/>
                <w:b/>
                <w:szCs w:val="21"/>
              </w:rPr>
              <w:t>Depozit za ponudu: 1,000 €</w:t>
            </w:r>
          </w:p>
        </w:tc>
      </w:tr>
    </w:tbl>
    <w:p w14:paraId="16E806FE" w14:textId="77777777" w:rsidR="00345441" w:rsidRDefault="0084657B">
      <w:pPr>
        <w:keepLines/>
        <w:spacing w:after="280" w:line="218" w:lineRule="exact"/>
      </w:pPr>
      <w:r>
        <w:rPr>
          <w:rFonts w:eastAsia="Helvetica" w:cs="Helvetica"/>
          <w:i/>
          <w:iCs/>
          <w:color w:val="333333"/>
          <w:szCs w:val="21"/>
        </w:rPr>
        <w:t>Prethodni nazivi i Fi brojevi: Produkti Fi-727/89</w:t>
      </w:r>
    </w:p>
    <w:p w14:paraId="5E610049" w14:textId="6870CE66" w:rsidR="00345441" w:rsidRDefault="00ED0DBE">
      <w:pPr>
        <w:keepNext/>
        <w:keepLines/>
        <w:jc w:val="both"/>
      </w:pPr>
      <w:hyperlink r:id="rId131" w:tooltip="Otvori memorandum za jedinicu 118" w:history="1">
        <w:r w:rsidR="0084657B">
          <w:rPr>
            <w:rFonts w:eastAsia="Helvetica" w:cs="Helvetica"/>
            <w:b/>
            <w:color w:val="B31E8D"/>
            <w:szCs w:val="21"/>
            <w:u w:val="single"/>
          </w:rPr>
          <w:t>Jedinica br.118: Poljoprivredno zemljište u Vitaku - parcela 56-0</w:t>
        </w:r>
      </w:hyperlink>
      <w:r w:rsidR="0084657B">
        <w:rPr>
          <w:rFonts w:eastAsia="Helvetica" w:cs="Helvetica"/>
          <w:szCs w:val="21"/>
        </w:rPr>
        <w:t xml:space="preserve"> - obuhvata katastarsku parcelu 56-0, po kulturi njiva 7. klase, ukupne površine 4,518 m² (45 ari 18 m²). Parcela se nalazi u K</w:t>
      </w:r>
      <w:r w:rsidR="00AC3726">
        <w:rPr>
          <w:rFonts w:eastAsia="Helvetica" w:cs="Helvetica"/>
          <w:szCs w:val="21"/>
        </w:rPr>
        <w:t>Z</w:t>
      </w:r>
      <w:r w:rsidR="0084657B">
        <w:rPr>
          <w:rFonts w:eastAsia="Helvetica" w:cs="Helvetica"/>
          <w:szCs w:val="21"/>
        </w:rPr>
        <w:t xml:space="preserve"> Vitak, opština Srbica. Pristup je preko poljskih puteva.</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4CA12208" w14:textId="77777777">
        <w:trPr>
          <w:cantSplit/>
          <w:jc w:val="center"/>
        </w:trPr>
        <w:tc>
          <w:tcPr>
            <w:tcW w:w="3026" w:type="dxa"/>
            <w:vAlign w:val="center"/>
          </w:tcPr>
          <w:p w14:paraId="4A54CB55"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32095B6A" w14:textId="1818DC7A" w:rsidR="00345441" w:rsidRDefault="0084657B">
            <w:pPr>
              <w:keepNext/>
              <w:jc w:val="center"/>
            </w:pPr>
            <w:r>
              <w:rPr>
                <w:rFonts w:eastAsia="Helvetica" w:cs="Helvetica"/>
                <w:b/>
                <w:szCs w:val="21"/>
              </w:rPr>
              <w:t>Minimalna cena: 112 €/ar</w:t>
            </w:r>
            <w:r w:rsidR="00AC3726">
              <w:rPr>
                <w:rFonts w:eastAsia="Helvetica" w:cs="Helvetica"/>
                <w:b/>
                <w:szCs w:val="21"/>
              </w:rPr>
              <w:t>i</w:t>
            </w:r>
          </w:p>
        </w:tc>
        <w:tc>
          <w:tcPr>
            <w:tcW w:w="3026" w:type="dxa"/>
            <w:vAlign w:val="center"/>
          </w:tcPr>
          <w:p w14:paraId="2C04BBB0" w14:textId="77777777" w:rsidR="00345441" w:rsidRDefault="0084657B">
            <w:pPr>
              <w:keepNext/>
              <w:jc w:val="center"/>
            </w:pPr>
            <w:r>
              <w:rPr>
                <w:rFonts w:eastAsia="Helvetica" w:cs="Helvetica"/>
                <w:b/>
                <w:szCs w:val="21"/>
              </w:rPr>
              <w:t>Depozit za ponudu: 1,000 €</w:t>
            </w:r>
          </w:p>
        </w:tc>
      </w:tr>
    </w:tbl>
    <w:p w14:paraId="5CA3779A" w14:textId="77777777" w:rsidR="00345441" w:rsidRDefault="0084657B">
      <w:pPr>
        <w:keepLines/>
        <w:spacing w:after="280" w:line="218" w:lineRule="exact"/>
      </w:pPr>
      <w:r>
        <w:rPr>
          <w:rFonts w:eastAsia="Helvetica" w:cs="Helvetica"/>
          <w:i/>
          <w:iCs/>
          <w:color w:val="333333"/>
          <w:szCs w:val="21"/>
        </w:rPr>
        <w:t>Prethodni nazivi i Fi brojevi: Produkti, Fi. Fi-727/89</w:t>
      </w:r>
    </w:p>
    <w:p w14:paraId="063041F7" w14:textId="4AAB1165" w:rsidR="00345441" w:rsidRDefault="00ED0DBE">
      <w:pPr>
        <w:keepNext/>
        <w:keepLines/>
        <w:jc w:val="both"/>
      </w:pPr>
      <w:hyperlink r:id="rId132" w:tooltip="Otvori memorandum za jedinicu 119" w:history="1">
        <w:r w:rsidR="0084657B">
          <w:rPr>
            <w:rFonts w:eastAsia="Helvetica" w:cs="Helvetica"/>
            <w:b/>
            <w:color w:val="B31E8D"/>
            <w:szCs w:val="21"/>
            <w:u w:val="single"/>
          </w:rPr>
          <w:t>Jedinica br.119: Radionica i garaža Transkosova u Gornjem Žabaru</w:t>
        </w:r>
      </w:hyperlink>
      <w:r w:rsidR="0084657B">
        <w:rPr>
          <w:rFonts w:eastAsia="Helvetica" w:cs="Helvetica"/>
          <w:szCs w:val="21"/>
        </w:rPr>
        <w:t xml:space="preserve"> - Radionica i garaža čine objekat površine 3,690 m² prema spisku imovine DP-a, dok je prema merenjima na terenu približna površina 2,766.5 m². Objekat se nalazi u K</w:t>
      </w:r>
      <w:r w:rsidR="00AC3726">
        <w:rPr>
          <w:rFonts w:eastAsia="Helvetica" w:cs="Helvetica"/>
          <w:szCs w:val="21"/>
        </w:rPr>
        <w:t>Z</w:t>
      </w:r>
      <w:r w:rsidR="0084657B">
        <w:rPr>
          <w:rFonts w:eastAsia="Helvetica" w:cs="Helvetica"/>
          <w:szCs w:val="21"/>
        </w:rPr>
        <w:t xml:space="preserve"> Gornji Žabar, opština Mitrovica.</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16C925C8" w14:textId="77777777">
        <w:trPr>
          <w:cantSplit/>
          <w:jc w:val="center"/>
        </w:trPr>
        <w:tc>
          <w:tcPr>
            <w:tcW w:w="3026" w:type="dxa"/>
            <w:vAlign w:val="center"/>
          </w:tcPr>
          <w:p w14:paraId="045F4D3E"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Objekat</w:t>
            </w:r>
          </w:p>
        </w:tc>
        <w:tc>
          <w:tcPr>
            <w:tcW w:w="3026" w:type="dxa"/>
            <w:vAlign w:val="center"/>
          </w:tcPr>
          <w:p w14:paraId="5722F2F4" w14:textId="77777777" w:rsidR="00345441" w:rsidRDefault="0084657B">
            <w:pPr>
              <w:keepNext/>
              <w:jc w:val="center"/>
            </w:pPr>
            <w:r>
              <w:rPr>
                <w:rFonts w:eastAsia="Helvetica" w:cs="Helvetica"/>
                <w:b/>
                <w:szCs w:val="21"/>
              </w:rPr>
              <w:t>Minimalna cena: 204 €/m²</w:t>
            </w:r>
          </w:p>
        </w:tc>
        <w:tc>
          <w:tcPr>
            <w:tcW w:w="3026" w:type="dxa"/>
            <w:vAlign w:val="center"/>
          </w:tcPr>
          <w:p w14:paraId="72CF53A7" w14:textId="77777777" w:rsidR="00345441" w:rsidRDefault="0084657B">
            <w:pPr>
              <w:keepNext/>
              <w:jc w:val="center"/>
            </w:pPr>
            <w:r>
              <w:rPr>
                <w:rFonts w:eastAsia="Helvetica" w:cs="Helvetica"/>
                <w:b/>
                <w:szCs w:val="21"/>
              </w:rPr>
              <w:t>Depozit za ponudu: 28,000 €</w:t>
            </w:r>
          </w:p>
        </w:tc>
      </w:tr>
    </w:tbl>
    <w:p w14:paraId="3DBB23BA" w14:textId="77777777" w:rsidR="00345441" w:rsidRDefault="0084657B">
      <w:pPr>
        <w:keepLines/>
        <w:spacing w:after="280" w:line="218" w:lineRule="exact"/>
      </w:pPr>
      <w:r>
        <w:rPr>
          <w:rFonts w:eastAsia="Helvetica" w:cs="Helvetica"/>
          <w:i/>
          <w:iCs/>
          <w:color w:val="333333"/>
          <w:szCs w:val="21"/>
        </w:rPr>
        <w:t>Prethodni nazivi i Fi brojevi: Transkosova, Fi-819/89 dhe Fi-1569/90</w:t>
      </w:r>
    </w:p>
    <w:p w14:paraId="4F5667A4" w14:textId="1FC73093" w:rsidR="00345441" w:rsidRDefault="00ED0DBE">
      <w:pPr>
        <w:keepNext/>
        <w:keepLines/>
        <w:jc w:val="both"/>
      </w:pPr>
      <w:hyperlink r:id="rId133" w:tooltip="Otvori memorandum za jedinicu 120" w:history="1">
        <w:r w:rsidR="0084657B">
          <w:rPr>
            <w:rFonts w:eastAsia="Helvetica" w:cs="Helvetica"/>
            <w:b/>
            <w:color w:val="B31E8D"/>
            <w:szCs w:val="21"/>
            <w:u w:val="single"/>
          </w:rPr>
          <w:t>Jedinica br.120: Produkti, zemljište u Suvom Grlu, parcela 782-0</w:t>
        </w:r>
      </w:hyperlink>
      <w:r w:rsidR="0084657B">
        <w:rPr>
          <w:rFonts w:eastAsia="Helvetica" w:cs="Helvetica"/>
          <w:szCs w:val="21"/>
        </w:rPr>
        <w:t xml:space="preserve"> - obuhvata poljoprivredno zemljište, katastarsku parcelu 782-0, po kulturi livada 5. klase, ukupne površine 7,928 m² (79 ari 28 m²). Parcela se nalazi u K</w:t>
      </w:r>
      <w:r w:rsidR="00AC3726">
        <w:rPr>
          <w:rFonts w:eastAsia="Helvetica" w:cs="Helvetica"/>
          <w:szCs w:val="21"/>
        </w:rPr>
        <w:t>Z</w:t>
      </w:r>
      <w:r w:rsidR="0084657B">
        <w:rPr>
          <w:rFonts w:eastAsia="Helvetica" w:cs="Helvetica"/>
          <w:szCs w:val="21"/>
        </w:rPr>
        <w:t xml:space="preserve"> Suvo Grlo, opština Srbica. Nema odgovarajući pristup putu, iako se na terenu vide staze koje koriste meštani.</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3F3DE553" w14:textId="77777777">
        <w:trPr>
          <w:cantSplit/>
          <w:jc w:val="center"/>
        </w:trPr>
        <w:tc>
          <w:tcPr>
            <w:tcW w:w="3026" w:type="dxa"/>
            <w:vAlign w:val="center"/>
          </w:tcPr>
          <w:p w14:paraId="40D2ECF3"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76D8EF1B" w14:textId="77777777" w:rsidR="00345441" w:rsidRDefault="0084657B">
            <w:pPr>
              <w:keepNext/>
              <w:jc w:val="center"/>
            </w:pPr>
            <w:r>
              <w:rPr>
                <w:rFonts w:eastAsia="Helvetica" w:cs="Helvetica"/>
                <w:b/>
                <w:szCs w:val="21"/>
              </w:rPr>
              <w:t>Minimalna cena: 112 €/ar</w:t>
            </w:r>
          </w:p>
        </w:tc>
        <w:tc>
          <w:tcPr>
            <w:tcW w:w="3026" w:type="dxa"/>
            <w:vAlign w:val="center"/>
          </w:tcPr>
          <w:p w14:paraId="7B59CDED" w14:textId="77777777" w:rsidR="00345441" w:rsidRDefault="0084657B">
            <w:pPr>
              <w:keepNext/>
              <w:jc w:val="center"/>
            </w:pPr>
            <w:r>
              <w:rPr>
                <w:rFonts w:eastAsia="Helvetica" w:cs="Helvetica"/>
                <w:b/>
                <w:szCs w:val="21"/>
              </w:rPr>
              <w:t>Depozit za ponudu: 1,000 €</w:t>
            </w:r>
          </w:p>
        </w:tc>
      </w:tr>
    </w:tbl>
    <w:p w14:paraId="44936E1B" w14:textId="77777777" w:rsidR="00345441" w:rsidRDefault="0084657B">
      <w:pPr>
        <w:keepLines/>
        <w:spacing w:after="280" w:line="218" w:lineRule="exact"/>
      </w:pPr>
      <w:r>
        <w:rPr>
          <w:rFonts w:eastAsia="Helvetica" w:cs="Helvetica"/>
          <w:i/>
          <w:iCs/>
          <w:color w:val="333333"/>
          <w:szCs w:val="21"/>
        </w:rPr>
        <w:t>Prethodni nazivi i Fi brojevi: Produkti, Fi-727/89</w:t>
      </w:r>
    </w:p>
    <w:p w14:paraId="66F3CA30" w14:textId="77777777" w:rsidR="00345441" w:rsidRDefault="00ED0DBE">
      <w:pPr>
        <w:keepNext/>
        <w:keepLines/>
        <w:jc w:val="both"/>
      </w:pPr>
      <w:hyperlink r:id="rId134" w:tooltip="Otvori memorandum za jedinicu 121" w:history="1">
        <w:r w:rsidR="0084657B">
          <w:rPr>
            <w:rFonts w:eastAsia="Helvetica" w:cs="Helvetica"/>
            <w:b/>
            <w:color w:val="B31E8D"/>
            <w:szCs w:val="21"/>
            <w:u w:val="single"/>
          </w:rPr>
          <w:t>Jedinica br.121: Staro skladište Transkosova u Gornjem Žabaru</w:t>
        </w:r>
      </w:hyperlink>
      <w:r w:rsidR="0084657B">
        <w:rPr>
          <w:rFonts w:eastAsia="Helvetica" w:cs="Helvetica"/>
          <w:szCs w:val="21"/>
        </w:rPr>
        <w:t xml:space="preserve"> - Prema spisku imovine DP-a, površina iznosi 1,800 m², dok je prema merenjima na terenu površina objekta 1,039 m². Skladište se sastoji od dva međusobno povezana dela: zatvorenog skladišta i drugog dela otvorenog sa jedne strane, u obliku nadstrešnice. Zatvoreno skladište ima približnu površinu 634 m², a otvorena nadstrešnica približnu površinu 405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1A266653" w14:textId="77777777">
        <w:trPr>
          <w:cantSplit/>
          <w:jc w:val="center"/>
        </w:trPr>
        <w:tc>
          <w:tcPr>
            <w:tcW w:w="3026" w:type="dxa"/>
            <w:vAlign w:val="center"/>
          </w:tcPr>
          <w:p w14:paraId="31A07F1C"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Objekat</w:t>
            </w:r>
          </w:p>
        </w:tc>
        <w:tc>
          <w:tcPr>
            <w:tcW w:w="3026" w:type="dxa"/>
            <w:vAlign w:val="center"/>
          </w:tcPr>
          <w:p w14:paraId="75392FAF" w14:textId="75307260" w:rsidR="00345441" w:rsidRDefault="0084657B">
            <w:pPr>
              <w:keepNext/>
              <w:jc w:val="center"/>
            </w:pPr>
            <w:r>
              <w:rPr>
                <w:rFonts w:eastAsia="Helvetica" w:cs="Helvetica"/>
                <w:b/>
                <w:szCs w:val="21"/>
              </w:rPr>
              <w:t xml:space="preserve">Minimalna cena: </w:t>
            </w:r>
            <w:r w:rsidR="00F4118C">
              <w:rPr>
                <w:rFonts w:eastAsia="Helvetica" w:cs="Helvetica"/>
                <w:b/>
                <w:szCs w:val="21"/>
              </w:rPr>
              <w:t>153</w:t>
            </w:r>
            <w:r>
              <w:rPr>
                <w:rFonts w:eastAsia="Helvetica" w:cs="Helvetica"/>
                <w:b/>
                <w:szCs w:val="21"/>
              </w:rPr>
              <w:t xml:space="preserve"> €/</w:t>
            </w:r>
            <w:r w:rsidR="00F4118C" w:rsidRPr="00F4118C">
              <w:rPr>
                <w:rFonts w:eastAsia="Helvetica" w:cs="Helvetica"/>
                <w:b/>
                <w:szCs w:val="21"/>
              </w:rPr>
              <w:t>m²</w:t>
            </w:r>
          </w:p>
        </w:tc>
        <w:tc>
          <w:tcPr>
            <w:tcW w:w="3026" w:type="dxa"/>
            <w:vAlign w:val="center"/>
          </w:tcPr>
          <w:p w14:paraId="2DE73699" w14:textId="5EA0BE51" w:rsidR="00345441" w:rsidRDefault="0084657B">
            <w:pPr>
              <w:keepNext/>
              <w:jc w:val="center"/>
            </w:pPr>
            <w:r>
              <w:rPr>
                <w:rFonts w:eastAsia="Helvetica" w:cs="Helvetica"/>
                <w:b/>
                <w:szCs w:val="21"/>
              </w:rPr>
              <w:t xml:space="preserve">Depozit za ponudu: </w:t>
            </w:r>
            <w:r w:rsidR="00F4118C">
              <w:rPr>
                <w:rFonts w:eastAsia="Helvetica" w:cs="Helvetica"/>
                <w:b/>
                <w:szCs w:val="21"/>
              </w:rPr>
              <w:t>8</w:t>
            </w:r>
            <w:r>
              <w:rPr>
                <w:rFonts w:eastAsia="Helvetica" w:cs="Helvetica"/>
                <w:b/>
                <w:szCs w:val="21"/>
              </w:rPr>
              <w:t>,000 €</w:t>
            </w:r>
          </w:p>
        </w:tc>
      </w:tr>
    </w:tbl>
    <w:p w14:paraId="4E30305B" w14:textId="77777777" w:rsidR="00345441" w:rsidRDefault="0084657B">
      <w:pPr>
        <w:keepLines/>
        <w:spacing w:after="280" w:line="218" w:lineRule="exact"/>
      </w:pPr>
      <w:r>
        <w:rPr>
          <w:rFonts w:eastAsia="Helvetica" w:cs="Helvetica"/>
          <w:i/>
          <w:iCs/>
          <w:color w:val="333333"/>
          <w:szCs w:val="21"/>
        </w:rPr>
        <w:t>Prethodni nazivi i Fi brojevi: Transkosova, Fi-819/89 dhe Fi-1569/90</w:t>
      </w:r>
    </w:p>
    <w:p w14:paraId="29BBE15C" w14:textId="77777777" w:rsidR="00345441" w:rsidRDefault="00ED0DBE">
      <w:pPr>
        <w:keepNext/>
        <w:keepLines/>
        <w:pageBreakBefore/>
        <w:jc w:val="both"/>
      </w:pPr>
      <w:hyperlink r:id="rId135" w:tooltip="Otvori memorandum za jedinicu 122" w:history="1">
        <w:r w:rsidR="0084657B">
          <w:rPr>
            <w:rFonts w:eastAsia="Helvetica" w:cs="Helvetica"/>
            <w:b/>
            <w:color w:val="B31E8D"/>
            <w:szCs w:val="21"/>
            <w:u w:val="single"/>
          </w:rPr>
          <w:t>Jedinica br.122: Malo skladište Transkosova u Gornjem Žabaru</w:t>
        </w:r>
      </w:hyperlink>
      <w:r w:rsidR="0084657B">
        <w:rPr>
          <w:rFonts w:eastAsia="Helvetica" w:cs="Helvetica"/>
          <w:szCs w:val="21"/>
        </w:rPr>
        <w:t xml:space="preserve"> - Na prodaju se nudi samo malo skladište, bez zemljišta. Prema spisku imovine DP-a, površina iznosi 200 m², dok je prema merenjima na terenu približna površina objekta 225.7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720FB1A5" w14:textId="77777777">
        <w:trPr>
          <w:cantSplit/>
          <w:jc w:val="center"/>
        </w:trPr>
        <w:tc>
          <w:tcPr>
            <w:tcW w:w="3026" w:type="dxa"/>
            <w:vAlign w:val="center"/>
          </w:tcPr>
          <w:p w14:paraId="27C15925"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Skladište</w:t>
            </w:r>
          </w:p>
        </w:tc>
        <w:tc>
          <w:tcPr>
            <w:tcW w:w="3026" w:type="dxa"/>
            <w:vAlign w:val="center"/>
          </w:tcPr>
          <w:p w14:paraId="3F85A84C" w14:textId="77777777" w:rsidR="00345441" w:rsidRDefault="0084657B">
            <w:pPr>
              <w:keepNext/>
              <w:jc w:val="center"/>
            </w:pPr>
            <w:r>
              <w:rPr>
                <w:rFonts w:eastAsia="Helvetica" w:cs="Helvetica"/>
                <w:b/>
                <w:szCs w:val="21"/>
              </w:rPr>
              <w:t>Minimalna cena: 204 €/m²</w:t>
            </w:r>
          </w:p>
        </w:tc>
        <w:tc>
          <w:tcPr>
            <w:tcW w:w="3026" w:type="dxa"/>
            <w:vAlign w:val="center"/>
          </w:tcPr>
          <w:p w14:paraId="05964CDF" w14:textId="77777777" w:rsidR="00345441" w:rsidRDefault="0084657B">
            <w:pPr>
              <w:keepNext/>
              <w:jc w:val="center"/>
            </w:pPr>
            <w:r>
              <w:rPr>
                <w:rFonts w:eastAsia="Helvetica" w:cs="Helvetica"/>
                <w:b/>
                <w:szCs w:val="21"/>
              </w:rPr>
              <w:t>Depozit za ponudu: 5,000 €</w:t>
            </w:r>
          </w:p>
        </w:tc>
      </w:tr>
    </w:tbl>
    <w:p w14:paraId="5F1EEE57" w14:textId="77777777" w:rsidR="00345441" w:rsidRDefault="0084657B">
      <w:pPr>
        <w:keepLines/>
        <w:spacing w:after="280" w:line="218" w:lineRule="exact"/>
      </w:pPr>
      <w:r>
        <w:rPr>
          <w:rFonts w:eastAsia="Helvetica" w:cs="Helvetica"/>
          <w:i/>
          <w:iCs/>
          <w:color w:val="333333"/>
          <w:szCs w:val="21"/>
        </w:rPr>
        <w:t>Prethodni nazivi i Fi brojevi: Transkosova, Fi-819/89 dhe Fi-1569/90</w:t>
      </w:r>
    </w:p>
    <w:p w14:paraId="40AA72EC" w14:textId="57B20390" w:rsidR="00345441" w:rsidRDefault="00ED0DBE">
      <w:pPr>
        <w:keepNext/>
        <w:keepLines/>
        <w:jc w:val="both"/>
      </w:pPr>
      <w:hyperlink r:id="rId136" w:tooltip="Otvori memorandum za jedinicu 123" w:history="1">
        <w:r w:rsidR="0084657B">
          <w:rPr>
            <w:rFonts w:eastAsia="Helvetica" w:cs="Helvetica"/>
            <w:b/>
            <w:color w:val="B31E8D"/>
            <w:szCs w:val="21"/>
            <w:u w:val="single"/>
          </w:rPr>
          <w:t>Jedinica br.123: Agrokultura, skladište u Bar</w:t>
        </w:r>
        <w:r w:rsidR="00AC3726">
          <w:rPr>
            <w:rFonts w:eastAsia="Helvetica" w:cs="Helvetica"/>
            <w:b/>
            <w:color w:val="B31E8D"/>
            <w:szCs w:val="21"/>
            <w:u w:val="single"/>
          </w:rPr>
          <w:t>e</w:t>
        </w:r>
      </w:hyperlink>
      <w:r w:rsidR="0084657B">
        <w:rPr>
          <w:rFonts w:eastAsia="Helvetica" w:cs="Helvetica"/>
          <w:szCs w:val="21"/>
        </w:rPr>
        <w:t xml:space="preserve"> - Skladište u selu Bare ima površinu 175 m² prema posedovnoj dokumentaciji/računu za porez na imovinu, dok je prema merenjima na terenu površina objekta 167 m².</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5A423C3A" w14:textId="77777777">
        <w:trPr>
          <w:cantSplit/>
          <w:jc w:val="center"/>
        </w:trPr>
        <w:tc>
          <w:tcPr>
            <w:tcW w:w="3026" w:type="dxa"/>
            <w:vAlign w:val="center"/>
          </w:tcPr>
          <w:p w14:paraId="6607901D"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Skladište</w:t>
            </w:r>
          </w:p>
        </w:tc>
        <w:tc>
          <w:tcPr>
            <w:tcW w:w="3026" w:type="dxa"/>
            <w:vAlign w:val="center"/>
          </w:tcPr>
          <w:p w14:paraId="4B309435" w14:textId="77777777" w:rsidR="00345441" w:rsidRDefault="0084657B">
            <w:pPr>
              <w:keepNext/>
              <w:jc w:val="center"/>
            </w:pPr>
            <w:r>
              <w:rPr>
                <w:rFonts w:eastAsia="Helvetica" w:cs="Helvetica"/>
                <w:b/>
                <w:szCs w:val="21"/>
              </w:rPr>
              <w:t>Minimalna cena: 120 €/m²</w:t>
            </w:r>
          </w:p>
        </w:tc>
        <w:tc>
          <w:tcPr>
            <w:tcW w:w="3026" w:type="dxa"/>
            <w:vAlign w:val="center"/>
          </w:tcPr>
          <w:p w14:paraId="21B28FC5" w14:textId="77777777" w:rsidR="00345441" w:rsidRDefault="0084657B">
            <w:pPr>
              <w:keepNext/>
              <w:jc w:val="center"/>
            </w:pPr>
            <w:r>
              <w:rPr>
                <w:rFonts w:eastAsia="Helvetica" w:cs="Helvetica"/>
                <w:b/>
                <w:szCs w:val="21"/>
              </w:rPr>
              <w:t>Depozit za ponudu: 2,000 €</w:t>
            </w:r>
          </w:p>
        </w:tc>
      </w:tr>
    </w:tbl>
    <w:p w14:paraId="3A0D57BC" w14:textId="77777777" w:rsidR="00345441" w:rsidRDefault="0084657B">
      <w:pPr>
        <w:keepLines/>
        <w:spacing w:after="280" w:line="218" w:lineRule="exact"/>
      </w:pPr>
      <w:r>
        <w:rPr>
          <w:rFonts w:eastAsia="Helvetica" w:cs="Helvetica"/>
          <w:i/>
          <w:iCs/>
          <w:color w:val="333333"/>
          <w:szCs w:val="21"/>
        </w:rPr>
        <w:t>Prethodni nazivi i Fi brojevi: Agrokultura, Fi-1604/90</w:t>
      </w:r>
    </w:p>
    <w:p w14:paraId="2CEB98E5" w14:textId="77777777" w:rsidR="00345441" w:rsidRDefault="00ED0DBE">
      <w:pPr>
        <w:keepNext/>
        <w:keepLines/>
        <w:jc w:val="both"/>
      </w:pPr>
      <w:hyperlink r:id="rId137" w:tooltip="Otvori memorandum za jedinicu 124" w:history="1">
        <w:r w:rsidR="0084657B">
          <w:rPr>
            <w:rFonts w:eastAsia="Helvetica" w:cs="Helvetica"/>
            <w:b/>
            <w:color w:val="B31E8D"/>
            <w:szCs w:val="21"/>
            <w:u w:val="single"/>
          </w:rPr>
          <w:t>Jedinica br.124: ZZ Prilužje, parcela 00118-0</w:t>
        </w:r>
      </w:hyperlink>
      <w:r w:rsidR="0084657B">
        <w:rPr>
          <w:rFonts w:eastAsia="Helvetica" w:cs="Helvetica"/>
          <w:szCs w:val="21"/>
        </w:rPr>
        <w:t xml:space="preserve"> - obuhvata poljoprivredno zemljište u selu Prilužje. Prema potvrdi o vlasništvu, sa upisanim nosiocem prava PSH KOPERATIVA BUJQESORE, površina iznosi 4,725 m² (47 ari 25 m²), po kulturi njiva 3. klase. Parcela se nalazi u severnom delu KO Prilužje i ima pogodan fizički (geometrijski) oblik, gotovo kvadratni. Nema pristup putu.</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3F4B66AF" w14:textId="77777777">
        <w:trPr>
          <w:cantSplit/>
          <w:jc w:val="center"/>
        </w:trPr>
        <w:tc>
          <w:tcPr>
            <w:tcW w:w="3026" w:type="dxa"/>
            <w:vAlign w:val="center"/>
          </w:tcPr>
          <w:p w14:paraId="65555B9C"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16A86862" w14:textId="4238B6DE" w:rsidR="00345441" w:rsidRDefault="0084657B">
            <w:pPr>
              <w:keepNext/>
              <w:jc w:val="center"/>
            </w:pPr>
            <w:r>
              <w:rPr>
                <w:rFonts w:eastAsia="Helvetica" w:cs="Helvetica"/>
                <w:b/>
                <w:szCs w:val="21"/>
              </w:rPr>
              <w:t>Minimalna cena: 2,000 €/ar</w:t>
            </w:r>
            <w:r w:rsidR="00AC3726">
              <w:rPr>
                <w:rFonts w:eastAsia="Helvetica" w:cs="Helvetica"/>
                <w:b/>
                <w:szCs w:val="21"/>
              </w:rPr>
              <w:t>i</w:t>
            </w:r>
          </w:p>
        </w:tc>
        <w:tc>
          <w:tcPr>
            <w:tcW w:w="3026" w:type="dxa"/>
            <w:vAlign w:val="center"/>
          </w:tcPr>
          <w:p w14:paraId="55B942FA" w14:textId="77777777" w:rsidR="00345441" w:rsidRDefault="0084657B">
            <w:pPr>
              <w:keepNext/>
              <w:jc w:val="center"/>
            </w:pPr>
            <w:r>
              <w:rPr>
                <w:rFonts w:eastAsia="Helvetica" w:cs="Helvetica"/>
                <w:b/>
                <w:szCs w:val="21"/>
              </w:rPr>
              <w:t>Depozit za ponudu: 9,000 €</w:t>
            </w:r>
          </w:p>
        </w:tc>
      </w:tr>
    </w:tbl>
    <w:p w14:paraId="4AAF16B3" w14:textId="77777777" w:rsidR="00345441" w:rsidRDefault="0084657B">
      <w:pPr>
        <w:keepLines/>
        <w:spacing w:after="280" w:line="218" w:lineRule="exact"/>
      </w:pPr>
      <w:r>
        <w:rPr>
          <w:rFonts w:eastAsia="Helvetica" w:cs="Helvetica"/>
          <w:i/>
          <w:iCs/>
          <w:color w:val="333333"/>
          <w:szCs w:val="21"/>
        </w:rPr>
        <w:t>Prethodni nazivi i Fi brojevi: KB Prelluzhe, Fi 904/90</w:t>
      </w:r>
    </w:p>
    <w:p w14:paraId="3A06A3AD" w14:textId="633F98DB" w:rsidR="00345441" w:rsidRDefault="00ED0DBE">
      <w:pPr>
        <w:keepNext/>
        <w:keepLines/>
        <w:jc w:val="both"/>
      </w:pPr>
      <w:hyperlink r:id="rId138" w:tooltip="Otvori memorandum za jedinicu 125" w:history="1">
        <w:r w:rsidR="0084657B">
          <w:rPr>
            <w:rFonts w:eastAsia="Helvetica" w:cs="Helvetica"/>
            <w:b/>
            <w:color w:val="B31E8D"/>
            <w:szCs w:val="21"/>
            <w:u w:val="single"/>
          </w:rPr>
          <w:t>Jedinica br.125: Produkti, zemljište u Bro</w:t>
        </w:r>
        <w:r w:rsidR="00AC3726">
          <w:rPr>
            <w:rFonts w:eastAsia="Helvetica" w:cs="Helvetica"/>
            <w:b/>
            <w:color w:val="B31E8D"/>
            <w:szCs w:val="21"/>
            <w:u w:val="single"/>
          </w:rPr>
          <w:t>ji</w:t>
        </w:r>
        <w:r w:rsidR="0084657B">
          <w:rPr>
            <w:rFonts w:eastAsia="Helvetica" w:cs="Helvetica"/>
            <w:b/>
            <w:color w:val="B31E8D"/>
            <w:szCs w:val="21"/>
            <w:u w:val="single"/>
          </w:rPr>
          <w:t xml:space="preserve"> 4</w:t>
        </w:r>
      </w:hyperlink>
      <w:r w:rsidR="0084657B">
        <w:rPr>
          <w:rFonts w:eastAsia="Helvetica" w:cs="Helvetica"/>
          <w:szCs w:val="21"/>
        </w:rPr>
        <w:t xml:space="preserve"> - obuhvata parcelu 1167-0 površine 4,497 m² (44 ara 97 m²), poljoprivredno zemljište po kulturi njiva 5. klase, u severozapadnom delu sela Broća, opština Srbica, sa direktnim pristupom putu.</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4CF45C84" w14:textId="77777777">
        <w:trPr>
          <w:cantSplit/>
          <w:jc w:val="center"/>
        </w:trPr>
        <w:tc>
          <w:tcPr>
            <w:tcW w:w="3026" w:type="dxa"/>
            <w:vAlign w:val="center"/>
          </w:tcPr>
          <w:p w14:paraId="2BC1E4BD"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4870E5AD" w14:textId="5218B04E" w:rsidR="00345441" w:rsidRDefault="0084657B">
            <w:pPr>
              <w:keepNext/>
              <w:jc w:val="center"/>
            </w:pPr>
            <w:r>
              <w:rPr>
                <w:rFonts w:eastAsia="Helvetica" w:cs="Helvetica"/>
                <w:b/>
                <w:szCs w:val="21"/>
              </w:rPr>
              <w:t>Minimalna cena: 400 €/ar</w:t>
            </w:r>
            <w:r w:rsidR="00AC3726">
              <w:rPr>
                <w:rFonts w:eastAsia="Helvetica" w:cs="Helvetica"/>
                <w:b/>
                <w:szCs w:val="21"/>
              </w:rPr>
              <w:t>i</w:t>
            </w:r>
          </w:p>
        </w:tc>
        <w:tc>
          <w:tcPr>
            <w:tcW w:w="3026" w:type="dxa"/>
            <w:vAlign w:val="center"/>
          </w:tcPr>
          <w:p w14:paraId="2E27EE79" w14:textId="77777777" w:rsidR="00345441" w:rsidRDefault="0084657B">
            <w:pPr>
              <w:keepNext/>
              <w:jc w:val="center"/>
            </w:pPr>
            <w:r>
              <w:rPr>
                <w:rFonts w:eastAsia="Helvetica" w:cs="Helvetica"/>
                <w:b/>
                <w:szCs w:val="21"/>
              </w:rPr>
              <w:t>Depozit za ponudu: 2,000 €</w:t>
            </w:r>
          </w:p>
        </w:tc>
      </w:tr>
    </w:tbl>
    <w:p w14:paraId="558E1582" w14:textId="77777777" w:rsidR="00345441" w:rsidRDefault="0084657B">
      <w:pPr>
        <w:keepLines/>
        <w:spacing w:after="280" w:line="218" w:lineRule="exact"/>
      </w:pPr>
      <w:r>
        <w:rPr>
          <w:rFonts w:eastAsia="Helvetica" w:cs="Helvetica"/>
          <w:i/>
          <w:iCs/>
          <w:color w:val="333333"/>
          <w:szCs w:val="21"/>
        </w:rPr>
        <w:t>Prethodni nazivi i Fi brojevi: Produkti, Fi-727/89</w:t>
      </w:r>
    </w:p>
    <w:p w14:paraId="46DC0919" w14:textId="19D7F8D4" w:rsidR="00345441" w:rsidRDefault="00ED0DBE">
      <w:pPr>
        <w:keepNext/>
        <w:keepLines/>
        <w:jc w:val="both"/>
      </w:pPr>
      <w:hyperlink r:id="rId139" w:tooltip="Otvori memorandum za jedinicu 126" w:history="1">
        <w:r w:rsidR="0084657B">
          <w:rPr>
            <w:rFonts w:eastAsia="Helvetica" w:cs="Helvetica"/>
            <w:b/>
            <w:color w:val="B31E8D"/>
            <w:szCs w:val="21"/>
            <w:u w:val="single"/>
          </w:rPr>
          <w:t>Jedinica br.126: Parcela 00028-0 u Polužu</w:t>
        </w:r>
      </w:hyperlink>
      <w:r w:rsidR="0084657B">
        <w:rPr>
          <w:rFonts w:eastAsia="Helvetica" w:cs="Helvetica"/>
          <w:szCs w:val="21"/>
        </w:rPr>
        <w:t xml:space="preserve"> - obuhvata parcelu površine 3,710 m² (37 ari 10 m²), njiva VI klase. Parcela se nalazi u selu Poluže, u </w:t>
      </w:r>
      <w:r w:rsidR="00AC3726">
        <w:rPr>
          <w:rFonts w:eastAsia="Helvetica" w:cs="Helvetica"/>
          <w:szCs w:val="21"/>
        </w:rPr>
        <w:t>naaselju</w:t>
      </w:r>
      <w:r w:rsidR="0084657B">
        <w:rPr>
          <w:rFonts w:eastAsia="Helvetica" w:cs="Helvetica"/>
          <w:szCs w:val="21"/>
        </w:rPr>
        <w:t xml:space="preserve"> Kastrati.</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701ED04D" w14:textId="77777777">
        <w:trPr>
          <w:cantSplit/>
          <w:jc w:val="center"/>
        </w:trPr>
        <w:tc>
          <w:tcPr>
            <w:tcW w:w="3026" w:type="dxa"/>
            <w:vAlign w:val="center"/>
          </w:tcPr>
          <w:p w14:paraId="0255DB01"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32BF5D73" w14:textId="7C6CB0B0" w:rsidR="00345441" w:rsidRDefault="0084657B">
            <w:pPr>
              <w:keepNext/>
              <w:jc w:val="center"/>
            </w:pPr>
            <w:r>
              <w:rPr>
                <w:rFonts w:eastAsia="Helvetica" w:cs="Helvetica"/>
                <w:b/>
                <w:szCs w:val="21"/>
              </w:rPr>
              <w:t>Minimalna cena: 480 €/ar</w:t>
            </w:r>
            <w:r w:rsidR="00AC3726">
              <w:rPr>
                <w:rFonts w:eastAsia="Helvetica" w:cs="Helvetica"/>
                <w:b/>
                <w:szCs w:val="21"/>
              </w:rPr>
              <w:t>i</w:t>
            </w:r>
          </w:p>
        </w:tc>
        <w:tc>
          <w:tcPr>
            <w:tcW w:w="3026" w:type="dxa"/>
            <w:vAlign w:val="center"/>
          </w:tcPr>
          <w:p w14:paraId="7270E56F" w14:textId="77777777" w:rsidR="00345441" w:rsidRDefault="0084657B">
            <w:pPr>
              <w:keepNext/>
              <w:jc w:val="center"/>
            </w:pPr>
            <w:r>
              <w:rPr>
                <w:rFonts w:eastAsia="Helvetica" w:cs="Helvetica"/>
                <w:b/>
                <w:szCs w:val="21"/>
              </w:rPr>
              <w:t>Depozit za ponudu: 2,000 €</w:t>
            </w:r>
          </w:p>
        </w:tc>
      </w:tr>
    </w:tbl>
    <w:p w14:paraId="692A1946" w14:textId="77777777" w:rsidR="00345441" w:rsidRDefault="0084657B">
      <w:pPr>
        <w:keepLines/>
        <w:spacing w:after="280" w:line="218" w:lineRule="exact"/>
      </w:pPr>
      <w:r>
        <w:rPr>
          <w:rFonts w:eastAsia="Helvetica" w:cs="Helvetica"/>
          <w:i/>
          <w:iCs/>
          <w:color w:val="333333"/>
          <w:szCs w:val="21"/>
        </w:rPr>
        <w:t>Prethodni nazivi i Fi brojevi: K.B. Drenica, Fi.714/89, Fi.4340/93</w:t>
      </w:r>
    </w:p>
    <w:p w14:paraId="0F1883A6" w14:textId="5CFCB2B0" w:rsidR="00345441" w:rsidRDefault="00ED0DBE">
      <w:pPr>
        <w:keepNext/>
        <w:keepLines/>
        <w:jc w:val="both"/>
      </w:pPr>
      <w:hyperlink r:id="rId140" w:tooltip="Otvori memorandum za jedinicu 127" w:history="1">
        <w:r w:rsidR="0084657B">
          <w:rPr>
            <w:rFonts w:eastAsia="Helvetica" w:cs="Helvetica"/>
            <w:b/>
            <w:color w:val="B31E8D"/>
            <w:szCs w:val="21"/>
            <w:u w:val="single"/>
          </w:rPr>
          <w:t>Jedinica br.127: Produkt, parcela 00139-0 u Čitak</w:t>
        </w:r>
      </w:hyperlink>
      <w:r w:rsidR="0084657B">
        <w:rPr>
          <w:rFonts w:eastAsia="Helvetica" w:cs="Helvetica"/>
          <w:szCs w:val="21"/>
        </w:rPr>
        <w:t xml:space="preserve"> - obuhvata poljoprivredno zemljište, katastarsku parcelu 139-0, po kulturi njiva 5. klase, ukupne površine 8,300 m² (83 ara), u severnom delu K</w:t>
      </w:r>
      <w:r w:rsidR="00AC3726">
        <w:rPr>
          <w:rFonts w:eastAsia="Helvetica" w:cs="Helvetica"/>
          <w:szCs w:val="21"/>
        </w:rPr>
        <w:t>Z</w:t>
      </w:r>
      <w:r w:rsidR="0084657B">
        <w:rPr>
          <w:rFonts w:eastAsia="Helvetica" w:cs="Helvetica"/>
          <w:szCs w:val="21"/>
        </w:rPr>
        <w:t xml:space="preserve"> Čitak. Prema katastarskim podacima, ima pristup putu, ali stvarni pristup ostvaruje se preko poljskih puteva.</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7DFAF127" w14:textId="77777777">
        <w:trPr>
          <w:cantSplit/>
          <w:jc w:val="center"/>
        </w:trPr>
        <w:tc>
          <w:tcPr>
            <w:tcW w:w="3026" w:type="dxa"/>
            <w:vAlign w:val="center"/>
          </w:tcPr>
          <w:p w14:paraId="3A7F3C64"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3E3C8DF0" w14:textId="51C410C8" w:rsidR="00345441" w:rsidRDefault="0084657B">
            <w:pPr>
              <w:keepNext/>
              <w:jc w:val="center"/>
            </w:pPr>
            <w:r>
              <w:rPr>
                <w:rFonts w:eastAsia="Helvetica" w:cs="Helvetica"/>
                <w:b/>
                <w:szCs w:val="21"/>
              </w:rPr>
              <w:t>Minimalna cena: 720 €/ar</w:t>
            </w:r>
            <w:r w:rsidR="00AC3726">
              <w:rPr>
                <w:rFonts w:eastAsia="Helvetica" w:cs="Helvetica"/>
                <w:b/>
                <w:szCs w:val="21"/>
              </w:rPr>
              <w:t>i</w:t>
            </w:r>
          </w:p>
        </w:tc>
        <w:tc>
          <w:tcPr>
            <w:tcW w:w="3026" w:type="dxa"/>
            <w:vAlign w:val="center"/>
          </w:tcPr>
          <w:p w14:paraId="341E0036" w14:textId="77777777" w:rsidR="00345441" w:rsidRDefault="0084657B">
            <w:pPr>
              <w:keepNext/>
              <w:jc w:val="center"/>
            </w:pPr>
            <w:r>
              <w:rPr>
                <w:rFonts w:eastAsia="Helvetica" w:cs="Helvetica"/>
                <w:b/>
                <w:szCs w:val="21"/>
              </w:rPr>
              <w:t>Depozit za ponudu: 6,000 €</w:t>
            </w:r>
          </w:p>
        </w:tc>
      </w:tr>
    </w:tbl>
    <w:p w14:paraId="1F0267B2" w14:textId="77777777" w:rsidR="00345441" w:rsidRDefault="0084657B">
      <w:pPr>
        <w:keepLines/>
        <w:spacing w:after="280" w:line="218" w:lineRule="exact"/>
      </w:pPr>
      <w:r>
        <w:rPr>
          <w:rFonts w:eastAsia="Helvetica" w:cs="Helvetica"/>
          <w:i/>
          <w:iCs/>
          <w:color w:val="333333"/>
          <w:szCs w:val="21"/>
        </w:rPr>
        <w:t>Prethodni nazivi i Fi brojevi: Produkti, Fi-727/89</w:t>
      </w:r>
    </w:p>
    <w:p w14:paraId="3A50DB53" w14:textId="2D839A81" w:rsidR="00345441" w:rsidRDefault="00ED0DBE">
      <w:pPr>
        <w:keepNext/>
        <w:keepLines/>
        <w:jc w:val="both"/>
      </w:pPr>
      <w:hyperlink r:id="rId141" w:tooltip="Otvori memorandum za jedinicu 128" w:history="1">
        <w:r w:rsidR="0084657B">
          <w:rPr>
            <w:rFonts w:eastAsia="Helvetica" w:cs="Helvetica"/>
            <w:b/>
            <w:color w:val="B31E8D"/>
            <w:szCs w:val="21"/>
            <w:u w:val="single"/>
          </w:rPr>
          <w:t>Jedinica br.128: Parcela 1064-0 u K</w:t>
        </w:r>
        <w:r w:rsidR="00AC3726">
          <w:rPr>
            <w:rFonts w:eastAsia="Helvetica" w:cs="Helvetica"/>
            <w:b/>
            <w:color w:val="B31E8D"/>
            <w:szCs w:val="21"/>
            <w:u w:val="single"/>
          </w:rPr>
          <w:t>Z</w:t>
        </w:r>
        <w:r w:rsidR="0084657B">
          <w:rPr>
            <w:rFonts w:eastAsia="Helvetica" w:cs="Helvetica"/>
            <w:b/>
            <w:color w:val="B31E8D"/>
            <w:szCs w:val="21"/>
            <w:u w:val="single"/>
          </w:rPr>
          <w:t xml:space="preserve"> Gornja Klina</w:t>
        </w:r>
      </w:hyperlink>
      <w:r w:rsidR="0084657B">
        <w:rPr>
          <w:rFonts w:eastAsia="Helvetica" w:cs="Helvetica"/>
          <w:szCs w:val="21"/>
        </w:rPr>
        <w:t xml:space="preserve"> - obuhvata parcelu površine 2,251 m² (22 ara 51 m²), po kulturi njiva 5. klase. Parcela se nalazi u istočnom delu, blizu centra K</w:t>
      </w:r>
      <w:r w:rsidR="00AC3726">
        <w:rPr>
          <w:rFonts w:eastAsia="Helvetica" w:cs="Helvetica"/>
          <w:szCs w:val="21"/>
        </w:rPr>
        <w:t>Z</w:t>
      </w:r>
      <w:r w:rsidR="0084657B">
        <w:rPr>
          <w:rFonts w:eastAsia="Helvetica" w:cs="Helvetica"/>
          <w:szCs w:val="21"/>
        </w:rPr>
        <w:t xml:space="preserve"> Gornja Klina. Nema pristup glavnom putu, već se koriste poljski putevi. Nema većih problema, osim što je na parceli 1064-0 ponuđenoj na tenderu izgrađen visokonaponski dalekovod.</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2C3B5ACB" w14:textId="77777777">
        <w:trPr>
          <w:cantSplit/>
          <w:jc w:val="center"/>
        </w:trPr>
        <w:tc>
          <w:tcPr>
            <w:tcW w:w="3026" w:type="dxa"/>
            <w:vAlign w:val="center"/>
          </w:tcPr>
          <w:p w14:paraId="4AFAD9D1"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1482F887" w14:textId="7E29AA41" w:rsidR="00345441" w:rsidRDefault="0084657B">
            <w:pPr>
              <w:keepNext/>
              <w:jc w:val="center"/>
            </w:pPr>
            <w:r>
              <w:rPr>
                <w:rFonts w:eastAsia="Helvetica" w:cs="Helvetica"/>
                <w:b/>
                <w:szCs w:val="21"/>
              </w:rPr>
              <w:t>Minimalna cena: 1,200 €/ar</w:t>
            </w:r>
            <w:r w:rsidR="00AC3726">
              <w:rPr>
                <w:rFonts w:eastAsia="Helvetica" w:cs="Helvetica"/>
                <w:b/>
                <w:szCs w:val="21"/>
              </w:rPr>
              <w:t>i</w:t>
            </w:r>
          </w:p>
        </w:tc>
        <w:tc>
          <w:tcPr>
            <w:tcW w:w="3026" w:type="dxa"/>
            <w:vAlign w:val="center"/>
          </w:tcPr>
          <w:p w14:paraId="7F84FF19" w14:textId="77777777" w:rsidR="00345441" w:rsidRDefault="0084657B">
            <w:pPr>
              <w:keepNext/>
              <w:jc w:val="center"/>
            </w:pPr>
            <w:r>
              <w:rPr>
                <w:rFonts w:eastAsia="Helvetica" w:cs="Helvetica"/>
                <w:b/>
                <w:szCs w:val="21"/>
              </w:rPr>
              <w:t>Depozit za ponudu: 3,000 €</w:t>
            </w:r>
          </w:p>
        </w:tc>
      </w:tr>
    </w:tbl>
    <w:p w14:paraId="7C16E932" w14:textId="77777777" w:rsidR="00345441" w:rsidRDefault="0084657B">
      <w:pPr>
        <w:keepLines/>
        <w:spacing w:after="280" w:line="218" w:lineRule="exact"/>
      </w:pPr>
      <w:r>
        <w:rPr>
          <w:rFonts w:eastAsia="Helvetica" w:cs="Helvetica"/>
          <w:i/>
          <w:iCs/>
          <w:color w:val="333333"/>
          <w:szCs w:val="21"/>
        </w:rPr>
        <w:t>Prethodni nazivi i Fi brojevi: Produkti, Fi-727/89</w:t>
      </w:r>
    </w:p>
    <w:p w14:paraId="15FD1FFF" w14:textId="2CCB21AE" w:rsidR="00345441" w:rsidRDefault="00ED0DBE">
      <w:pPr>
        <w:keepNext/>
        <w:keepLines/>
        <w:jc w:val="both"/>
      </w:pPr>
      <w:hyperlink r:id="rId142" w:tooltip="Otvori memorandum za jedinicu 129" w:history="1">
        <w:r w:rsidR="0084657B">
          <w:rPr>
            <w:rFonts w:eastAsia="Helvetica" w:cs="Helvetica"/>
            <w:b/>
            <w:color w:val="B31E8D"/>
            <w:szCs w:val="21"/>
            <w:u w:val="single"/>
          </w:rPr>
          <w:t>Jedinica br.129: Produkt, parcele 984-0 i 985-0 u Makrmalju</w:t>
        </w:r>
      </w:hyperlink>
      <w:r w:rsidR="0084657B">
        <w:rPr>
          <w:rFonts w:eastAsia="Helvetica" w:cs="Helvetica"/>
          <w:szCs w:val="21"/>
        </w:rPr>
        <w:t xml:space="preserve"> - obuhvata poljoprivredno zemljište ukupne površine 7,441 m² (74 ara 41 m²), po kulturi njiva 6. klase. Parcele se nalaze u južnom delu K</w:t>
      </w:r>
      <w:r w:rsidR="00AC3726">
        <w:rPr>
          <w:rFonts w:eastAsia="Helvetica" w:cs="Helvetica"/>
          <w:szCs w:val="21"/>
        </w:rPr>
        <w:t>Z</w:t>
      </w:r>
      <w:r w:rsidR="0084657B">
        <w:rPr>
          <w:rFonts w:eastAsia="Helvetica" w:cs="Helvetica"/>
          <w:szCs w:val="21"/>
        </w:rPr>
        <w:t xml:space="preserve"> Makrmalj. Glavni put prolazi u blizini, ali parcele nemaju pristup tom putu.</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344BC53E" w14:textId="77777777">
        <w:trPr>
          <w:cantSplit/>
          <w:jc w:val="center"/>
        </w:trPr>
        <w:tc>
          <w:tcPr>
            <w:tcW w:w="3026" w:type="dxa"/>
            <w:vAlign w:val="center"/>
          </w:tcPr>
          <w:p w14:paraId="2AC144CB"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5378DA57" w14:textId="7A4ABFF2" w:rsidR="00345441" w:rsidRDefault="0084657B">
            <w:pPr>
              <w:keepNext/>
              <w:jc w:val="center"/>
            </w:pPr>
            <w:r>
              <w:rPr>
                <w:rFonts w:eastAsia="Helvetica" w:cs="Helvetica"/>
                <w:b/>
                <w:szCs w:val="21"/>
              </w:rPr>
              <w:t>Minimalna cena: 800 €/ar</w:t>
            </w:r>
            <w:r w:rsidR="00AC3726">
              <w:rPr>
                <w:rFonts w:eastAsia="Helvetica" w:cs="Helvetica"/>
                <w:b/>
                <w:szCs w:val="21"/>
              </w:rPr>
              <w:t>i</w:t>
            </w:r>
          </w:p>
        </w:tc>
        <w:tc>
          <w:tcPr>
            <w:tcW w:w="3026" w:type="dxa"/>
            <w:vAlign w:val="center"/>
          </w:tcPr>
          <w:p w14:paraId="5E5D1717" w14:textId="77777777" w:rsidR="00345441" w:rsidRDefault="0084657B">
            <w:pPr>
              <w:keepNext/>
              <w:jc w:val="center"/>
            </w:pPr>
            <w:r>
              <w:rPr>
                <w:rFonts w:eastAsia="Helvetica" w:cs="Helvetica"/>
                <w:b/>
                <w:szCs w:val="21"/>
              </w:rPr>
              <w:t>Depozit za ponudu: 6,000 €</w:t>
            </w:r>
          </w:p>
        </w:tc>
      </w:tr>
    </w:tbl>
    <w:p w14:paraId="59DAA6FA" w14:textId="77777777" w:rsidR="00345441" w:rsidRDefault="0084657B">
      <w:pPr>
        <w:keepLines/>
        <w:spacing w:after="280" w:line="218" w:lineRule="exact"/>
      </w:pPr>
      <w:r>
        <w:rPr>
          <w:rFonts w:eastAsia="Helvetica" w:cs="Helvetica"/>
          <w:i/>
          <w:iCs/>
          <w:color w:val="333333"/>
          <w:szCs w:val="21"/>
        </w:rPr>
        <w:t>Prethodni nazivi i Fi brojevi: Produkti, Fi-727/89</w:t>
      </w:r>
    </w:p>
    <w:p w14:paraId="34449B4A" w14:textId="07D7C963" w:rsidR="00345441" w:rsidRDefault="00ED0DBE">
      <w:pPr>
        <w:keepNext/>
        <w:keepLines/>
        <w:jc w:val="both"/>
      </w:pPr>
      <w:hyperlink r:id="rId143" w:tooltip="Otvori memorandum za jedinicu 130" w:history="1">
        <w:r w:rsidR="0084657B">
          <w:rPr>
            <w:rFonts w:eastAsia="Helvetica" w:cs="Helvetica"/>
            <w:b/>
            <w:color w:val="B31E8D"/>
            <w:szCs w:val="21"/>
            <w:u w:val="single"/>
          </w:rPr>
          <w:t>Jedinica br.130: Produkt, parcele 1032-2 i 1034-0 u Makrmalju</w:t>
        </w:r>
      </w:hyperlink>
      <w:r w:rsidR="0084657B">
        <w:rPr>
          <w:rFonts w:eastAsia="Helvetica" w:cs="Helvetica"/>
          <w:szCs w:val="21"/>
        </w:rPr>
        <w:t xml:space="preserve"> - obuhvata poljoprivredno zemljište, katastarske parcele 1032-2 i 1034-0, ukupne površine 6,770 m² (67 ari 70 m²), po kulturi njiva 5. klase i livada 3. klase. Parcele se nalaze u južnom delu K</w:t>
      </w:r>
      <w:r w:rsidR="00AC3726">
        <w:rPr>
          <w:rFonts w:eastAsia="Helvetica" w:cs="Helvetica"/>
          <w:szCs w:val="21"/>
        </w:rPr>
        <w:t>Z</w:t>
      </w:r>
      <w:r w:rsidR="0084657B">
        <w:rPr>
          <w:rFonts w:eastAsia="Helvetica" w:cs="Helvetica"/>
          <w:szCs w:val="21"/>
        </w:rPr>
        <w:t xml:space="preserve"> Makrmalj. Glavni put prolazi blizu parcela sa istočne strane, ali one nemaju direktan pristup tom putu.</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3F89FA11" w14:textId="77777777">
        <w:trPr>
          <w:cantSplit/>
          <w:jc w:val="center"/>
        </w:trPr>
        <w:tc>
          <w:tcPr>
            <w:tcW w:w="3026" w:type="dxa"/>
            <w:vAlign w:val="center"/>
          </w:tcPr>
          <w:p w14:paraId="470630E3"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538E477C" w14:textId="7E5DB743" w:rsidR="00345441" w:rsidRDefault="0084657B">
            <w:pPr>
              <w:keepNext/>
              <w:jc w:val="center"/>
            </w:pPr>
            <w:r>
              <w:rPr>
                <w:rFonts w:eastAsia="Helvetica" w:cs="Helvetica"/>
                <w:b/>
                <w:szCs w:val="21"/>
              </w:rPr>
              <w:t>Minimalna cena: 800 €/ar</w:t>
            </w:r>
            <w:r w:rsidR="00AC3726">
              <w:rPr>
                <w:rFonts w:eastAsia="Helvetica" w:cs="Helvetica"/>
                <w:b/>
                <w:szCs w:val="21"/>
              </w:rPr>
              <w:t>i</w:t>
            </w:r>
          </w:p>
        </w:tc>
        <w:tc>
          <w:tcPr>
            <w:tcW w:w="3026" w:type="dxa"/>
            <w:vAlign w:val="center"/>
          </w:tcPr>
          <w:p w14:paraId="145943C8" w14:textId="77777777" w:rsidR="00345441" w:rsidRDefault="0084657B">
            <w:pPr>
              <w:keepNext/>
              <w:jc w:val="center"/>
            </w:pPr>
            <w:r>
              <w:rPr>
                <w:rFonts w:eastAsia="Helvetica" w:cs="Helvetica"/>
                <w:b/>
                <w:szCs w:val="21"/>
              </w:rPr>
              <w:t>Depozit za ponudu: 5,000 €</w:t>
            </w:r>
          </w:p>
        </w:tc>
      </w:tr>
    </w:tbl>
    <w:p w14:paraId="2B4B30AC" w14:textId="77777777" w:rsidR="00345441" w:rsidRDefault="0084657B">
      <w:pPr>
        <w:keepLines/>
        <w:spacing w:after="280" w:line="218" w:lineRule="exact"/>
      </w:pPr>
      <w:r>
        <w:rPr>
          <w:rFonts w:eastAsia="Helvetica" w:cs="Helvetica"/>
          <w:i/>
          <w:iCs/>
          <w:color w:val="333333"/>
          <w:szCs w:val="21"/>
        </w:rPr>
        <w:t>Prethodni nazivi i Fi brojevi: Produkti, Fi-727/89</w:t>
      </w:r>
    </w:p>
    <w:p w14:paraId="7E970FCC" w14:textId="7C557EC7" w:rsidR="00345441" w:rsidRDefault="00ED0DBE">
      <w:pPr>
        <w:keepNext/>
        <w:keepLines/>
        <w:jc w:val="both"/>
      </w:pPr>
      <w:hyperlink r:id="rId144" w:tooltip="Otvori memorandum za jedinicu 131" w:history="1">
        <w:r w:rsidR="0084657B">
          <w:rPr>
            <w:rFonts w:eastAsia="Helvetica" w:cs="Helvetica"/>
            <w:b/>
            <w:color w:val="B31E8D"/>
            <w:szCs w:val="21"/>
            <w:u w:val="single"/>
          </w:rPr>
          <w:t>Jedinica br.131: Produkt, parcela 987-0 u Makrmalju</w:t>
        </w:r>
      </w:hyperlink>
      <w:r w:rsidR="0084657B">
        <w:rPr>
          <w:rFonts w:eastAsia="Helvetica" w:cs="Helvetica"/>
          <w:szCs w:val="21"/>
        </w:rPr>
        <w:t xml:space="preserve"> - obuhvata poljoprivredno zemljište, parcelu 987-0, ukupne površine 6,083 m² (60 ari 83 m²), po kulturi njiva 6. klase. Parcela se nalazi u južnom delu K</w:t>
      </w:r>
      <w:r w:rsidR="00AC3726">
        <w:rPr>
          <w:rFonts w:eastAsia="Helvetica" w:cs="Helvetica"/>
          <w:szCs w:val="21"/>
        </w:rPr>
        <w:t>Z</w:t>
      </w:r>
      <w:r w:rsidR="0084657B">
        <w:rPr>
          <w:rFonts w:eastAsia="Helvetica" w:cs="Helvetica"/>
          <w:szCs w:val="21"/>
        </w:rPr>
        <w:t xml:space="preserve"> Makrmalj. Glavni put prolazi istočno od parcele, ali ona nema pristup tom putu.</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7CFA8DC4" w14:textId="77777777">
        <w:trPr>
          <w:cantSplit/>
          <w:jc w:val="center"/>
        </w:trPr>
        <w:tc>
          <w:tcPr>
            <w:tcW w:w="3026" w:type="dxa"/>
            <w:vAlign w:val="center"/>
          </w:tcPr>
          <w:p w14:paraId="0445F2BC"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0A7DBFE3" w14:textId="500207ED" w:rsidR="00345441" w:rsidRDefault="0084657B">
            <w:pPr>
              <w:keepNext/>
              <w:jc w:val="center"/>
            </w:pPr>
            <w:r>
              <w:rPr>
                <w:rFonts w:eastAsia="Helvetica" w:cs="Helvetica"/>
                <w:b/>
                <w:szCs w:val="21"/>
              </w:rPr>
              <w:t>Minimalna cena: 800 €/ar</w:t>
            </w:r>
            <w:r w:rsidR="00AC3726">
              <w:rPr>
                <w:rFonts w:eastAsia="Helvetica" w:cs="Helvetica"/>
                <w:b/>
                <w:szCs w:val="21"/>
              </w:rPr>
              <w:t>i</w:t>
            </w:r>
          </w:p>
        </w:tc>
        <w:tc>
          <w:tcPr>
            <w:tcW w:w="3026" w:type="dxa"/>
            <w:vAlign w:val="center"/>
          </w:tcPr>
          <w:p w14:paraId="153713AD" w14:textId="77777777" w:rsidR="00345441" w:rsidRDefault="0084657B">
            <w:pPr>
              <w:keepNext/>
              <w:jc w:val="center"/>
            </w:pPr>
            <w:r>
              <w:rPr>
                <w:rFonts w:eastAsia="Helvetica" w:cs="Helvetica"/>
                <w:b/>
                <w:szCs w:val="21"/>
              </w:rPr>
              <w:t>Depozit za ponudu: 5,000 €</w:t>
            </w:r>
          </w:p>
        </w:tc>
      </w:tr>
    </w:tbl>
    <w:p w14:paraId="331D81B4" w14:textId="77777777" w:rsidR="00345441" w:rsidRDefault="0084657B">
      <w:pPr>
        <w:keepLines/>
        <w:spacing w:after="280" w:line="218" w:lineRule="exact"/>
      </w:pPr>
      <w:r>
        <w:rPr>
          <w:rFonts w:eastAsia="Helvetica" w:cs="Helvetica"/>
          <w:i/>
          <w:iCs/>
          <w:color w:val="333333"/>
          <w:szCs w:val="21"/>
        </w:rPr>
        <w:t>Prethodni nazivi i Fi brojevi: Produkti, Fi-727/89</w:t>
      </w:r>
    </w:p>
    <w:p w14:paraId="0E05A6A4" w14:textId="76ED91C0" w:rsidR="00345441" w:rsidRDefault="00ED0DBE">
      <w:pPr>
        <w:keepNext/>
        <w:keepLines/>
        <w:jc w:val="both"/>
      </w:pPr>
      <w:hyperlink r:id="rId145" w:tooltip="Otvori memorandum za jedinicu 132" w:history="1">
        <w:r w:rsidR="0084657B">
          <w:rPr>
            <w:rFonts w:eastAsia="Helvetica" w:cs="Helvetica"/>
            <w:b/>
            <w:color w:val="B31E8D"/>
            <w:szCs w:val="21"/>
            <w:u w:val="single"/>
          </w:rPr>
          <w:t>Jedinica br.132: Poljoprivredno zemljište u Vojniku, parcele 538-0 i 539-0</w:t>
        </w:r>
      </w:hyperlink>
      <w:r w:rsidR="0084657B">
        <w:rPr>
          <w:rFonts w:eastAsia="Helvetica" w:cs="Helvetica"/>
          <w:szCs w:val="21"/>
        </w:rPr>
        <w:t xml:space="preserve"> - Parcele imaju ukupnu površinu 9,440 m² (94 ara 40 m²). Parcela 538-0 je po kulturi livada 4. klase, površine 8,020 m², a parcela 539-0 livada 4. klase, površine 1,420 m². Parcele se nalaze u severnom delu K</w:t>
      </w:r>
      <w:r w:rsidR="00AC3726">
        <w:rPr>
          <w:rFonts w:eastAsia="Helvetica" w:cs="Helvetica"/>
          <w:szCs w:val="21"/>
        </w:rPr>
        <w:t>Z</w:t>
      </w:r>
      <w:r w:rsidR="0084657B">
        <w:rPr>
          <w:rFonts w:eastAsia="Helvetica" w:cs="Helvetica"/>
          <w:szCs w:val="21"/>
        </w:rPr>
        <w:t xml:space="preserve"> Vojnik. Obrasle su žbunjem. Pristup je preko poljskih puteva.</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39553CA3" w14:textId="77777777">
        <w:trPr>
          <w:cantSplit/>
          <w:jc w:val="center"/>
        </w:trPr>
        <w:tc>
          <w:tcPr>
            <w:tcW w:w="3026" w:type="dxa"/>
            <w:vAlign w:val="center"/>
          </w:tcPr>
          <w:p w14:paraId="09D6A9AA"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0B378832" w14:textId="369A6B19" w:rsidR="00345441" w:rsidRDefault="0084657B">
            <w:pPr>
              <w:keepNext/>
              <w:jc w:val="center"/>
            </w:pPr>
            <w:r>
              <w:rPr>
                <w:rFonts w:eastAsia="Helvetica" w:cs="Helvetica"/>
                <w:b/>
                <w:szCs w:val="21"/>
              </w:rPr>
              <w:t>Minimalna cena: 112 €/ar</w:t>
            </w:r>
            <w:r w:rsidR="00AC3726">
              <w:rPr>
                <w:rFonts w:eastAsia="Helvetica" w:cs="Helvetica"/>
                <w:b/>
                <w:szCs w:val="21"/>
              </w:rPr>
              <w:t>i</w:t>
            </w:r>
          </w:p>
        </w:tc>
        <w:tc>
          <w:tcPr>
            <w:tcW w:w="3026" w:type="dxa"/>
            <w:vAlign w:val="center"/>
          </w:tcPr>
          <w:p w14:paraId="6C70AACC" w14:textId="77777777" w:rsidR="00345441" w:rsidRDefault="0084657B">
            <w:pPr>
              <w:keepNext/>
              <w:jc w:val="center"/>
            </w:pPr>
            <w:r>
              <w:rPr>
                <w:rFonts w:eastAsia="Helvetica" w:cs="Helvetica"/>
                <w:b/>
                <w:szCs w:val="21"/>
              </w:rPr>
              <w:t>Depozit za ponudu: 1,000 €</w:t>
            </w:r>
          </w:p>
        </w:tc>
      </w:tr>
    </w:tbl>
    <w:p w14:paraId="1603FBAE" w14:textId="77777777" w:rsidR="00345441" w:rsidRDefault="0084657B">
      <w:pPr>
        <w:keepLines/>
        <w:spacing w:after="280" w:line="218" w:lineRule="exact"/>
      </w:pPr>
      <w:r>
        <w:rPr>
          <w:rFonts w:eastAsia="Helvetica" w:cs="Helvetica"/>
          <w:i/>
          <w:iCs/>
          <w:color w:val="333333"/>
          <w:szCs w:val="21"/>
        </w:rPr>
        <w:t>Prethodni nazivi i Fi brojevi: Produkti, Fi-727/89</w:t>
      </w:r>
    </w:p>
    <w:p w14:paraId="31DAFA1C" w14:textId="12FD5D87" w:rsidR="00345441" w:rsidRDefault="00ED0DBE">
      <w:pPr>
        <w:keepNext/>
        <w:keepLines/>
        <w:jc w:val="both"/>
      </w:pPr>
      <w:hyperlink r:id="rId146" w:tooltip="Otvori memorandum za jedinicu 133" w:history="1">
        <w:r w:rsidR="0084657B">
          <w:rPr>
            <w:rFonts w:eastAsia="Helvetica" w:cs="Helvetica"/>
            <w:b/>
            <w:color w:val="B31E8D"/>
            <w:szCs w:val="21"/>
            <w:u w:val="single"/>
          </w:rPr>
          <w:t>Jedinica br.133: Drenica, parcela 171-0 u Sankovcu</w:t>
        </w:r>
      </w:hyperlink>
      <w:r w:rsidR="0084657B">
        <w:rPr>
          <w:rFonts w:eastAsia="Helvetica" w:cs="Helvetica"/>
          <w:szCs w:val="21"/>
        </w:rPr>
        <w:t xml:space="preserve"> - nudi poljoprivredno zemljište površine 2,984 m² (29 ari 84 m²), po kulturi livada 4. klase, u K</w:t>
      </w:r>
      <w:r w:rsidR="00AC3726">
        <w:rPr>
          <w:rFonts w:eastAsia="Helvetica" w:cs="Helvetica"/>
          <w:szCs w:val="21"/>
        </w:rPr>
        <w:t>Z</w:t>
      </w:r>
      <w:r w:rsidR="0084657B">
        <w:rPr>
          <w:rFonts w:eastAsia="Helvetica" w:cs="Helvetica"/>
          <w:szCs w:val="21"/>
        </w:rPr>
        <w:t xml:space="preserve"> Sankovac, opština Glogovac.</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02025629" w14:textId="77777777">
        <w:trPr>
          <w:cantSplit/>
          <w:jc w:val="center"/>
        </w:trPr>
        <w:tc>
          <w:tcPr>
            <w:tcW w:w="3026" w:type="dxa"/>
            <w:vAlign w:val="center"/>
          </w:tcPr>
          <w:p w14:paraId="38B9CAFB"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4AACCB9C" w14:textId="19DC833D" w:rsidR="00345441" w:rsidRDefault="0084657B">
            <w:pPr>
              <w:keepNext/>
              <w:jc w:val="center"/>
            </w:pPr>
            <w:r>
              <w:rPr>
                <w:rFonts w:eastAsia="Helvetica" w:cs="Helvetica"/>
                <w:b/>
                <w:szCs w:val="21"/>
              </w:rPr>
              <w:t>Minimalna cena: 176 €/ar</w:t>
            </w:r>
            <w:r w:rsidR="00AC3726">
              <w:rPr>
                <w:rFonts w:eastAsia="Helvetica" w:cs="Helvetica"/>
                <w:b/>
                <w:szCs w:val="21"/>
              </w:rPr>
              <w:t>i</w:t>
            </w:r>
          </w:p>
        </w:tc>
        <w:tc>
          <w:tcPr>
            <w:tcW w:w="3026" w:type="dxa"/>
            <w:vAlign w:val="center"/>
          </w:tcPr>
          <w:p w14:paraId="620C0400" w14:textId="77777777" w:rsidR="00345441" w:rsidRDefault="0084657B">
            <w:pPr>
              <w:keepNext/>
              <w:jc w:val="center"/>
            </w:pPr>
            <w:r>
              <w:rPr>
                <w:rFonts w:eastAsia="Helvetica" w:cs="Helvetica"/>
                <w:b/>
                <w:szCs w:val="21"/>
              </w:rPr>
              <w:t>Depozit za ponudu: 1,000 €</w:t>
            </w:r>
          </w:p>
        </w:tc>
      </w:tr>
    </w:tbl>
    <w:p w14:paraId="2EB0146C" w14:textId="77777777" w:rsidR="00345441" w:rsidRDefault="0084657B">
      <w:pPr>
        <w:keepLines/>
        <w:spacing w:after="280" w:line="218" w:lineRule="exact"/>
      </w:pPr>
      <w:r>
        <w:rPr>
          <w:rFonts w:eastAsia="Helvetica" w:cs="Helvetica"/>
          <w:i/>
          <w:iCs/>
          <w:color w:val="333333"/>
          <w:szCs w:val="21"/>
        </w:rPr>
        <w:t>Prethodni nazivi i Fi brojevi: K.B. Drenica, Fi.714/89, Fi.4340/93</w:t>
      </w:r>
    </w:p>
    <w:p w14:paraId="340C4F8D" w14:textId="250FEA44" w:rsidR="00345441" w:rsidRDefault="00ED0DBE">
      <w:pPr>
        <w:keepNext/>
        <w:keepLines/>
        <w:jc w:val="both"/>
      </w:pPr>
      <w:hyperlink r:id="rId147" w:tooltip="Otvori memorandum za jedinicu 134" w:history="1">
        <w:r w:rsidR="0084657B">
          <w:rPr>
            <w:rFonts w:eastAsia="Helvetica" w:cs="Helvetica"/>
            <w:b/>
            <w:color w:val="B31E8D"/>
            <w:szCs w:val="21"/>
            <w:u w:val="single"/>
          </w:rPr>
          <w:t>Jedinica br.134: Parcela 00643-0 u K</w:t>
        </w:r>
        <w:r w:rsidR="00AC3726">
          <w:rPr>
            <w:rFonts w:eastAsia="Helvetica" w:cs="Helvetica"/>
            <w:b/>
            <w:color w:val="B31E8D"/>
            <w:szCs w:val="21"/>
            <w:u w:val="single"/>
          </w:rPr>
          <w:t>Z</w:t>
        </w:r>
        <w:r w:rsidR="0084657B">
          <w:rPr>
            <w:rFonts w:eastAsia="Helvetica" w:cs="Helvetica"/>
            <w:b/>
            <w:color w:val="B31E8D"/>
            <w:szCs w:val="21"/>
            <w:u w:val="single"/>
          </w:rPr>
          <w:t xml:space="preserve"> Banja</w:t>
        </w:r>
      </w:hyperlink>
      <w:r w:rsidR="0084657B">
        <w:rPr>
          <w:rFonts w:eastAsia="Helvetica" w:cs="Helvetica"/>
          <w:szCs w:val="21"/>
        </w:rPr>
        <w:t xml:space="preserve"> - nudi na prodaju poljoprivredno zemljište površine 5,988 m² (59 ari 8</w:t>
      </w:r>
      <w:r w:rsidR="0024653B">
        <w:rPr>
          <w:rFonts w:eastAsia="Helvetica" w:cs="Helvetica"/>
          <w:szCs w:val="21"/>
        </w:rPr>
        <w:t>8</w:t>
      </w:r>
      <w:r w:rsidR="0084657B">
        <w:rPr>
          <w:rFonts w:eastAsia="Helvetica" w:cs="Helvetica"/>
          <w:szCs w:val="21"/>
        </w:rPr>
        <w:t>m²), po kulturi livada 7. klase, u centru K</w:t>
      </w:r>
      <w:r w:rsidR="00AC3726">
        <w:rPr>
          <w:rFonts w:eastAsia="Helvetica" w:cs="Helvetica"/>
          <w:szCs w:val="21"/>
        </w:rPr>
        <w:t>Z</w:t>
      </w:r>
      <w:r w:rsidR="0084657B">
        <w:rPr>
          <w:rFonts w:eastAsia="Helvetica" w:cs="Helvetica"/>
          <w:szCs w:val="21"/>
        </w:rPr>
        <w:t xml:space="preserve"> Banja. Nema odgovarajući pristup putu.</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5481D1A2" w14:textId="77777777">
        <w:trPr>
          <w:cantSplit/>
          <w:jc w:val="center"/>
        </w:trPr>
        <w:tc>
          <w:tcPr>
            <w:tcW w:w="3026" w:type="dxa"/>
            <w:vAlign w:val="center"/>
          </w:tcPr>
          <w:p w14:paraId="5754964F"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6317367B" w14:textId="4ECFA386" w:rsidR="00345441" w:rsidRDefault="0084657B">
            <w:pPr>
              <w:keepNext/>
              <w:jc w:val="center"/>
            </w:pPr>
            <w:r>
              <w:rPr>
                <w:rFonts w:eastAsia="Helvetica" w:cs="Helvetica"/>
                <w:b/>
                <w:szCs w:val="21"/>
              </w:rPr>
              <w:t>Minimalna cena: 112 €/ar</w:t>
            </w:r>
            <w:r w:rsidR="00AC3726">
              <w:rPr>
                <w:rFonts w:eastAsia="Helvetica" w:cs="Helvetica"/>
                <w:b/>
                <w:szCs w:val="21"/>
              </w:rPr>
              <w:t>i</w:t>
            </w:r>
          </w:p>
        </w:tc>
        <w:tc>
          <w:tcPr>
            <w:tcW w:w="3026" w:type="dxa"/>
            <w:vAlign w:val="center"/>
          </w:tcPr>
          <w:p w14:paraId="0C91E819" w14:textId="77777777" w:rsidR="00345441" w:rsidRDefault="0084657B">
            <w:pPr>
              <w:keepNext/>
              <w:jc w:val="center"/>
            </w:pPr>
            <w:r>
              <w:rPr>
                <w:rFonts w:eastAsia="Helvetica" w:cs="Helvetica"/>
                <w:b/>
                <w:szCs w:val="21"/>
              </w:rPr>
              <w:t>Depozit za ponudu: 1,000 €</w:t>
            </w:r>
          </w:p>
        </w:tc>
      </w:tr>
    </w:tbl>
    <w:p w14:paraId="135429CB" w14:textId="77777777" w:rsidR="00345441" w:rsidRDefault="0084657B">
      <w:pPr>
        <w:keepLines/>
        <w:spacing w:after="280" w:line="218" w:lineRule="exact"/>
      </w:pPr>
      <w:r>
        <w:rPr>
          <w:rFonts w:eastAsia="Helvetica" w:cs="Helvetica"/>
          <w:i/>
          <w:iCs/>
          <w:color w:val="333333"/>
          <w:szCs w:val="21"/>
        </w:rPr>
        <w:t>Prethodni nazivi i Fi brojevi: Produkti, Fi-727/89</w:t>
      </w:r>
    </w:p>
    <w:p w14:paraId="1ED4007A" w14:textId="4CA4A906" w:rsidR="00345441" w:rsidRDefault="00ED0DBE">
      <w:pPr>
        <w:keepNext/>
        <w:keepLines/>
        <w:jc w:val="both"/>
      </w:pPr>
      <w:hyperlink r:id="rId148" w:tooltip="Otvori memorandum za jedinicu 135" w:history="1">
        <w:r w:rsidR="0084657B">
          <w:rPr>
            <w:rFonts w:eastAsia="Helvetica" w:cs="Helvetica"/>
            <w:b/>
            <w:color w:val="B31E8D"/>
            <w:szCs w:val="21"/>
            <w:u w:val="single"/>
          </w:rPr>
          <w:t>Jedinica br.135: Parcela 00733-0 u K</w:t>
        </w:r>
        <w:r w:rsidR="00AC3726">
          <w:rPr>
            <w:rFonts w:eastAsia="Helvetica" w:cs="Helvetica"/>
            <w:b/>
            <w:color w:val="B31E8D"/>
            <w:szCs w:val="21"/>
            <w:u w:val="single"/>
          </w:rPr>
          <w:t>Z</w:t>
        </w:r>
        <w:r w:rsidR="0084657B">
          <w:rPr>
            <w:rFonts w:eastAsia="Helvetica" w:cs="Helvetica"/>
            <w:b/>
            <w:color w:val="B31E8D"/>
            <w:szCs w:val="21"/>
            <w:u w:val="single"/>
          </w:rPr>
          <w:t xml:space="preserve"> Banja</w:t>
        </w:r>
      </w:hyperlink>
      <w:r w:rsidR="0084657B">
        <w:rPr>
          <w:rFonts w:eastAsia="Helvetica" w:cs="Helvetica"/>
          <w:szCs w:val="21"/>
        </w:rPr>
        <w:t xml:space="preserve"> - obuhvata poljoprivredno zemljište površine 5,073 m² (50 ari 73 m²), po kulturi livada 6. klase. Parcela se nalazi u istočnom delu K</w:t>
      </w:r>
      <w:r w:rsidR="00AC3726">
        <w:rPr>
          <w:rFonts w:eastAsia="Helvetica" w:cs="Helvetica"/>
          <w:szCs w:val="21"/>
        </w:rPr>
        <w:t>Z</w:t>
      </w:r>
      <w:r w:rsidR="0084657B">
        <w:rPr>
          <w:rFonts w:eastAsia="Helvetica" w:cs="Helvetica"/>
          <w:szCs w:val="21"/>
        </w:rPr>
        <w:t xml:space="preserve"> Banja. Nema odgovarajući pristup putu.</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49549FC8" w14:textId="77777777">
        <w:trPr>
          <w:cantSplit/>
          <w:jc w:val="center"/>
        </w:trPr>
        <w:tc>
          <w:tcPr>
            <w:tcW w:w="3026" w:type="dxa"/>
            <w:vAlign w:val="center"/>
          </w:tcPr>
          <w:p w14:paraId="462316D8"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4B304418" w14:textId="7C212687" w:rsidR="00345441" w:rsidRDefault="0084657B">
            <w:pPr>
              <w:keepNext/>
              <w:jc w:val="center"/>
            </w:pPr>
            <w:r>
              <w:rPr>
                <w:rFonts w:eastAsia="Helvetica" w:cs="Helvetica"/>
                <w:b/>
                <w:szCs w:val="21"/>
              </w:rPr>
              <w:t>Minimalna cena: 112 €/ar</w:t>
            </w:r>
            <w:r w:rsidR="00AC3726">
              <w:rPr>
                <w:rFonts w:eastAsia="Helvetica" w:cs="Helvetica"/>
                <w:b/>
                <w:szCs w:val="21"/>
              </w:rPr>
              <w:t>i</w:t>
            </w:r>
          </w:p>
        </w:tc>
        <w:tc>
          <w:tcPr>
            <w:tcW w:w="3026" w:type="dxa"/>
            <w:vAlign w:val="center"/>
          </w:tcPr>
          <w:p w14:paraId="15B12E94" w14:textId="77777777" w:rsidR="00345441" w:rsidRDefault="0084657B">
            <w:pPr>
              <w:keepNext/>
              <w:jc w:val="center"/>
            </w:pPr>
            <w:r>
              <w:rPr>
                <w:rFonts w:eastAsia="Helvetica" w:cs="Helvetica"/>
                <w:b/>
                <w:szCs w:val="21"/>
              </w:rPr>
              <w:t>Depozit za ponudu: 1,000 €</w:t>
            </w:r>
          </w:p>
        </w:tc>
      </w:tr>
    </w:tbl>
    <w:p w14:paraId="4E82A874" w14:textId="77777777" w:rsidR="00345441" w:rsidRDefault="0084657B">
      <w:pPr>
        <w:keepLines/>
        <w:spacing w:after="280" w:line="218" w:lineRule="exact"/>
      </w:pPr>
      <w:r>
        <w:rPr>
          <w:rFonts w:eastAsia="Helvetica" w:cs="Helvetica"/>
          <w:i/>
          <w:iCs/>
          <w:color w:val="333333"/>
          <w:szCs w:val="21"/>
        </w:rPr>
        <w:t>Prethodni nazivi i Fi brojevi: Produkti, Fi-727/ 89</w:t>
      </w:r>
    </w:p>
    <w:p w14:paraId="05853A18" w14:textId="4CC85770" w:rsidR="00345441" w:rsidRDefault="00ED0DBE">
      <w:pPr>
        <w:keepNext/>
        <w:keepLines/>
        <w:jc w:val="both"/>
      </w:pPr>
      <w:hyperlink r:id="rId149" w:tooltip="Otvori memorandum za jedinicu 136" w:history="1">
        <w:r w:rsidR="0084657B">
          <w:rPr>
            <w:rFonts w:eastAsia="Helvetica" w:cs="Helvetica"/>
            <w:b/>
            <w:color w:val="B31E8D"/>
            <w:szCs w:val="21"/>
            <w:u w:val="single"/>
          </w:rPr>
          <w:t>Jedinica br.136: Parcela 02685-0 u K</w:t>
        </w:r>
        <w:r w:rsidR="00AC3726">
          <w:rPr>
            <w:rFonts w:eastAsia="Helvetica" w:cs="Helvetica"/>
            <w:b/>
            <w:color w:val="B31E8D"/>
            <w:szCs w:val="21"/>
            <w:u w:val="single"/>
          </w:rPr>
          <w:t>Z</w:t>
        </w:r>
        <w:r w:rsidR="0084657B">
          <w:rPr>
            <w:rFonts w:eastAsia="Helvetica" w:cs="Helvetica"/>
            <w:b/>
            <w:color w:val="B31E8D"/>
            <w:szCs w:val="21"/>
            <w:u w:val="single"/>
          </w:rPr>
          <w:t xml:space="preserve"> Banja</w:t>
        </w:r>
      </w:hyperlink>
      <w:r w:rsidR="0084657B">
        <w:rPr>
          <w:rFonts w:eastAsia="Helvetica" w:cs="Helvetica"/>
          <w:szCs w:val="21"/>
        </w:rPr>
        <w:t xml:space="preserve"> - obuhvata poljoprivredno zemljište površine 6,352 m² (63 ara 52 m²), po kulturi pašnjak 4. klase. Parcela se nalazi u jugozapadnom delu K</w:t>
      </w:r>
      <w:r w:rsidR="00AC3726">
        <w:rPr>
          <w:rFonts w:eastAsia="Helvetica" w:cs="Helvetica"/>
          <w:szCs w:val="21"/>
        </w:rPr>
        <w:t>Z</w:t>
      </w:r>
      <w:r w:rsidR="0084657B">
        <w:rPr>
          <w:rFonts w:eastAsia="Helvetica" w:cs="Helvetica"/>
          <w:szCs w:val="21"/>
        </w:rPr>
        <w:t xml:space="preserve"> Banja. Nema odgovarajući pristup putu.</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5A6BBEE8" w14:textId="77777777">
        <w:trPr>
          <w:cantSplit/>
          <w:jc w:val="center"/>
        </w:trPr>
        <w:tc>
          <w:tcPr>
            <w:tcW w:w="3026" w:type="dxa"/>
            <w:vAlign w:val="center"/>
          </w:tcPr>
          <w:p w14:paraId="631256ED"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519DA261" w14:textId="6ACC9D53" w:rsidR="00345441" w:rsidRDefault="0084657B">
            <w:pPr>
              <w:keepNext/>
              <w:jc w:val="center"/>
            </w:pPr>
            <w:r>
              <w:rPr>
                <w:rFonts w:eastAsia="Helvetica" w:cs="Helvetica"/>
                <w:b/>
                <w:szCs w:val="21"/>
              </w:rPr>
              <w:t>Minimalna cena: 112 €/ar</w:t>
            </w:r>
            <w:r w:rsidR="00AC3726">
              <w:rPr>
                <w:rFonts w:eastAsia="Helvetica" w:cs="Helvetica"/>
                <w:b/>
                <w:szCs w:val="21"/>
              </w:rPr>
              <w:t>i</w:t>
            </w:r>
          </w:p>
        </w:tc>
        <w:tc>
          <w:tcPr>
            <w:tcW w:w="3026" w:type="dxa"/>
            <w:vAlign w:val="center"/>
          </w:tcPr>
          <w:p w14:paraId="276B4CBD" w14:textId="77777777" w:rsidR="00345441" w:rsidRDefault="0084657B">
            <w:pPr>
              <w:keepNext/>
              <w:jc w:val="center"/>
            </w:pPr>
            <w:r>
              <w:rPr>
                <w:rFonts w:eastAsia="Helvetica" w:cs="Helvetica"/>
                <w:b/>
                <w:szCs w:val="21"/>
              </w:rPr>
              <w:t>Depozit za ponudu: 1,000 €</w:t>
            </w:r>
          </w:p>
        </w:tc>
      </w:tr>
    </w:tbl>
    <w:p w14:paraId="7287B8B9" w14:textId="77777777" w:rsidR="00345441" w:rsidRDefault="0084657B">
      <w:pPr>
        <w:keepLines/>
        <w:spacing w:after="280" w:line="218" w:lineRule="exact"/>
      </w:pPr>
      <w:r>
        <w:rPr>
          <w:rFonts w:eastAsia="Helvetica" w:cs="Helvetica"/>
          <w:i/>
          <w:iCs/>
          <w:color w:val="333333"/>
          <w:szCs w:val="21"/>
        </w:rPr>
        <w:t>Prethodni nazivi i Fi brojevi: Produkti, Fi-727/89</w:t>
      </w:r>
    </w:p>
    <w:p w14:paraId="5BC6875E" w14:textId="77B71BD9" w:rsidR="00345441" w:rsidRDefault="00ED0DBE">
      <w:pPr>
        <w:keepNext/>
        <w:keepLines/>
        <w:jc w:val="both"/>
      </w:pPr>
      <w:hyperlink r:id="rId150" w:tooltip="Otvori memorandum za jedinicu 137" w:history="1">
        <w:r w:rsidR="0084657B">
          <w:rPr>
            <w:rFonts w:eastAsia="Helvetica" w:cs="Helvetica"/>
            <w:b/>
            <w:color w:val="B31E8D"/>
            <w:szCs w:val="21"/>
            <w:u w:val="single"/>
          </w:rPr>
          <w:t>Jedinica br.137: Parcele 2381-0 i 2382-0 u K</w:t>
        </w:r>
        <w:r w:rsidR="00AC3726">
          <w:rPr>
            <w:rFonts w:eastAsia="Helvetica" w:cs="Helvetica"/>
            <w:b/>
            <w:color w:val="B31E8D"/>
            <w:szCs w:val="21"/>
            <w:u w:val="single"/>
          </w:rPr>
          <w:t>Z</w:t>
        </w:r>
        <w:r w:rsidR="0084657B">
          <w:rPr>
            <w:rFonts w:eastAsia="Helvetica" w:cs="Helvetica"/>
            <w:b/>
            <w:color w:val="B31E8D"/>
            <w:szCs w:val="21"/>
            <w:u w:val="single"/>
          </w:rPr>
          <w:t xml:space="preserve"> Banja</w:t>
        </w:r>
      </w:hyperlink>
      <w:r w:rsidR="0084657B">
        <w:rPr>
          <w:rFonts w:eastAsia="Helvetica" w:cs="Helvetica"/>
          <w:szCs w:val="21"/>
        </w:rPr>
        <w:t xml:space="preserve"> - obuhvata poljoprivredno zemljište ukupne površine 8,230 m² (82 ara 30 m²), koje se sastoji od parcele 2381-0 površine 7,030 m² (70 ari 30 m²), upisane kao njiva 5. klase, i parcele 2382-0 površine 1,200 m² (12 ari 00 m²), upisane kao pašnjak 3. klase. Parcele se nalaze u južnom delu K</w:t>
      </w:r>
      <w:r w:rsidR="00F4118C">
        <w:rPr>
          <w:rFonts w:eastAsia="Helvetica" w:cs="Helvetica"/>
          <w:szCs w:val="21"/>
        </w:rPr>
        <w:t>Z</w:t>
      </w:r>
      <w:r w:rsidR="0084657B">
        <w:rPr>
          <w:rFonts w:eastAsia="Helvetica" w:cs="Helvetica"/>
          <w:szCs w:val="21"/>
        </w:rPr>
        <w:t xml:space="preserve"> Banja. Nemaju odgovarajući pristup putu.</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36ADD92E" w14:textId="77777777">
        <w:trPr>
          <w:cantSplit/>
          <w:jc w:val="center"/>
        </w:trPr>
        <w:tc>
          <w:tcPr>
            <w:tcW w:w="3026" w:type="dxa"/>
            <w:vAlign w:val="center"/>
          </w:tcPr>
          <w:p w14:paraId="6A440C38"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4F95AFD6" w14:textId="3EFA533E" w:rsidR="00345441" w:rsidRDefault="0084657B">
            <w:pPr>
              <w:keepNext/>
              <w:jc w:val="center"/>
            </w:pPr>
            <w:r>
              <w:rPr>
                <w:rFonts w:eastAsia="Helvetica" w:cs="Helvetica"/>
                <w:b/>
                <w:szCs w:val="21"/>
              </w:rPr>
              <w:t>Minimalna cena: 112 €/ar</w:t>
            </w:r>
            <w:r w:rsidR="00F4118C">
              <w:rPr>
                <w:rFonts w:eastAsia="Helvetica" w:cs="Helvetica"/>
                <w:b/>
                <w:szCs w:val="21"/>
              </w:rPr>
              <w:t>i</w:t>
            </w:r>
          </w:p>
        </w:tc>
        <w:tc>
          <w:tcPr>
            <w:tcW w:w="3026" w:type="dxa"/>
            <w:vAlign w:val="center"/>
          </w:tcPr>
          <w:p w14:paraId="3C87895F" w14:textId="77777777" w:rsidR="00345441" w:rsidRDefault="0084657B">
            <w:pPr>
              <w:keepNext/>
              <w:jc w:val="center"/>
            </w:pPr>
            <w:r>
              <w:rPr>
                <w:rFonts w:eastAsia="Helvetica" w:cs="Helvetica"/>
                <w:b/>
                <w:szCs w:val="21"/>
              </w:rPr>
              <w:t>Depozit za ponudu: 1,000 €</w:t>
            </w:r>
          </w:p>
        </w:tc>
      </w:tr>
    </w:tbl>
    <w:p w14:paraId="4671811E" w14:textId="77777777" w:rsidR="00345441" w:rsidRDefault="0084657B">
      <w:pPr>
        <w:keepLines/>
        <w:spacing w:after="280" w:line="218" w:lineRule="exact"/>
      </w:pPr>
      <w:r>
        <w:rPr>
          <w:rFonts w:eastAsia="Helvetica" w:cs="Helvetica"/>
          <w:i/>
          <w:iCs/>
          <w:color w:val="333333"/>
          <w:szCs w:val="21"/>
        </w:rPr>
        <w:t>Prethodni nazivi i Fi brojevi: Produkti, Fi-727/89</w:t>
      </w:r>
    </w:p>
    <w:p w14:paraId="0B7339B6" w14:textId="0C2E8FDE" w:rsidR="00345441" w:rsidRDefault="00ED0DBE">
      <w:pPr>
        <w:keepNext/>
        <w:keepLines/>
        <w:jc w:val="both"/>
      </w:pPr>
      <w:hyperlink r:id="rId151" w:tooltip="Otvori memorandum za jedinicu 138" w:history="1">
        <w:r w:rsidR="0084657B">
          <w:rPr>
            <w:rFonts w:eastAsia="Helvetica" w:cs="Helvetica"/>
            <w:b/>
            <w:color w:val="B31E8D"/>
            <w:szCs w:val="21"/>
            <w:u w:val="single"/>
          </w:rPr>
          <w:t>Jedinica br.138: Parcela 02023 u K</w:t>
        </w:r>
        <w:r w:rsidR="00F4118C">
          <w:rPr>
            <w:rFonts w:eastAsia="Helvetica" w:cs="Helvetica"/>
            <w:b/>
            <w:color w:val="B31E8D"/>
            <w:szCs w:val="21"/>
            <w:u w:val="single"/>
          </w:rPr>
          <w:t>Z</w:t>
        </w:r>
        <w:r w:rsidR="0084657B">
          <w:rPr>
            <w:rFonts w:eastAsia="Helvetica" w:cs="Helvetica"/>
            <w:b/>
            <w:color w:val="B31E8D"/>
            <w:szCs w:val="21"/>
            <w:u w:val="single"/>
          </w:rPr>
          <w:t xml:space="preserve"> Banja</w:t>
        </w:r>
      </w:hyperlink>
      <w:r w:rsidR="0084657B">
        <w:rPr>
          <w:rFonts w:eastAsia="Helvetica" w:cs="Helvetica"/>
          <w:szCs w:val="21"/>
        </w:rPr>
        <w:t xml:space="preserve"> - obuhvata poljoprivredno zemljište površine 1,646 m² (16 ari 46 m²), po kulturi livada 4. klase. Parcela se nalazi u južnom delu K</w:t>
      </w:r>
      <w:r w:rsidR="00F4118C">
        <w:rPr>
          <w:rFonts w:eastAsia="Helvetica" w:cs="Helvetica"/>
          <w:szCs w:val="21"/>
        </w:rPr>
        <w:t>Z</w:t>
      </w:r>
      <w:r w:rsidR="0084657B">
        <w:rPr>
          <w:rFonts w:eastAsia="Helvetica" w:cs="Helvetica"/>
          <w:szCs w:val="21"/>
        </w:rPr>
        <w:t xml:space="preserve"> Banja. Asfaltni put je blizu, ali parcela nema odgovarajući pristup putu.</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016ECFA2" w14:textId="77777777">
        <w:trPr>
          <w:cantSplit/>
          <w:jc w:val="center"/>
        </w:trPr>
        <w:tc>
          <w:tcPr>
            <w:tcW w:w="3026" w:type="dxa"/>
            <w:vAlign w:val="center"/>
          </w:tcPr>
          <w:p w14:paraId="5E79BE7A"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7F8D3378" w14:textId="0AF74163" w:rsidR="00345441" w:rsidRDefault="0084657B">
            <w:pPr>
              <w:keepNext/>
              <w:jc w:val="center"/>
            </w:pPr>
            <w:r>
              <w:rPr>
                <w:rFonts w:eastAsia="Helvetica" w:cs="Helvetica"/>
                <w:b/>
                <w:szCs w:val="21"/>
              </w:rPr>
              <w:t>Minimalna cena: 112 €/ar</w:t>
            </w:r>
            <w:r w:rsidR="00F4118C">
              <w:rPr>
                <w:rFonts w:eastAsia="Helvetica" w:cs="Helvetica"/>
                <w:b/>
                <w:szCs w:val="21"/>
              </w:rPr>
              <w:t>i</w:t>
            </w:r>
          </w:p>
        </w:tc>
        <w:tc>
          <w:tcPr>
            <w:tcW w:w="3026" w:type="dxa"/>
            <w:vAlign w:val="center"/>
          </w:tcPr>
          <w:p w14:paraId="66FC8B09" w14:textId="77777777" w:rsidR="00345441" w:rsidRDefault="0084657B">
            <w:pPr>
              <w:keepNext/>
              <w:jc w:val="center"/>
            </w:pPr>
            <w:r>
              <w:rPr>
                <w:rFonts w:eastAsia="Helvetica" w:cs="Helvetica"/>
                <w:b/>
                <w:szCs w:val="21"/>
              </w:rPr>
              <w:t>Depozit za ponudu: 1,000 €</w:t>
            </w:r>
          </w:p>
        </w:tc>
      </w:tr>
    </w:tbl>
    <w:p w14:paraId="13203AE4" w14:textId="77777777" w:rsidR="00345441" w:rsidRDefault="0084657B">
      <w:pPr>
        <w:keepLines/>
        <w:spacing w:after="280" w:line="218" w:lineRule="exact"/>
      </w:pPr>
      <w:r>
        <w:rPr>
          <w:rFonts w:eastAsia="Helvetica" w:cs="Helvetica"/>
          <w:i/>
          <w:iCs/>
          <w:color w:val="333333"/>
          <w:szCs w:val="21"/>
        </w:rPr>
        <w:t>Prethodni nazivi i Fi brojevi: Produkti, Fi. Fi-727/89</w:t>
      </w:r>
    </w:p>
    <w:p w14:paraId="568009C8" w14:textId="7153BE29" w:rsidR="00345441" w:rsidRDefault="00ED0DBE">
      <w:pPr>
        <w:keepNext/>
        <w:keepLines/>
        <w:jc w:val="both"/>
      </w:pPr>
      <w:hyperlink r:id="rId152" w:tooltip="Otvori memorandum za jedinicu 139" w:history="1">
        <w:r w:rsidR="0084657B">
          <w:rPr>
            <w:rFonts w:eastAsia="Helvetica" w:cs="Helvetica"/>
            <w:b/>
            <w:color w:val="B31E8D"/>
            <w:szCs w:val="21"/>
            <w:u w:val="single"/>
          </w:rPr>
          <w:t>Jedinica br.139: Parcela 01158-0 u K</w:t>
        </w:r>
        <w:r w:rsidR="00F4118C">
          <w:rPr>
            <w:rFonts w:eastAsia="Helvetica" w:cs="Helvetica"/>
            <w:b/>
            <w:color w:val="B31E8D"/>
            <w:szCs w:val="21"/>
            <w:u w:val="single"/>
          </w:rPr>
          <w:t>Z</w:t>
        </w:r>
        <w:r w:rsidR="0084657B">
          <w:rPr>
            <w:rFonts w:eastAsia="Helvetica" w:cs="Helvetica"/>
            <w:b/>
            <w:color w:val="B31E8D"/>
            <w:szCs w:val="21"/>
            <w:u w:val="single"/>
          </w:rPr>
          <w:t xml:space="preserve"> Dubovac</w:t>
        </w:r>
      </w:hyperlink>
      <w:r w:rsidR="0084657B">
        <w:rPr>
          <w:rFonts w:eastAsia="Helvetica" w:cs="Helvetica"/>
          <w:szCs w:val="21"/>
        </w:rPr>
        <w:t xml:space="preserve"> - obuhvata poljoprivredno zemljište površine 8,846 m² (88 ari 46 m²), po kulturi pašnjak 6. klase. Parcela se nalazi u zapadnom delu K</w:t>
      </w:r>
      <w:r w:rsidR="00F4118C">
        <w:rPr>
          <w:rFonts w:eastAsia="Helvetica" w:cs="Helvetica"/>
          <w:szCs w:val="21"/>
        </w:rPr>
        <w:t>Z</w:t>
      </w:r>
      <w:r w:rsidR="0084657B">
        <w:rPr>
          <w:rFonts w:eastAsia="Helvetica" w:cs="Helvetica"/>
          <w:szCs w:val="21"/>
        </w:rPr>
        <w:t xml:space="preserve"> Dubovac, na području kroz koje prolazi nekoliko puteva. Ipak, nema pristup putu.</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09F3CC18" w14:textId="77777777">
        <w:trPr>
          <w:cantSplit/>
          <w:jc w:val="center"/>
        </w:trPr>
        <w:tc>
          <w:tcPr>
            <w:tcW w:w="3026" w:type="dxa"/>
            <w:vAlign w:val="center"/>
          </w:tcPr>
          <w:p w14:paraId="0904118B"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7C21AF0D" w14:textId="3D9CC10C" w:rsidR="00345441" w:rsidRDefault="0084657B">
            <w:pPr>
              <w:keepNext/>
              <w:jc w:val="center"/>
            </w:pPr>
            <w:r>
              <w:rPr>
                <w:rFonts w:eastAsia="Helvetica" w:cs="Helvetica"/>
                <w:b/>
                <w:szCs w:val="21"/>
              </w:rPr>
              <w:t>Minimalna cena: 320 €/ar</w:t>
            </w:r>
            <w:r w:rsidR="00F4118C">
              <w:rPr>
                <w:rFonts w:eastAsia="Helvetica" w:cs="Helvetica"/>
                <w:b/>
                <w:szCs w:val="21"/>
              </w:rPr>
              <w:t>i</w:t>
            </w:r>
          </w:p>
        </w:tc>
        <w:tc>
          <w:tcPr>
            <w:tcW w:w="3026" w:type="dxa"/>
            <w:vAlign w:val="center"/>
          </w:tcPr>
          <w:p w14:paraId="33457059" w14:textId="77777777" w:rsidR="00345441" w:rsidRDefault="0084657B">
            <w:pPr>
              <w:keepNext/>
              <w:jc w:val="center"/>
            </w:pPr>
            <w:r>
              <w:rPr>
                <w:rFonts w:eastAsia="Helvetica" w:cs="Helvetica"/>
                <w:b/>
                <w:szCs w:val="21"/>
              </w:rPr>
              <w:t>Depozit za ponudu: 3,000 €</w:t>
            </w:r>
          </w:p>
        </w:tc>
      </w:tr>
    </w:tbl>
    <w:p w14:paraId="68E96C50" w14:textId="77777777" w:rsidR="00345441" w:rsidRDefault="0084657B">
      <w:pPr>
        <w:keepLines/>
        <w:spacing w:after="280" w:line="218" w:lineRule="exact"/>
      </w:pPr>
      <w:r>
        <w:rPr>
          <w:rFonts w:eastAsia="Helvetica" w:cs="Helvetica"/>
          <w:i/>
          <w:iCs/>
          <w:color w:val="333333"/>
          <w:szCs w:val="21"/>
        </w:rPr>
        <w:t>Prethodni nazivi i Fi brojevi: Elan, Fi. 791/89</w:t>
      </w:r>
    </w:p>
    <w:p w14:paraId="5DED30B9" w14:textId="584FB26A" w:rsidR="00345441" w:rsidRDefault="00ED0DBE">
      <w:pPr>
        <w:keepNext/>
        <w:keepLines/>
        <w:jc w:val="both"/>
      </w:pPr>
      <w:hyperlink r:id="rId153" w:tooltip="Otvori memorandum za jedinicu 140" w:history="1">
        <w:r w:rsidR="0084657B">
          <w:rPr>
            <w:rFonts w:eastAsia="Helvetica" w:cs="Helvetica"/>
            <w:b/>
            <w:color w:val="B31E8D"/>
            <w:szCs w:val="21"/>
            <w:u w:val="single"/>
          </w:rPr>
          <w:t>Jedinica br.140: Parcela 01263-0 u K</w:t>
        </w:r>
        <w:r w:rsidR="00F4118C">
          <w:rPr>
            <w:rFonts w:eastAsia="Helvetica" w:cs="Helvetica"/>
            <w:b/>
            <w:color w:val="B31E8D"/>
            <w:szCs w:val="21"/>
            <w:u w:val="single"/>
          </w:rPr>
          <w:t>Z</w:t>
        </w:r>
        <w:r w:rsidR="0084657B">
          <w:rPr>
            <w:rFonts w:eastAsia="Helvetica" w:cs="Helvetica"/>
            <w:b/>
            <w:color w:val="B31E8D"/>
            <w:szCs w:val="21"/>
            <w:u w:val="single"/>
          </w:rPr>
          <w:t xml:space="preserve"> Dubovac</w:t>
        </w:r>
      </w:hyperlink>
      <w:r w:rsidR="0084657B">
        <w:rPr>
          <w:rFonts w:eastAsia="Helvetica" w:cs="Helvetica"/>
          <w:szCs w:val="21"/>
        </w:rPr>
        <w:t xml:space="preserve"> - obuhvata poljoprivredno zemljište, po kulturi njiva 5. klase, površine 7,718 m² (77 ari 18 m²), u zapadnom delu K</w:t>
      </w:r>
      <w:r w:rsidR="00F4118C">
        <w:rPr>
          <w:rFonts w:eastAsia="Helvetica" w:cs="Helvetica"/>
          <w:szCs w:val="21"/>
        </w:rPr>
        <w:t>Z</w:t>
      </w:r>
      <w:r w:rsidR="0084657B">
        <w:rPr>
          <w:rFonts w:eastAsia="Helvetica" w:cs="Helvetica"/>
          <w:szCs w:val="21"/>
        </w:rPr>
        <w:t xml:space="preserve"> Dubovac. Nema pristup putu.</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77ED6304" w14:textId="77777777">
        <w:trPr>
          <w:cantSplit/>
          <w:jc w:val="center"/>
        </w:trPr>
        <w:tc>
          <w:tcPr>
            <w:tcW w:w="3026" w:type="dxa"/>
            <w:vAlign w:val="center"/>
          </w:tcPr>
          <w:p w14:paraId="6F73061E"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2ABE8FBB" w14:textId="77777777" w:rsidR="00345441" w:rsidRDefault="0084657B">
            <w:pPr>
              <w:keepNext/>
              <w:jc w:val="center"/>
            </w:pPr>
            <w:r>
              <w:rPr>
                <w:rFonts w:eastAsia="Helvetica" w:cs="Helvetica"/>
                <w:b/>
                <w:szCs w:val="21"/>
              </w:rPr>
              <w:t>Minimalna cena: 76 €/ar</w:t>
            </w:r>
          </w:p>
        </w:tc>
        <w:tc>
          <w:tcPr>
            <w:tcW w:w="3026" w:type="dxa"/>
            <w:vAlign w:val="center"/>
          </w:tcPr>
          <w:p w14:paraId="6B9CC2E3" w14:textId="77777777" w:rsidR="00345441" w:rsidRDefault="0084657B">
            <w:pPr>
              <w:keepNext/>
              <w:jc w:val="center"/>
            </w:pPr>
            <w:r>
              <w:rPr>
                <w:rFonts w:eastAsia="Helvetica" w:cs="Helvetica"/>
                <w:b/>
                <w:szCs w:val="21"/>
              </w:rPr>
              <w:t>Depozit za ponudu: 1,000 €</w:t>
            </w:r>
          </w:p>
        </w:tc>
      </w:tr>
    </w:tbl>
    <w:p w14:paraId="68FC87A9" w14:textId="77777777" w:rsidR="00345441" w:rsidRDefault="0084657B">
      <w:pPr>
        <w:keepLines/>
        <w:spacing w:after="280" w:line="218" w:lineRule="exact"/>
      </w:pPr>
      <w:r>
        <w:rPr>
          <w:rFonts w:eastAsia="Helvetica" w:cs="Helvetica"/>
          <w:i/>
          <w:iCs/>
          <w:color w:val="333333"/>
          <w:szCs w:val="21"/>
        </w:rPr>
        <w:t>Prethodni nazivi i Fi brojevi: Elan, Fi. 791/89</w:t>
      </w:r>
    </w:p>
    <w:p w14:paraId="3AED5E4C" w14:textId="3D82D464" w:rsidR="00345441" w:rsidRDefault="00ED0DBE">
      <w:pPr>
        <w:keepNext/>
        <w:keepLines/>
        <w:jc w:val="both"/>
      </w:pPr>
      <w:hyperlink r:id="rId154" w:tooltip="Otvori memorandum za jedinicu 141" w:history="1">
        <w:r w:rsidR="0084657B">
          <w:rPr>
            <w:rFonts w:eastAsia="Helvetica" w:cs="Helvetica"/>
            <w:b/>
            <w:color w:val="B31E8D"/>
            <w:szCs w:val="21"/>
            <w:u w:val="single"/>
          </w:rPr>
          <w:t>Jedinica br.141: Parcele br. 177-2 i 177-3 u K</w:t>
        </w:r>
        <w:r w:rsidR="00F4118C">
          <w:rPr>
            <w:rFonts w:eastAsia="Helvetica" w:cs="Helvetica"/>
            <w:b/>
            <w:color w:val="B31E8D"/>
            <w:szCs w:val="21"/>
            <w:u w:val="single"/>
          </w:rPr>
          <w:t>Z</w:t>
        </w:r>
        <w:r w:rsidR="0084657B">
          <w:rPr>
            <w:rFonts w:eastAsia="Helvetica" w:cs="Helvetica"/>
            <w:b/>
            <w:color w:val="B31E8D"/>
            <w:szCs w:val="21"/>
            <w:u w:val="single"/>
          </w:rPr>
          <w:t xml:space="preserve"> Banj</w:t>
        </w:r>
        <w:r w:rsidR="00F4118C">
          <w:rPr>
            <w:rFonts w:eastAsia="Helvetica" w:cs="Helvetica"/>
            <w:b/>
            <w:color w:val="B31E8D"/>
            <w:szCs w:val="21"/>
            <w:u w:val="single"/>
          </w:rPr>
          <w:t>a</w:t>
        </w:r>
      </w:hyperlink>
      <w:r w:rsidR="0084657B">
        <w:rPr>
          <w:rFonts w:eastAsia="Helvetica" w:cs="Helvetica"/>
          <w:szCs w:val="21"/>
        </w:rPr>
        <w:t xml:space="preserve"> - obuhvata zemljište površine 7,756 m² (77 ari 56 m²) u K</w:t>
      </w:r>
      <w:r w:rsidR="00F4118C">
        <w:rPr>
          <w:rFonts w:eastAsia="Helvetica" w:cs="Helvetica"/>
          <w:szCs w:val="21"/>
        </w:rPr>
        <w:t>Z</w:t>
      </w:r>
      <w:r w:rsidR="0084657B">
        <w:rPr>
          <w:rFonts w:eastAsia="Helvetica" w:cs="Helvetica"/>
          <w:szCs w:val="21"/>
        </w:rPr>
        <w:t xml:space="preserve"> Banj</w:t>
      </w:r>
      <w:r w:rsidR="00F4118C">
        <w:rPr>
          <w:rFonts w:eastAsia="Helvetica" w:cs="Helvetica"/>
          <w:szCs w:val="21"/>
        </w:rPr>
        <w:t>a</w:t>
      </w:r>
      <w:r w:rsidR="0084657B">
        <w:rPr>
          <w:rFonts w:eastAsia="Helvetica" w:cs="Helvetica"/>
          <w:szCs w:val="21"/>
        </w:rPr>
        <w:t>, opština Istok, koje se sastoji od parcele br. 177-2 površine 948 m², po kulturi poljoprivredno zemljište – livada 4. klase, i parcele br. 177-3 površine 6,808 m², po kulturi poljoprivredno zemljište – njiva 4. klase. Imovina ima pristup javnom putu br. 164. Odstupanje trase javnog puta i trotoara zauzima površinu 78 m² u severnom delu parcele br. 177-3.</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1A4ABB22" w14:textId="77777777">
        <w:trPr>
          <w:cantSplit/>
          <w:jc w:val="center"/>
        </w:trPr>
        <w:tc>
          <w:tcPr>
            <w:tcW w:w="3026" w:type="dxa"/>
            <w:vAlign w:val="center"/>
          </w:tcPr>
          <w:p w14:paraId="3F4765C6"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31182071" w14:textId="136D38B7" w:rsidR="00345441" w:rsidRDefault="0084657B">
            <w:pPr>
              <w:keepNext/>
              <w:jc w:val="center"/>
            </w:pPr>
            <w:r>
              <w:rPr>
                <w:rFonts w:eastAsia="Helvetica" w:cs="Helvetica"/>
                <w:b/>
                <w:szCs w:val="21"/>
              </w:rPr>
              <w:t>Minimalna cena: 1,080 €/ar</w:t>
            </w:r>
            <w:r w:rsidR="00F4118C">
              <w:rPr>
                <w:rFonts w:eastAsia="Helvetica" w:cs="Helvetica"/>
                <w:b/>
                <w:szCs w:val="21"/>
              </w:rPr>
              <w:t>i</w:t>
            </w:r>
          </w:p>
        </w:tc>
        <w:tc>
          <w:tcPr>
            <w:tcW w:w="3026" w:type="dxa"/>
            <w:vAlign w:val="center"/>
          </w:tcPr>
          <w:p w14:paraId="05A15BC8" w14:textId="77777777" w:rsidR="00345441" w:rsidRDefault="0084657B">
            <w:pPr>
              <w:keepNext/>
              <w:jc w:val="center"/>
            </w:pPr>
            <w:r>
              <w:rPr>
                <w:rFonts w:eastAsia="Helvetica" w:cs="Helvetica"/>
                <w:b/>
                <w:szCs w:val="21"/>
              </w:rPr>
              <w:t>Depozit za ponudu: 8,000 €</w:t>
            </w:r>
          </w:p>
        </w:tc>
      </w:tr>
    </w:tbl>
    <w:p w14:paraId="3FF9D906" w14:textId="77777777" w:rsidR="00345441" w:rsidRDefault="0084657B">
      <w:pPr>
        <w:keepLines/>
        <w:spacing w:after="280" w:line="218" w:lineRule="exact"/>
      </w:pPr>
      <w:r>
        <w:rPr>
          <w:rFonts w:eastAsia="Helvetica" w:cs="Helvetica"/>
          <w:i/>
          <w:iCs/>
          <w:color w:val="333333"/>
          <w:szCs w:val="21"/>
        </w:rPr>
        <w:t>Prethodni nazivi i Fi brojevi: KB Burimi Fi: 167/91; Fi:147/85</w:t>
      </w:r>
    </w:p>
    <w:p w14:paraId="6F079491" w14:textId="2907286A" w:rsidR="00345441" w:rsidRDefault="00ED0DBE">
      <w:pPr>
        <w:keepNext/>
        <w:keepLines/>
        <w:jc w:val="both"/>
      </w:pPr>
      <w:hyperlink r:id="rId155" w:tooltip="Otvori memorandum za jedinicu 142" w:history="1">
        <w:r w:rsidR="0084657B">
          <w:rPr>
            <w:rFonts w:eastAsia="Helvetica" w:cs="Helvetica"/>
            <w:b/>
            <w:color w:val="B31E8D"/>
            <w:szCs w:val="21"/>
            <w:u w:val="single"/>
          </w:rPr>
          <w:t>Jedinica br.142: Parcela br. 8-1 u K</w:t>
        </w:r>
        <w:r w:rsidR="00F4118C">
          <w:rPr>
            <w:rFonts w:eastAsia="Helvetica" w:cs="Helvetica"/>
            <w:b/>
            <w:color w:val="B31E8D"/>
            <w:szCs w:val="21"/>
            <w:u w:val="single"/>
          </w:rPr>
          <w:t>Z</w:t>
        </w:r>
        <w:r w:rsidR="0084657B">
          <w:rPr>
            <w:rFonts w:eastAsia="Helvetica" w:cs="Helvetica"/>
            <w:b/>
            <w:color w:val="B31E8D"/>
            <w:szCs w:val="21"/>
            <w:u w:val="single"/>
          </w:rPr>
          <w:t xml:space="preserve"> Budisa</w:t>
        </w:r>
        <w:r w:rsidR="00F4118C">
          <w:rPr>
            <w:rFonts w:eastAsia="Helvetica" w:cs="Helvetica"/>
            <w:b/>
            <w:color w:val="B31E8D"/>
            <w:szCs w:val="21"/>
            <w:u w:val="single"/>
          </w:rPr>
          <w:t>lc</w:t>
        </w:r>
      </w:hyperlink>
      <w:r w:rsidR="0084657B">
        <w:rPr>
          <w:rFonts w:eastAsia="Helvetica" w:cs="Helvetica"/>
          <w:szCs w:val="21"/>
        </w:rPr>
        <w:t xml:space="preserve"> - obuhvata parcelu br. 8-1 površine 6,930 m² (69 ari 30 m²), po kulturi livada 3. klase, u K</w:t>
      </w:r>
      <w:r w:rsidR="00F4118C">
        <w:rPr>
          <w:rFonts w:eastAsia="Helvetica" w:cs="Helvetica"/>
          <w:szCs w:val="21"/>
        </w:rPr>
        <w:t>Z</w:t>
      </w:r>
      <w:r w:rsidR="0084657B">
        <w:rPr>
          <w:rFonts w:eastAsia="Helvetica" w:cs="Helvetica"/>
          <w:szCs w:val="21"/>
        </w:rPr>
        <w:t xml:space="preserve"> Budisavci, Klina. Imovina ima pristup javnom putu.</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45D4EE91" w14:textId="77777777">
        <w:trPr>
          <w:cantSplit/>
          <w:jc w:val="center"/>
        </w:trPr>
        <w:tc>
          <w:tcPr>
            <w:tcW w:w="3026" w:type="dxa"/>
            <w:vAlign w:val="center"/>
          </w:tcPr>
          <w:p w14:paraId="10DB7344"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4DE1C375" w14:textId="77BC4539" w:rsidR="00345441" w:rsidRDefault="0084657B">
            <w:pPr>
              <w:keepNext/>
              <w:jc w:val="center"/>
            </w:pPr>
            <w:r>
              <w:rPr>
                <w:rFonts w:eastAsia="Helvetica" w:cs="Helvetica"/>
                <w:b/>
                <w:szCs w:val="21"/>
              </w:rPr>
              <w:t>Minimalna cena: 144 €/ar</w:t>
            </w:r>
            <w:r w:rsidR="00F4118C">
              <w:rPr>
                <w:rFonts w:eastAsia="Helvetica" w:cs="Helvetica"/>
                <w:b/>
                <w:szCs w:val="21"/>
              </w:rPr>
              <w:t>i</w:t>
            </w:r>
          </w:p>
        </w:tc>
        <w:tc>
          <w:tcPr>
            <w:tcW w:w="3026" w:type="dxa"/>
            <w:vAlign w:val="center"/>
          </w:tcPr>
          <w:p w14:paraId="69142B7B" w14:textId="77777777" w:rsidR="00345441" w:rsidRDefault="0084657B">
            <w:pPr>
              <w:keepNext/>
              <w:jc w:val="center"/>
            </w:pPr>
            <w:r>
              <w:rPr>
                <w:rFonts w:eastAsia="Helvetica" w:cs="Helvetica"/>
                <w:b/>
                <w:szCs w:val="21"/>
              </w:rPr>
              <w:t>Depozit za ponudu: 1,000 €</w:t>
            </w:r>
          </w:p>
        </w:tc>
      </w:tr>
    </w:tbl>
    <w:p w14:paraId="14D10533" w14:textId="77777777" w:rsidR="00345441" w:rsidRDefault="0084657B">
      <w:pPr>
        <w:keepLines/>
        <w:spacing w:after="280" w:line="218" w:lineRule="exact"/>
      </w:pPr>
      <w:r>
        <w:rPr>
          <w:rFonts w:eastAsia="Helvetica" w:cs="Helvetica"/>
          <w:i/>
          <w:iCs/>
          <w:color w:val="333333"/>
          <w:szCs w:val="21"/>
        </w:rPr>
        <w:t>Prethodni nazivi i Fi brojevi: KB Liria, Fi.593-89</w:t>
      </w:r>
    </w:p>
    <w:p w14:paraId="31C124CF" w14:textId="12A6209C" w:rsidR="00345441" w:rsidRDefault="00ED0DBE">
      <w:pPr>
        <w:keepNext/>
        <w:keepLines/>
        <w:jc w:val="both"/>
      </w:pPr>
      <w:hyperlink r:id="rId156" w:tooltip="Otvori memorandum za jedinicu 143" w:history="1">
        <w:r w:rsidR="0084657B">
          <w:rPr>
            <w:rFonts w:eastAsia="Helvetica" w:cs="Helvetica"/>
            <w:b/>
            <w:color w:val="B31E8D"/>
            <w:szCs w:val="21"/>
            <w:u w:val="single"/>
          </w:rPr>
          <w:t>Jedinica br.143: Parcele br. 576-1, 576-2 i 576-3</w:t>
        </w:r>
      </w:hyperlink>
      <w:r w:rsidR="0084657B">
        <w:rPr>
          <w:rFonts w:eastAsia="Helvetica" w:cs="Helvetica"/>
          <w:szCs w:val="21"/>
        </w:rPr>
        <w:t xml:space="preserve"> - obuhvata parcelu br. 576-1 površine 3,717 m², njiva 5. klase; parcelu br. 576-2 površine 1,310 m², livada 5. klase; i parcelu br. 576-3 površine 3,526 m², njiva 5. klase, ukupne površine 8,553 m² (85 ari 53 m²), u K</w:t>
      </w:r>
      <w:r w:rsidR="00F4118C">
        <w:rPr>
          <w:rFonts w:eastAsia="Helvetica" w:cs="Helvetica"/>
          <w:szCs w:val="21"/>
        </w:rPr>
        <w:t>Z</w:t>
      </w:r>
      <w:r w:rsidR="0084657B">
        <w:rPr>
          <w:rFonts w:eastAsia="Helvetica" w:cs="Helvetica"/>
          <w:szCs w:val="21"/>
        </w:rPr>
        <w:t xml:space="preserve"> Štupelj, Klina. Imovina ima pristup javnom putu.</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3BF712DA" w14:textId="77777777">
        <w:trPr>
          <w:cantSplit/>
          <w:jc w:val="center"/>
        </w:trPr>
        <w:tc>
          <w:tcPr>
            <w:tcW w:w="3026" w:type="dxa"/>
            <w:vAlign w:val="center"/>
          </w:tcPr>
          <w:p w14:paraId="59ADE447"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7F1B51C7" w14:textId="21282CA2" w:rsidR="00345441" w:rsidRDefault="0084657B">
            <w:pPr>
              <w:keepNext/>
              <w:jc w:val="center"/>
            </w:pPr>
            <w:r>
              <w:rPr>
                <w:rFonts w:eastAsia="Helvetica" w:cs="Helvetica"/>
                <w:b/>
                <w:szCs w:val="21"/>
              </w:rPr>
              <w:t>Minimalna cena: 1,080 €/ar</w:t>
            </w:r>
            <w:r w:rsidR="00F4118C">
              <w:rPr>
                <w:rFonts w:eastAsia="Helvetica" w:cs="Helvetica"/>
                <w:b/>
                <w:szCs w:val="21"/>
              </w:rPr>
              <w:t>i</w:t>
            </w:r>
          </w:p>
        </w:tc>
        <w:tc>
          <w:tcPr>
            <w:tcW w:w="3026" w:type="dxa"/>
            <w:vAlign w:val="center"/>
          </w:tcPr>
          <w:p w14:paraId="561D4544" w14:textId="77777777" w:rsidR="00345441" w:rsidRDefault="0084657B">
            <w:pPr>
              <w:keepNext/>
              <w:jc w:val="center"/>
            </w:pPr>
            <w:r>
              <w:rPr>
                <w:rFonts w:eastAsia="Helvetica" w:cs="Helvetica"/>
                <w:b/>
                <w:szCs w:val="21"/>
              </w:rPr>
              <w:t>Depozit za ponudu: 9,000 €</w:t>
            </w:r>
          </w:p>
        </w:tc>
      </w:tr>
    </w:tbl>
    <w:p w14:paraId="109B042C" w14:textId="77777777" w:rsidR="00345441" w:rsidRDefault="0084657B">
      <w:pPr>
        <w:keepLines/>
        <w:spacing w:after="280" w:line="218" w:lineRule="exact"/>
      </w:pPr>
      <w:r>
        <w:rPr>
          <w:rFonts w:eastAsia="Helvetica" w:cs="Helvetica"/>
          <w:i/>
          <w:iCs/>
          <w:color w:val="333333"/>
          <w:szCs w:val="21"/>
        </w:rPr>
        <w:t>Prethodni nazivi i Fi brojevi: KB Shtupel, Fi.170-91</w:t>
      </w:r>
    </w:p>
    <w:p w14:paraId="25FBD0B2" w14:textId="0A3DB9B2" w:rsidR="00345441" w:rsidRDefault="00ED0DBE">
      <w:pPr>
        <w:keepNext/>
        <w:keepLines/>
        <w:jc w:val="both"/>
      </w:pPr>
      <w:hyperlink r:id="rId157" w:tooltip="Otvori memorandum za jedinicu 144" w:history="1">
        <w:r w:rsidR="0084657B">
          <w:rPr>
            <w:rFonts w:eastAsia="Helvetica" w:cs="Helvetica"/>
            <w:b/>
            <w:color w:val="B31E8D"/>
            <w:szCs w:val="21"/>
            <w:u w:val="single"/>
          </w:rPr>
          <w:t>Jedinica br.144: Parcele br. 1340-1, 1340-2 i 1340-3 u K</w:t>
        </w:r>
        <w:r w:rsidR="00F4118C">
          <w:rPr>
            <w:rFonts w:eastAsia="Helvetica" w:cs="Helvetica"/>
            <w:b/>
            <w:color w:val="B31E8D"/>
            <w:szCs w:val="21"/>
            <w:u w:val="single"/>
          </w:rPr>
          <w:t>Z</w:t>
        </w:r>
        <w:r w:rsidR="0084657B">
          <w:rPr>
            <w:rFonts w:eastAsia="Helvetica" w:cs="Helvetica"/>
            <w:b/>
            <w:color w:val="B31E8D"/>
            <w:szCs w:val="21"/>
            <w:u w:val="single"/>
          </w:rPr>
          <w:t xml:space="preserve"> Sušica</w:t>
        </w:r>
      </w:hyperlink>
      <w:r w:rsidR="0084657B">
        <w:rPr>
          <w:rFonts w:eastAsia="Helvetica" w:cs="Helvetica"/>
          <w:szCs w:val="21"/>
        </w:rPr>
        <w:t xml:space="preserve"> - nudi zemljište ukupne površine 2670 m² (26 ari 70 m²), koje obuhvata parcelu br. 1340-1 površine 430 m² (4 ara 30 m²), po kulturi kuća/zgrada/dvorište; parcelu br. 1340-2 površine 1,420 m² (14 ari 20 m²), po kulturi poljoprivredno zemljište – njiva 5. klase; i parcelu br. 1340-3 površine 820 m² (8 ari 20 m²), po kulturi poljoprivredno zemljište – mešoviti voćnjak 4. klase. Parcele nemaju pristup javnom putu.</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1B2596E8" w14:textId="77777777">
        <w:trPr>
          <w:cantSplit/>
          <w:jc w:val="center"/>
        </w:trPr>
        <w:tc>
          <w:tcPr>
            <w:tcW w:w="3026" w:type="dxa"/>
            <w:vAlign w:val="center"/>
          </w:tcPr>
          <w:p w14:paraId="488205CB"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Njiva</w:t>
            </w:r>
          </w:p>
        </w:tc>
        <w:tc>
          <w:tcPr>
            <w:tcW w:w="3026" w:type="dxa"/>
            <w:vAlign w:val="center"/>
          </w:tcPr>
          <w:p w14:paraId="3F252160" w14:textId="7B7F511B" w:rsidR="00345441" w:rsidRDefault="0084657B">
            <w:pPr>
              <w:keepNext/>
              <w:jc w:val="center"/>
            </w:pPr>
            <w:r>
              <w:rPr>
                <w:rFonts w:eastAsia="Helvetica" w:cs="Helvetica"/>
                <w:b/>
                <w:szCs w:val="21"/>
              </w:rPr>
              <w:t>Minimalna cena: 120 €/ar</w:t>
            </w:r>
            <w:r w:rsidR="00F4118C">
              <w:rPr>
                <w:rFonts w:eastAsia="Helvetica" w:cs="Helvetica"/>
                <w:b/>
                <w:szCs w:val="21"/>
              </w:rPr>
              <w:t>i</w:t>
            </w:r>
          </w:p>
        </w:tc>
        <w:tc>
          <w:tcPr>
            <w:tcW w:w="3026" w:type="dxa"/>
            <w:vAlign w:val="center"/>
          </w:tcPr>
          <w:p w14:paraId="0E7E378B" w14:textId="77777777" w:rsidR="00345441" w:rsidRDefault="0084657B">
            <w:pPr>
              <w:keepNext/>
              <w:jc w:val="center"/>
            </w:pPr>
            <w:r>
              <w:rPr>
                <w:rFonts w:eastAsia="Helvetica" w:cs="Helvetica"/>
                <w:b/>
                <w:szCs w:val="21"/>
              </w:rPr>
              <w:t>Depozit za ponudu: 1,000 €</w:t>
            </w:r>
          </w:p>
        </w:tc>
      </w:tr>
    </w:tbl>
    <w:p w14:paraId="0C1AF9BB" w14:textId="77777777" w:rsidR="00345441" w:rsidRDefault="0084657B">
      <w:pPr>
        <w:keepLines/>
        <w:spacing w:after="280" w:line="218" w:lineRule="exact"/>
      </w:pPr>
      <w:r>
        <w:rPr>
          <w:rFonts w:eastAsia="Helvetica" w:cs="Helvetica"/>
          <w:i/>
          <w:iCs/>
          <w:color w:val="333333"/>
          <w:szCs w:val="21"/>
        </w:rPr>
        <w:t>Prethodni nazivi i Fi brojevi: KBI Dubrava, Fi.77-79 Fi.268-89</w:t>
      </w:r>
    </w:p>
    <w:p w14:paraId="01EB3E4C" w14:textId="74FBA89E" w:rsidR="00345441" w:rsidRDefault="00ED0DBE">
      <w:pPr>
        <w:keepNext/>
        <w:keepLines/>
        <w:jc w:val="both"/>
      </w:pPr>
      <w:hyperlink r:id="rId158" w:tooltip="Otvori memorandum za jedinicu 145" w:history="1">
        <w:r w:rsidR="0084657B">
          <w:rPr>
            <w:rFonts w:eastAsia="Helvetica" w:cs="Helvetica"/>
            <w:b/>
            <w:color w:val="B31E8D"/>
            <w:szCs w:val="21"/>
            <w:u w:val="single"/>
          </w:rPr>
          <w:t>Jedinica br.145: Parcela 679-0 u K</w:t>
        </w:r>
        <w:r w:rsidR="00F4118C">
          <w:rPr>
            <w:rFonts w:eastAsia="Helvetica" w:cs="Helvetica"/>
            <w:b/>
            <w:color w:val="B31E8D"/>
            <w:szCs w:val="21"/>
            <w:u w:val="single"/>
          </w:rPr>
          <w:t>Z</w:t>
        </w:r>
        <w:r w:rsidR="0084657B">
          <w:rPr>
            <w:rFonts w:eastAsia="Helvetica" w:cs="Helvetica"/>
            <w:b/>
            <w:color w:val="B31E8D"/>
            <w:szCs w:val="21"/>
            <w:u w:val="single"/>
          </w:rPr>
          <w:t xml:space="preserve"> Orobrdo</w:t>
        </w:r>
      </w:hyperlink>
      <w:r w:rsidR="0084657B">
        <w:rPr>
          <w:rFonts w:eastAsia="Helvetica" w:cs="Helvetica"/>
          <w:szCs w:val="21"/>
        </w:rPr>
        <w:t xml:space="preserve"> - obuhvata parcelu br. 679-0 površine 40 m², po kulturi građevinsko zemljište/kuća-zgrada, u K</w:t>
      </w:r>
      <w:r w:rsidR="00F4118C">
        <w:rPr>
          <w:rFonts w:eastAsia="Helvetica" w:cs="Helvetica"/>
          <w:szCs w:val="21"/>
        </w:rPr>
        <w:t>Z</w:t>
      </w:r>
      <w:r w:rsidR="0084657B">
        <w:rPr>
          <w:rFonts w:eastAsia="Helvetica" w:cs="Helvetica"/>
          <w:szCs w:val="21"/>
        </w:rPr>
        <w:t xml:space="preserve"> Orobrdo, opština Istok. Parcela nema pristup javnom putu.</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2B464405" w14:textId="77777777">
        <w:trPr>
          <w:cantSplit/>
          <w:jc w:val="center"/>
        </w:trPr>
        <w:tc>
          <w:tcPr>
            <w:tcW w:w="3026" w:type="dxa"/>
            <w:vAlign w:val="center"/>
          </w:tcPr>
          <w:p w14:paraId="38C1A866"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Komercijalna imovina</w:t>
            </w:r>
          </w:p>
        </w:tc>
        <w:tc>
          <w:tcPr>
            <w:tcW w:w="3026" w:type="dxa"/>
            <w:vAlign w:val="center"/>
          </w:tcPr>
          <w:p w14:paraId="78663323" w14:textId="51A6566C" w:rsidR="00345441" w:rsidRDefault="0084657B">
            <w:pPr>
              <w:keepNext/>
              <w:jc w:val="center"/>
            </w:pPr>
            <w:r>
              <w:rPr>
                <w:rFonts w:eastAsia="Helvetica" w:cs="Helvetica"/>
                <w:b/>
                <w:szCs w:val="21"/>
              </w:rPr>
              <w:t>Minimalna cena: 2,800 €/ar</w:t>
            </w:r>
            <w:r w:rsidR="00F4118C">
              <w:rPr>
                <w:rFonts w:eastAsia="Helvetica" w:cs="Helvetica"/>
                <w:b/>
                <w:szCs w:val="21"/>
              </w:rPr>
              <w:t>i</w:t>
            </w:r>
          </w:p>
        </w:tc>
        <w:tc>
          <w:tcPr>
            <w:tcW w:w="3026" w:type="dxa"/>
            <w:vAlign w:val="center"/>
          </w:tcPr>
          <w:p w14:paraId="03C4ADA5" w14:textId="77777777" w:rsidR="00345441" w:rsidRDefault="0084657B">
            <w:pPr>
              <w:keepNext/>
              <w:jc w:val="center"/>
            </w:pPr>
            <w:r>
              <w:rPr>
                <w:rFonts w:eastAsia="Helvetica" w:cs="Helvetica"/>
                <w:b/>
                <w:szCs w:val="21"/>
              </w:rPr>
              <w:t>Depozit za ponudu: 1,000 €</w:t>
            </w:r>
          </w:p>
        </w:tc>
      </w:tr>
    </w:tbl>
    <w:p w14:paraId="41AC4CAE" w14:textId="77777777" w:rsidR="00345441" w:rsidRDefault="0084657B">
      <w:pPr>
        <w:keepLines/>
        <w:spacing w:after="280" w:line="218" w:lineRule="exact"/>
      </w:pPr>
      <w:r>
        <w:rPr>
          <w:rFonts w:eastAsia="Helvetica" w:cs="Helvetica"/>
          <w:i/>
          <w:iCs/>
          <w:color w:val="333333"/>
          <w:szCs w:val="21"/>
        </w:rPr>
        <w:t>Prethodni nazivi i Fi brojevi: KBI Dubrava, Fi.77-79 Fi.268-89</w:t>
      </w:r>
    </w:p>
    <w:p w14:paraId="0A069963" w14:textId="77777777" w:rsidR="00345441" w:rsidRDefault="00ED0DBE">
      <w:pPr>
        <w:keepNext/>
        <w:keepLines/>
        <w:jc w:val="both"/>
      </w:pPr>
      <w:hyperlink r:id="rId159" w:tooltip="Otvori memorandum za jedinicu 146" w:history="1">
        <w:r w:rsidR="0084657B">
          <w:rPr>
            <w:rFonts w:eastAsia="Helvetica" w:cs="Helvetica"/>
            <w:b/>
            <w:color w:val="B31E8D"/>
            <w:szCs w:val="21"/>
            <w:u w:val="single"/>
          </w:rPr>
          <w:t>Jedinica br.146: Transportna jedinica</w:t>
        </w:r>
      </w:hyperlink>
      <w:r w:rsidR="0084657B">
        <w:rPr>
          <w:rFonts w:eastAsia="Helvetica" w:cs="Helvetica"/>
          <w:szCs w:val="21"/>
        </w:rPr>
        <w:t xml:space="preserve"> - obuhvata objekat transportne jedinice površine 309 m² prema spisku imovine, odnosno 325 m² prema merenjima na terenu. Zemljište ispod objekta nije upisano na ime DP-a i nije uključeno u prodaju. Objekat se nalazi blizu Pivare u Industrijskoj zoni opštine Peć. Ova imovina se koristi na osnovu ugovora o zakupu.</w:t>
      </w:r>
    </w:p>
    <w:tbl>
      <w:tblPr>
        <w:tblW w:w="907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top w:w="10" w:type="dxa"/>
          <w:left w:w="60" w:type="dxa"/>
          <w:bottom w:w="10" w:type="dxa"/>
          <w:right w:w="60" w:type="dxa"/>
        </w:tblCellMar>
        <w:tblLook w:val="04A0" w:firstRow="1" w:lastRow="0" w:firstColumn="1" w:lastColumn="0" w:noHBand="0" w:noVBand="1"/>
      </w:tblPr>
      <w:tblGrid>
        <w:gridCol w:w="3026"/>
        <w:gridCol w:w="3026"/>
        <w:gridCol w:w="3026"/>
      </w:tblGrid>
      <w:tr w:rsidR="00345441" w14:paraId="75E5D3E6" w14:textId="77777777">
        <w:trPr>
          <w:cantSplit/>
          <w:jc w:val="center"/>
        </w:trPr>
        <w:tc>
          <w:tcPr>
            <w:tcW w:w="3026" w:type="dxa"/>
            <w:vAlign w:val="center"/>
          </w:tcPr>
          <w:p w14:paraId="3A372D34" w14:textId="77777777" w:rsidR="00345441" w:rsidRDefault="0084657B">
            <w:pPr>
              <w:keepNext/>
              <w:jc w:val="center"/>
            </w:pPr>
            <w:r>
              <w:rPr>
                <w:rFonts w:eastAsia="Helvetica" w:cs="Helvetica"/>
                <w:b/>
                <w:szCs w:val="21"/>
              </w:rPr>
              <w:t>Kategorija potencijalnog</w:t>
            </w:r>
            <w:r>
              <w:rPr>
                <w:rFonts w:eastAsia="Helvetica" w:cs="Helvetica"/>
                <w:b/>
                <w:szCs w:val="21"/>
              </w:rPr>
              <w:br/>
              <w:t>korišćenja: Objekat</w:t>
            </w:r>
          </w:p>
        </w:tc>
        <w:tc>
          <w:tcPr>
            <w:tcW w:w="3026" w:type="dxa"/>
            <w:vAlign w:val="center"/>
          </w:tcPr>
          <w:p w14:paraId="71CDED3E" w14:textId="77777777" w:rsidR="00345441" w:rsidRDefault="0084657B">
            <w:pPr>
              <w:keepNext/>
              <w:jc w:val="center"/>
            </w:pPr>
            <w:r>
              <w:rPr>
                <w:rFonts w:eastAsia="Helvetica" w:cs="Helvetica"/>
                <w:b/>
                <w:szCs w:val="21"/>
              </w:rPr>
              <w:t>Minimalna cena: 308 €/m²</w:t>
            </w:r>
          </w:p>
        </w:tc>
        <w:tc>
          <w:tcPr>
            <w:tcW w:w="3026" w:type="dxa"/>
            <w:vAlign w:val="center"/>
          </w:tcPr>
          <w:p w14:paraId="04135D10" w14:textId="77777777" w:rsidR="00345441" w:rsidRDefault="0084657B">
            <w:pPr>
              <w:keepNext/>
              <w:jc w:val="center"/>
            </w:pPr>
            <w:r>
              <w:rPr>
                <w:rFonts w:eastAsia="Helvetica" w:cs="Helvetica"/>
                <w:b/>
                <w:szCs w:val="21"/>
              </w:rPr>
              <w:t>Depozit za ponudu: 10,000 €</w:t>
            </w:r>
          </w:p>
        </w:tc>
      </w:tr>
    </w:tbl>
    <w:p w14:paraId="0CFF1B64" w14:textId="77777777" w:rsidR="00345441" w:rsidRDefault="0084657B">
      <w:pPr>
        <w:keepLines/>
        <w:spacing w:after="280" w:line="218" w:lineRule="exact"/>
      </w:pPr>
      <w:r>
        <w:rPr>
          <w:rFonts w:eastAsia="Helvetica" w:cs="Helvetica"/>
          <w:i/>
          <w:iCs/>
          <w:color w:val="333333"/>
          <w:szCs w:val="21"/>
        </w:rPr>
        <w:t>Prethodni nazivi i Fi brojevi: Fabrika e Birrës, Fi 521/89</w:t>
      </w:r>
    </w:p>
    <w:p w14:paraId="31CA701E" w14:textId="77777777" w:rsidR="00345441" w:rsidRDefault="0084657B">
      <w:pPr>
        <w:keepNext/>
        <w:keepLines/>
        <w:spacing w:before="40" w:after="160"/>
        <w:jc w:val="center"/>
      </w:pPr>
      <w:r>
        <w:rPr>
          <w:rFonts w:eastAsia="Helvetica" w:cs="Helvetica"/>
          <w:b/>
          <w:color w:val="333333"/>
          <w:szCs w:val="21"/>
        </w:rPr>
        <w:t>Tačne površine za sve jedinice možete pronaći u Konačnom informativnom memorandumu.</w:t>
      </w:r>
    </w:p>
    <w:p w14:paraId="3E3C0FDB" w14:textId="77777777" w:rsidR="00345441" w:rsidRDefault="0084657B">
      <w:pPr>
        <w:keepNext/>
        <w:keepLines/>
        <w:spacing w:line="218" w:lineRule="exact"/>
        <w:jc w:val="center"/>
      </w:pPr>
      <w:r>
        <w:rPr>
          <w:rFonts w:eastAsia="Helvetica" w:cs="Helvetica"/>
          <w:i/>
          <w:color w:val="333333"/>
          <w:szCs w:val="21"/>
        </w:rPr>
        <w:t>Potencijalni investitori se podstiču da kontaktiraju Kosovsku agenciju za privatizaciju (KAP) radi pribavljanja tenderske dokumentacije. Oni koji žele da podnesu ponudu moraju se osloniti na sopstvena istraživanja. Potencijalnim investitorima se savetuje da sami provere podatke pre podnošenja bilo kakve ponude ili predloga na tenderu.</w:t>
      </w:r>
    </w:p>
    <w:p w14:paraId="2139200C" w14:textId="77777777" w:rsidR="00345441" w:rsidRDefault="0084657B">
      <w:pPr>
        <w:keepNext/>
        <w:keepLines/>
        <w:spacing w:before="210" w:line="218" w:lineRule="exact"/>
        <w:jc w:val="center"/>
      </w:pPr>
      <w:r>
        <w:rPr>
          <w:rFonts w:eastAsia="Helvetica" w:cs="Helvetica"/>
          <w:i/>
          <w:szCs w:val="21"/>
        </w:rPr>
        <w:t>Informacije date u ovoj publikaciji mogu sadržati netačnosti, propuste ili štamparske greške za koje Kosovska agencija za privatizaciju neće ni na koji način biti odgovorna, niti će prihvatiti odgovornost u vezi sa njihovom upotrebom, važnošću, tačnošću, potpunošću ili pouzdanošću, bez obzira na njihovu prirodu.</w:t>
      </w:r>
    </w:p>
    <w:sectPr w:rsidR="00345441" w:rsidSect="00034616">
      <w:headerReference w:type="default" r:id="rId160"/>
      <w:footerReference w:type="default" r:id="rId161"/>
      <w:pgSz w:w="11906" w:h="16838"/>
      <w:pgMar w:top="1194" w:right="1388" w:bottom="1440" w:left="1440" w:header="400" w:footer="99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8BD76" w14:textId="77777777" w:rsidR="0053073C" w:rsidRDefault="0053073C">
      <w:pPr>
        <w:spacing w:line="240" w:lineRule="auto"/>
      </w:pPr>
      <w:r>
        <w:separator/>
      </w:r>
    </w:p>
  </w:endnote>
  <w:endnote w:type="continuationSeparator" w:id="0">
    <w:p w14:paraId="04F8B3EA" w14:textId="77777777" w:rsidR="0053073C" w:rsidRDefault="005307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8B216" w14:textId="2F8A8EBA" w:rsidR="0021560A" w:rsidRDefault="0021560A">
    <w:pPr>
      <w:pStyle w:val="Footer"/>
      <w:spacing w:line="269" w:lineRule="exact"/>
      <w:jc w:val="right"/>
    </w:pPr>
    <w:r>
      <w:fldChar w:fldCharType="begin"/>
    </w:r>
    <w:r>
      <w:instrText>PAGE</w:instrText>
    </w:r>
    <w:r>
      <w:fldChar w:fldCharType="separate"/>
    </w:r>
    <w:r w:rsidR="00A54F8A">
      <w:rPr>
        <w:noProof/>
      </w:rPr>
      <w:t>15</w:t>
    </w:r>
    <w:r>
      <w:rPr>
        <w:rFonts w:eastAsia="Helvetica" w:cs="Helvetica"/>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CD0D7" w14:textId="77777777" w:rsidR="0053073C" w:rsidRDefault="0053073C">
      <w:pPr>
        <w:spacing w:line="240" w:lineRule="auto"/>
      </w:pPr>
      <w:r>
        <w:separator/>
      </w:r>
    </w:p>
  </w:footnote>
  <w:footnote w:type="continuationSeparator" w:id="0">
    <w:p w14:paraId="507BA332" w14:textId="77777777" w:rsidR="0053073C" w:rsidRDefault="005307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6877B" w14:textId="77777777" w:rsidR="0021560A" w:rsidRDefault="002156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5820"/>
    <w:rsid w:val="0021560A"/>
    <w:rsid w:val="002216EE"/>
    <w:rsid w:val="00240293"/>
    <w:rsid w:val="00245511"/>
    <w:rsid w:val="0024653B"/>
    <w:rsid w:val="00253EE3"/>
    <w:rsid w:val="0029639D"/>
    <w:rsid w:val="002A6888"/>
    <w:rsid w:val="00324E4B"/>
    <w:rsid w:val="00326F90"/>
    <w:rsid w:val="00345441"/>
    <w:rsid w:val="003B7F03"/>
    <w:rsid w:val="003D7B7B"/>
    <w:rsid w:val="003E5484"/>
    <w:rsid w:val="0040478E"/>
    <w:rsid w:val="00466E94"/>
    <w:rsid w:val="004948D7"/>
    <w:rsid w:val="004E7539"/>
    <w:rsid w:val="00507E4A"/>
    <w:rsid w:val="005152A4"/>
    <w:rsid w:val="00526DA4"/>
    <w:rsid w:val="0053073C"/>
    <w:rsid w:val="005E70BE"/>
    <w:rsid w:val="00684E6D"/>
    <w:rsid w:val="006D1777"/>
    <w:rsid w:val="006D40B0"/>
    <w:rsid w:val="006E203D"/>
    <w:rsid w:val="006E7DDE"/>
    <w:rsid w:val="00833B8A"/>
    <w:rsid w:val="0084657B"/>
    <w:rsid w:val="009931C9"/>
    <w:rsid w:val="009C0B42"/>
    <w:rsid w:val="009D6EF6"/>
    <w:rsid w:val="009F0FCA"/>
    <w:rsid w:val="00A54F8A"/>
    <w:rsid w:val="00A81A11"/>
    <w:rsid w:val="00AA1D8D"/>
    <w:rsid w:val="00AC3726"/>
    <w:rsid w:val="00B47730"/>
    <w:rsid w:val="00CB0664"/>
    <w:rsid w:val="00D47021"/>
    <w:rsid w:val="00D655E7"/>
    <w:rsid w:val="00D65851"/>
    <w:rsid w:val="00D830B0"/>
    <w:rsid w:val="00DE72E5"/>
    <w:rsid w:val="00DF607A"/>
    <w:rsid w:val="00E62F4B"/>
    <w:rsid w:val="00E67C28"/>
    <w:rsid w:val="00EB60E0"/>
    <w:rsid w:val="00ED0DBE"/>
    <w:rsid w:val="00F4118C"/>
    <w:rsid w:val="00F90D1E"/>
    <w:rsid w:val="00F973B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2976A2"/>
  <w14:defaultImageDpi w14:val="300"/>
  <w15:docId w15:val="{B1723776-64A3-4EFD-8508-E1BCE04ED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69" w:lineRule="exact"/>
    </w:pPr>
    <w:rPr>
      <w:rFonts w:ascii="Helvetica" w:hAnsi="Helvetica"/>
      <w:color w:val="000000"/>
      <w:sz w:val="21"/>
    </w:rPr>
  </w:style>
  <w:style w:type="paragraph" w:styleId="Heading1">
    <w:name w:val="heading 1"/>
    <w:basedOn w:val="Normal"/>
    <w:next w:val="Normal"/>
    <w:link w:val="Heading1Char"/>
    <w:uiPriority w:val="9"/>
    <w:qFormat/>
    <w:rsid w:val="00FC693F"/>
    <w:pPr>
      <w:keepNext/>
      <w:keepLines/>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rPr>
      <w:rFonts w:ascii="Helvetica" w:hAnsi="Helvetica"/>
      <w:sz w:val="21"/>
    </w:rPr>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rPr>
      <w:rFonts w:ascii="Helvetica" w:hAnsi="Helvetica"/>
      <w:sz w:val="21"/>
    </w:rPr>
  </w:style>
  <w:style w:type="paragraph" w:styleId="NoSpacing">
    <w:name w:val="No Spacing"/>
    <w:uiPriority w:val="1"/>
    <w:qFormat/>
    <w:rsid w:val="00FC693F"/>
    <w:pPr>
      <w:spacing w:after="0" w:line="240" w:lineRule="auto"/>
    </w:pPr>
    <w:rPr>
      <w:rFonts w:ascii="Helvetica" w:hAnsi="Helvetica"/>
      <w:sz w:val="21"/>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1"/>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1"/>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sz w:val="21"/>
    </w:rPr>
  </w:style>
  <w:style w:type="paragraph" w:styleId="Title">
    <w:name w:val="Title"/>
    <w:basedOn w:val="Normal"/>
    <w:next w:val="Normal"/>
    <w:link w:val="TitleChar"/>
    <w:uiPriority w:val="10"/>
    <w:qFormat/>
    <w:rsid w:val="00FC693F"/>
    <w:pPr>
      <w:spacing w:line="240" w:lineRule="auto"/>
      <w:contextualSpacing/>
    </w:pPr>
    <w:rPr>
      <w:rFonts w:asciiTheme="majorHAnsi" w:eastAsiaTheme="majorEastAsia" w:hAnsiTheme="majorHAnsi" w:cstheme="majorBidi"/>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21"/>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1"/>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Helvetica" w:hAnsi="Helvetica"/>
      <w:sz w:val="21"/>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Helvetica" w:hAnsi="Helvetica"/>
      <w:sz w:val="21"/>
    </w:rPr>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rFonts w:ascii="Helvetica" w:hAnsi="Helvetica"/>
      <w:sz w:val="21"/>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Helvetica" w:hAnsi="Helvetica"/>
      <w:sz w:val="21"/>
      <w:szCs w:val="20"/>
    </w:rPr>
  </w:style>
  <w:style w:type="character" w:customStyle="1" w:styleId="MacroTextChar">
    <w:name w:val="Macro Text Char"/>
    <w:basedOn w:val="DefaultParagraphFont"/>
    <w:link w:val="MacroText"/>
    <w:uiPriority w:val="99"/>
    <w:rsid w:val="0029639D"/>
    <w:rPr>
      <w:rFonts w:ascii="Helvetica" w:hAnsi="Helvetica"/>
      <w:sz w:val="21"/>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Helvetica" w:hAnsi="Helvetica"/>
      <w:i/>
      <w:iCs/>
      <w:color w:val="000000" w:themeColor="text1"/>
      <w:sz w:val="2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sz w:val="2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sz w:val="21"/>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sz w:val="21"/>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1"/>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1"/>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rFonts w:ascii="Helvetica" w:hAnsi="Helvetica"/>
      <w:b/>
      <w:bCs/>
      <w:sz w:val="21"/>
    </w:rPr>
  </w:style>
  <w:style w:type="character" w:styleId="Emphasis">
    <w:name w:val="Emphasis"/>
    <w:basedOn w:val="DefaultParagraphFont"/>
    <w:uiPriority w:val="20"/>
    <w:qFormat/>
    <w:rsid w:val="00FC693F"/>
    <w:rPr>
      <w:rFonts w:ascii="Helvetica" w:hAnsi="Helvetica"/>
      <w:i/>
      <w:iCs/>
      <w:sz w:val="21"/>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Helvetica" w:hAnsi="Helvetica"/>
      <w:b/>
      <w:bCs/>
      <w:i/>
      <w:iCs/>
      <w:color w:val="4F81BD" w:themeColor="accent1"/>
      <w:sz w:val="21"/>
    </w:rPr>
  </w:style>
  <w:style w:type="character" w:styleId="SubtleEmphasis">
    <w:name w:val="Subtle Emphasis"/>
    <w:basedOn w:val="DefaultParagraphFont"/>
    <w:uiPriority w:val="19"/>
    <w:qFormat/>
    <w:rsid w:val="00FC693F"/>
    <w:rPr>
      <w:rFonts w:ascii="Helvetica" w:hAnsi="Helvetica"/>
      <w:i/>
      <w:iCs/>
      <w:color w:val="808080" w:themeColor="text1" w:themeTint="7F"/>
      <w:sz w:val="21"/>
    </w:rPr>
  </w:style>
  <w:style w:type="character" w:styleId="IntenseEmphasis">
    <w:name w:val="Intense Emphasis"/>
    <w:basedOn w:val="DefaultParagraphFont"/>
    <w:uiPriority w:val="21"/>
    <w:qFormat/>
    <w:rsid w:val="00FC693F"/>
    <w:rPr>
      <w:rFonts w:ascii="Helvetica" w:hAnsi="Helvetica"/>
      <w:b/>
      <w:bCs/>
      <w:i/>
      <w:iCs/>
      <w:color w:val="4F81BD" w:themeColor="accent1"/>
      <w:sz w:val="21"/>
    </w:rPr>
  </w:style>
  <w:style w:type="character" w:styleId="SubtleReference">
    <w:name w:val="Subtle Reference"/>
    <w:basedOn w:val="DefaultParagraphFont"/>
    <w:uiPriority w:val="31"/>
    <w:qFormat/>
    <w:rsid w:val="00FC693F"/>
    <w:rPr>
      <w:rFonts w:ascii="Helvetica" w:hAnsi="Helvetica"/>
      <w:smallCaps/>
      <w:color w:val="C0504D" w:themeColor="accent2"/>
      <w:sz w:val="21"/>
      <w:u w:val="single"/>
    </w:rPr>
  </w:style>
  <w:style w:type="character" w:styleId="IntenseReference">
    <w:name w:val="Intense Reference"/>
    <w:basedOn w:val="DefaultParagraphFont"/>
    <w:uiPriority w:val="32"/>
    <w:qFormat/>
    <w:rsid w:val="00FC693F"/>
    <w:rPr>
      <w:rFonts w:ascii="Helvetica" w:hAnsi="Helvetica"/>
      <w:b/>
      <w:bCs/>
      <w:smallCaps/>
      <w:color w:val="C0504D" w:themeColor="accent2"/>
      <w:spacing w:val="5"/>
      <w:sz w:val="21"/>
      <w:u w:val="single"/>
    </w:rPr>
  </w:style>
  <w:style w:type="character" w:styleId="BookTitle">
    <w:name w:val="Book Title"/>
    <w:basedOn w:val="DefaultParagraphFont"/>
    <w:uiPriority w:val="33"/>
    <w:qFormat/>
    <w:rsid w:val="00FC693F"/>
    <w:rPr>
      <w:rFonts w:ascii="Helvetica" w:hAnsi="Helvetica"/>
      <w:b/>
      <w:bCs/>
      <w:smallCaps/>
      <w:spacing w:val="5"/>
      <w:sz w:val="21"/>
    </w:rPr>
  </w:style>
  <w:style w:type="paragraph" w:styleId="TOCHeading">
    <w:name w:val="TOC Heading"/>
    <w:basedOn w:val="Heading1"/>
    <w:next w:val="Normal"/>
    <w:uiPriority w:val="39"/>
    <w:semiHidden/>
    <w:unhideWhenUsed/>
    <w:qFormat/>
    <w:rsid w:val="00FC693F"/>
    <w:pPr>
      <w:outlineLvl w:val="9"/>
    </w:pPr>
    <w:rPr>
      <w:rFonts w:ascii="Helvetica" w:hAnsi="Helvetica"/>
    </w:rPr>
  </w:style>
  <w:style w:type="table" w:styleId="TableGrid">
    <w:name w:val="Table Grid"/>
    <w:basedOn w:val="TableNormal"/>
    <w:uiPriority w:val="59"/>
    <w:rsid w:val="00FC693F"/>
    <w:pPr>
      <w:spacing w:after="0" w:line="240" w:lineRule="auto"/>
    </w:pPr>
    <w:rPr>
      <w:rFonts w:ascii="Helvetica" w:hAnsi="Helvetica"/>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Helvetica" w:hAnsi="Helvetica"/>
      <w:color w:val="000000" w:themeColor="text1" w:themeShade="BF"/>
      <w:sz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Helvetica" w:hAnsi="Helvetica"/>
      <w:color w:val="365F91" w:themeColor="accent1" w:themeShade="BF"/>
      <w:sz w:val="21"/>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Helvetica" w:hAnsi="Helvetica"/>
      <w:color w:val="943634" w:themeColor="accent2" w:themeShade="BF"/>
      <w:sz w:val="21"/>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Helvetica" w:hAnsi="Helvetica"/>
      <w:color w:val="76923C" w:themeColor="accent3" w:themeShade="BF"/>
      <w:sz w:val="21"/>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Helvetica" w:hAnsi="Helvetica"/>
      <w:color w:val="5F497A" w:themeColor="accent4" w:themeShade="BF"/>
      <w:sz w:val="21"/>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Helvetica" w:hAnsi="Helvetica"/>
      <w:color w:val="31849B" w:themeColor="accent5" w:themeShade="BF"/>
      <w:sz w:val="21"/>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Helvetica" w:hAnsi="Helvetica"/>
      <w:color w:val="E36C0A" w:themeColor="accent6" w:themeShade="BF"/>
      <w:sz w:val="21"/>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Helvetica" w:hAnsi="Helvetica"/>
      <w:sz w:val="2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Helvetica" w:hAnsi="Helvetica"/>
      <w:sz w:val="2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Helvetica" w:hAnsi="Helvetica"/>
      <w:sz w:val="2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Helvetica" w:hAnsi="Helvetica"/>
      <w:sz w:val="2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Helvetica" w:hAnsi="Helvetica"/>
      <w:sz w:val="2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Helvetica" w:hAnsi="Helvetica"/>
      <w:sz w:val="2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Helvetica" w:hAnsi="Helvetica"/>
      <w:sz w:val="2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Helvetica" w:hAnsi="Helvetica"/>
      <w:sz w:val="2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Helvetica" w:hAnsi="Helvetica"/>
      <w:sz w:val="2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Helvetica" w:hAnsi="Helvetica"/>
      <w:sz w:val="2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Helvetica" w:hAnsi="Helvetica"/>
      <w:sz w:val="2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Helvetica" w:hAnsi="Helvetica"/>
      <w:sz w:val="2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Helvetica" w:hAnsi="Helvetica"/>
      <w:sz w:val="2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Helvetica" w:hAnsi="Helvetica"/>
      <w:sz w:val="2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Helvetica" w:hAnsi="Helvetica"/>
      <w:sz w:val="21"/>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Helvetica" w:hAnsi="Helvetica"/>
      <w:sz w:val="21"/>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Helvetica" w:hAnsi="Helvetica"/>
      <w:sz w:val="21"/>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Helvetica" w:hAnsi="Helvetica"/>
      <w:sz w:val="21"/>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Helvetica" w:hAnsi="Helvetica"/>
      <w:sz w:val="21"/>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Helvetica" w:hAnsi="Helvetica"/>
      <w:sz w:val="21"/>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Helvetica" w:hAnsi="Helvetica"/>
      <w:sz w:val="21"/>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Helvetica" w:hAnsi="Helvetica"/>
      <w:sz w:val="2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Helvetica" w:hAnsi="Helvetica"/>
      <w:sz w:val="2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Helvetica" w:hAnsi="Helvetica"/>
      <w:sz w:val="2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Helvetica" w:hAnsi="Helvetica"/>
      <w:sz w:val="2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Helvetica" w:hAnsi="Helvetica"/>
      <w:sz w:val="2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Helvetica" w:hAnsi="Helvetica"/>
      <w:sz w:val="2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Helvetica" w:hAnsi="Helvetica"/>
      <w:sz w:val="2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Helvetica" w:hAnsi="Helvetica"/>
      <w:color w:val="000000" w:themeColor="text1"/>
      <w:sz w:val="2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Helvetica" w:hAnsi="Helvetica"/>
      <w:color w:val="000000" w:themeColor="text1"/>
      <w:sz w:val="2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Helvetica" w:hAnsi="Helvetica"/>
      <w:color w:val="000000" w:themeColor="text1"/>
      <w:sz w:val="2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Helvetica" w:hAnsi="Helvetica"/>
      <w:color w:val="000000" w:themeColor="text1"/>
      <w:sz w:val="2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Helvetica" w:hAnsi="Helvetica"/>
      <w:color w:val="000000" w:themeColor="text1"/>
      <w:sz w:val="2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Helvetica" w:hAnsi="Helvetica"/>
      <w:color w:val="000000" w:themeColor="text1"/>
      <w:sz w:val="2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Helvetica" w:hAnsi="Helvetica"/>
      <w:color w:val="000000" w:themeColor="text1"/>
      <w:sz w:val="2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sz w:val="2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sz w:val="2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sz w:val="2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sz w:val="2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sz w:val="2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sz w:val="2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sz w:val="2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Helvetica" w:hAnsi="Helvetica"/>
      <w:sz w:val="21"/>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Helvetica" w:hAnsi="Helvetica"/>
      <w:sz w:val="21"/>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Helvetica" w:hAnsi="Helvetica"/>
      <w:sz w:val="21"/>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Helvetica" w:hAnsi="Helvetica"/>
      <w:sz w:val="21"/>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Helvetica" w:hAnsi="Helvetica"/>
      <w:sz w:val="21"/>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Helvetica" w:hAnsi="Helvetica"/>
      <w:sz w:val="21"/>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Helvetica" w:hAnsi="Helvetica"/>
      <w:sz w:val="21"/>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sz w:val="2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sz w:val="2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sz w:val="2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sz w:val="2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sz w:val="2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sz w:val="2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sz w:val="2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Helvetica" w:hAnsi="Helvetica"/>
      <w:sz w:val="2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Helvetica" w:hAnsi="Helvetica"/>
      <w:sz w:val="2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Helvetica" w:hAnsi="Helvetica"/>
      <w:sz w:val="2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Helvetica" w:hAnsi="Helvetica"/>
      <w:sz w:val="2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Helvetica" w:hAnsi="Helvetica"/>
      <w:sz w:val="2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Helvetica" w:hAnsi="Helvetica"/>
      <w:sz w:val="2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Helvetica" w:hAnsi="Helvetica"/>
      <w:sz w:val="2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Helvetica" w:hAnsi="Helvetica"/>
      <w:color w:val="FFFFFF" w:themeColor="background1"/>
      <w:sz w:val="2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Helvetica" w:hAnsi="Helvetica"/>
      <w:color w:val="FFFFFF" w:themeColor="background1"/>
      <w:sz w:val="2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Helvetica" w:hAnsi="Helvetica"/>
      <w:color w:val="FFFFFF" w:themeColor="background1"/>
      <w:sz w:val="2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Helvetica" w:hAnsi="Helvetica"/>
      <w:color w:val="FFFFFF" w:themeColor="background1"/>
      <w:sz w:val="2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Helvetica" w:hAnsi="Helvetica"/>
      <w:color w:val="FFFFFF" w:themeColor="background1"/>
      <w:sz w:val="2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Helvetica" w:hAnsi="Helvetica"/>
      <w:color w:val="FFFFFF" w:themeColor="background1"/>
      <w:sz w:val="2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Helvetica" w:hAnsi="Helvetica"/>
      <w:color w:val="FFFFFF" w:themeColor="background1"/>
      <w:sz w:val="2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Helvetica" w:hAnsi="Helvetica"/>
      <w:color w:val="000000" w:themeColor="text1"/>
      <w:sz w:val="2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Helvetica" w:hAnsi="Helvetica"/>
      <w:color w:val="000000" w:themeColor="text1"/>
      <w:sz w:val="2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Helvetica" w:hAnsi="Helvetica"/>
      <w:color w:val="000000" w:themeColor="text1"/>
      <w:sz w:val="2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Helvetica" w:hAnsi="Helvetica"/>
      <w:color w:val="000000" w:themeColor="text1"/>
      <w:sz w:val="2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Helvetica" w:hAnsi="Helvetica"/>
      <w:color w:val="000000" w:themeColor="text1"/>
      <w:sz w:val="2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Helvetica" w:hAnsi="Helvetica"/>
      <w:color w:val="000000" w:themeColor="text1"/>
      <w:sz w:val="2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Helvetica" w:hAnsi="Helvetica"/>
      <w:color w:val="000000" w:themeColor="text1"/>
      <w:sz w:val="2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Helvetica" w:hAnsi="Helvetica"/>
      <w:color w:val="000000" w:themeColor="text1"/>
      <w:sz w:val="2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Helvetica" w:hAnsi="Helvetica"/>
      <w:color w:val="000000" w:themeColor="text1"/>
      <w:sz w:val="2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Helvetica" w:hAnsi="Helvetica"/>
      <w:color w:val="000000" w:themeColor="text1"/>
      <w:sz w:val="2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Helvetica" w:hAnsi="Helvetica"/>
      <w:color w:val="000000" w:themeColor="text1"/>
      <w:sz w:val="2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Helvetica" w:hAnsi="Helvetica"/>
      <w:color w:val="000000" w:themeColor="text1"/>
      <w:sz w:val="2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Helvetica" w:hAnsi="Helvetica"/>
      <w:color w:val="000000" w:themeColor="text1"/>
      <w:sz w:val="2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Helvetica" w:hAnsi="Helvetica"/>
      <w:color w:val="000000" w:themeColor="text1"/>
      <w:sz w:val="2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Helvetica" w:hAnsi="Helvetica"/>
      <w:color w:val="000000" w:themeColor="text1"/>
      <w:sz w:val="2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Helvetica" w:hAnsi="Helvetica"/>
      <w:color w:val="000000" w:themeColor="text1"/>
      <w:sz w:val="2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Helvetica" w:hAnsi="Helvetica"/>
      <w:color w:val="000000" w:themeColor="text1"/>
      <w:sz w:val="2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Helvetica" w:hAnsi="Helvetica"/>
      <w:color w:val="000000" w:themeColor="text1"/>
      <w:sz w:val="2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Helvetica" w:hAnsi="Helvetica"/>
      <w:color w:val="000000" w:themeColor="text1"/>
      <w:sz w:val="2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Helvetica" w:hAnsi="Helvetica"/>
      <w:color w:val="000000" w:themeColor="text1"/>
      <w:sz w:val="2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Helvetica" w:hAnsi="Helvetica"/>
      <w:color w:val="000000" w:themeColor="text1"/>
      <w:sz w:val="2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117" Type="http://schemas.openxmlformats.org/officeDocument/2006/relationships/hyperlink" Target="Memorandumet/Nj&#235;sia%20nr.104%20-%20KB%20Ramadan%20Agushi%20Toka%20n&#235;%20Sopotnic&#235;.pdf" TargetMode="External"/><Relationship Id="rId21" Type="http://schemas.openxmlformats.org/officeDocument/2006/relationships/hyperlink" Target="Memorandumet/Nj&#235;sia%20nr.08%20-%20Ratar%20Tok&#235;%20Bujq&#235;sore%20&#199;agllavic&#235;%20-1456-0.pdf" TargetMode="External"/><Relationship Id="rId42" Type="http://schemas.openxmlformats.org/officeDocument/2006/relationships/hyperlink" Target="Memorandumet/Nj&#235;sia%20nr.29%20-%20KB%20Liria%20Tok&#235;%20Bujq&#235;sore%20B&#235;rnic&#235;%20e%20Poshtme%20-%201535-0.pdf" TargetMode="External"/><Relationship Id="rId63" Type="http://schemas.openxmlformats.org/officeDocument/2006/relationships/hyperlink" Target="Memorandumet/Nj&#235;sia%20nr.50%20-%20NSH%20NBI%20Rahoveci%20-%20Parcela%201154-1%20-%20ZK%20Dejn&#235;%20Rahovec.pdf" TargetMode="External"/><Relationship Id="rId84" Type="http://schemas.openxmlformats.org/officeDocument/2006/relationships/hyperlink" Target="Memorandumet/Nj&#235;sia%20nr.71%20-%20Tefik%20&#199;anga%20Toka%20n&#235;%20Busi%20(Lot%2008).pdf" TargetMode="External"/><Relationship Id="rId138" Type="http://schemas.openxmlformats.org/officeDocument/2006/relationships/hyperlink" Target="Memorandumet/Nj&#235;sia%20nr.125%20-%20Produkti%20Toka%20n&#235;%20Broj&#235;%204.pdf" TargetMode="External"/><Relationship Id="rId159" Type="http://schemas.openxmlformats.org/officeDocument/2006/relationships/hyperlink" Target="Memorandumet/Nj&#235;sia%20nr.146%20-%20Njesia%20e%20Transportit.pdf" TargetMode="External"/><Relationship Id="rId107" Type="http://schemas.openxmlformats.org/officeDocument/2006/relationships/hyperlink" Target="Memorandumet/Nj&#235;sia%20nr.94%20-%20NSH%20Pasuria%20Bujqesore%20Toka%20ne%20Prelez%20i%20Muhaxher&#235;ve%20(LOT%20C).pdf" TargetMode="External"/><Relationship Id="rId11" Type="http://schemas.openxmlformats.org/officeDocument/2006/relationships/hyperlink" Target="https://www.pak-ks.org/Page.aspx?id=1,118,585" TargetMode="External"/><Relationship Id="rId32" Type="http://schemas.openxmlformats.org/officeDocument/2006/relationships/hyperlink" Target="Memorandumet/Nj&#235;sia%20nr.19%20-%20KB%20Kosova%20Tok&#235;%20Bujq&#235;sore%20n&#235;%20Gushteric&#235;%20t&#235;%20Poshtme%201313-0.pdf" TargetMode="External"/><Relationship Id="rId53" Type="http://schemas.openxmlformats.org/officeDocument/2006/relationships/hyperlink" Target="Memorandumet/Nj&#235;sia%20nr.40%20-%20NSH%20NB%20Mirusha%20-%20Parcelat%201858-0%20dhe%201879-0%20-%20ZK%20Kijev&#235;%20Malishev&#235;.pdf" TargetMode="External"/><Relationship Id="rId74" Type="http://schemas.openxmlformats.org/officeDocument/2006/relationships/hyperlink" Target="Memorandumet/Nj&#235;sia%20nr.61%20-%20Parcelat%20924-0%20dhe%20925-0-ZK%20Turjak&#235;%20Malishev&#235;.pdf" TargetMode="External"/><Relationship Id="rId128" Type="http://schemas.openxmlformats.org/officeDocument/2006/relationships/hyperlink" Target="Memorandumet/Nj&#235;sia%20nr.115%20-%20Agrokultura%20parcela%20902-0%20Selac.pdf" TargetMode="External"/><Relationship Id="rId149" Type="http://schemas.openxmlformats.org/officeDocument/2006/relationships/hyperlink" Target="Memorandumet/Nj&#235;sia%20nr.136%20-%20Ngastra%2002685-0%20ZK%20Baj&#235;.pdf" TargetMode="External"/><Relationship Id="rId5" Type="http://schemas.openxmlformats.org/officeDocument/2006/relationships/webSettings" Target="webSettings.xml"/><Relationship Id="rId95" Type="http://schemas.openxmlformats.org/officeDocument/2006/relationships/hyperlink" Target="Memorandumet/Nj&#235;sia%20nr.82%20-%20Agromorava%20Toka%20n&#235;%20Pozharan%20(Lot%20F).pdf" TargetMode="External"/><Relationship Id="rId160" Type="http://schemas.openxmlformats.org/officeDocument/2006/relationships/header" Target="header1.xml"/><Relationship Id="rId22" Type="http://schemas.openxmlformats.org/officeDocument/2006/relationships/hyperlink" Target="Memorandumet/Nj&#235;sia%20nr.09%20-%20Ratar%20Tok&#235;%20Bujq&#235;sore%20Llapllasell&#235;%20-288-0.pdf" TargetMode="External"/><Relationship Id="rId43" Type="http://schemas.openxmlformats.org/officeDocument/2006/relationships/hyperlink" Target="Memorandumet/Nj&#235;sia%20nr.30%20-%20KB%20Kosova%20Tok&#235;%20Bujq&#235;sore%20Livagje%20-%20160-0.pdf" TargetMode="External"/><Relationship Id="rId64" Type="http://schemas.openxmlformats.org/officeDocument/2006/relationships/hyperlink" Target="Memorandumet/Nj&#235;sia%20nr.51%20-%20NSh%20NBI%20Rahoveci%20-%20Parcelat%206-0%20dhe%207-0%20-%20ZK%20Poto&#231;an%20i%20Ep&#235;rm%20Rahovec.pdf" TargetMode="External"/><Relationship Id="rId118" Type="http://schemas.openxmlformats.org/officeDocument/2006/relationships/hyperlink" Target="Memorandumet/Nj&#235;sia%20nr.105%20-%20Pasuria%20Bujq&#235;sore%20Toka%20n&#235;%20Rahovic&#235;%20(Lot%2001).pdf" TargetMode="External"/><Relationship Id="rId139" Type="http://schemas.openxmlformats.org/officeDocument/2006/relationships/hyperlink" Target="Memorandumet/Nj&#235;sia%20nr.126%20-%20Parcela%2000028-0%20n&#235;%20Polluzh&#235;.pdf" TargetMode="External"/><Relationship Id="rId85" Type="http://schemas.openxmlformats.org/officeDocument/2006/relationships/hyperlink" Target="Memorandumet/Nj&#235;sia%20nr.72%20-%20Tefik%20&#199;anga%20Toka%20n&#235;%20Busi%20(Lot%2007).pdf" TargetMode="External"/><Relationship Id="rId150" Type="http://schemas.openxmlformats.org/officeDocument/2006/relationships/hyperlink" Target="Memorandumet/Nj&#235;sia%20nr.137%20-%20Ngastrat%202381-0%20dhe%202382-0%20ZK%20Baj&#235;.pdf" TargetMode="External"/><Relationship Id="rId12" Type="http://schemas.openxmlformats.org/officeDocument/2006/relationships/hyperlink" Target="VERSIONI_PER_PRINT_SR.html" TargetMode="External"/><Relationship Id="rId17" Type="http://schemas.openxmlformats.org/officeDocument/2006/relationships/hyperlink" Target="Memorandumet/Nj&#235;sia%20nr.04%20-%20NSH%20Ingeniering%20Asetet%20e%20Luajtshme.pdf" TargetMode="External"/><Relationship Id="rId33" Type="http://schemas.openxmlformats.org/officeDocument/2006/relationships/hyperlink" Target="Memorandumet/Nj&#235;sia%20nr.20%20-%20KB%20Kosova%20Tok&#235;%20Bujq&#235;sore%20n&#235;%20Gushteric&#235;%20t&#235;%20Poshtme%201298-1.pdf" TargetMode="External"/><Relationship Id="rId38" Type="http://schemas.openxmlformats.org/officeDocument/2006/relationships/hyperlink" Target="Memorandumet/Nj&#235;sia%20nr.25%20-%20Ratar%20Tok&#235;%20Bujq&#235;sore%20Hajvali%20918-2.pdf" TargetMode="External"/><Relationship Id="rId59" Type="http://schemas.openxmlformats.org/officeDocument/2006/relationships/hyperlink" Target="Memorandumet/Nj&#235;sia%20nr.46%20-%20NSH%20NBI%20Rahoveci%20-%20Parcela%201491-0%20-%20ZK%20Radost&#235;%20Rahovec.pdf" TargetMode="External"/><Relationship Id="rId103" Type="http://schemas.openxmlformats.org/officeDocument/2006/relationships/hyperlink" Target="Memorandumet/Nj&#235;sia%20nr.90%20-%20K.B%20Morava%20Partesh%20Toka%20n&#235;%20Budrik&#235;%20t&#235;%20Poshtme%20(LOT%20C).pdf" TargetMode="External"/><Relationship Id="rId108" Type="http://schemas.openxmlformats.org/officeDocument/2006/relationships/hyperlink" Target="Memorandumet/Nj&#235;sia%20nr.95%20-%20KB%20Ramadan%20Agushi%20Toka%20n&#235;%20Pustenik%20(Lot%20E).pdf" TargetMode="External"/><Relationship Id="rId124" Type="http://schemas.openxmlformats.org/officeDocument/2006/relationships/hyperlink" Target="Memorandumet/Nj&#235;sia%20nr.111%20-%20NSH%20Agromorava%20-%20Toka%20n&#235;%20Viti%20(Lot%20H).pdf" TargetMode="External"/><Relationship Id="rId129" Type="http://schemas.openxmlformats.org/officeDocument/2006/relationships/hyperlink" Target="Memorandumet/Nj&#235;sia%20nr.116%20-%20Agrokultura%20objekti%20i%20p&#235;rkohsh&#235;m%20n&#235;%20Shipol.pdf" TargetMode="External"/><Relationship Id="rId54" Type="http://schemas.openxmlformats.org/officeDocument/2006/relationships/hyperlink" Target="Memorandumet/Nj&#235;sia%20nr.41%20-%20NSH%20NB%20Mirusha%20-%20Parcela%201994-0%20-%20ZK%20Kijev&#235;%20Malishev&#235;.pdf" TargetMode="External"/><Relationship Id="rId70" Type="http://schemas.openxmlformats.org/officeDocument/2006/relationships/hyperlink" Target="Memorandumet/Nj&#235;sia%20nr.57%20-%20NSh%20NBI%20Rahoveci%20-%20Parcela%20180-0%20-%20ZK%20Vrajak%20Rahovec.pdf" TargetMode="External"/><Relationship Id="rId75" Type="http://schemas.openxmlformats.org/officeDocument/2006/relationships/hyperlink" Target="Memorandumet/Nj&#235;sia%20nr.62%20-%20NSh%20NBI%20Rahoveci%20-%20Parcelat%202044-0%20dhe%20147-0%20-%20ZK%20Ratkoc%20Rahovec.pdf" TargetMode="External"/><Relationship Id="rId91" Type="http://schemas.openxmlformats.org/officeDocument/2006/relationships/hyperlink" Target="Memorandumet/Nj&#235;sia%20nr.78%20-%20Agroprodukti%20Toka%20n&#235;%20Hodec%20(Lot%2002).pdf" TargetMode="External"/><Relationship Id="rId96" Type="http://schemas.openxmlformats.org/officeDocument/2006/relationships/hyperlink" Target="Memorandumet/Nj&#235;sia%20nr.83%20-%20Agromorava%20Toka%20n&#235;%20Gushic&#235;%20(Lot%20A).pdf" TargetMode="External"/><Relationship Id="rId140" Type="http://schemas.openxmlformats.org/officeDocument/2006/relationships/hyperlink" Target="Memorandumet/Nj&#235;sia%20nr.127%20-%20Produkt%20Parcela%2000139-0%20n&#235;%20&#199;itak.pdf" TargetMode="External"/><Relationship Id="rId145" Type="http://schemas.openxmlformats.org/officeDocument/2006/relationships/hyperlink" Target="Memorandumet/Nj&#235;sia%20nr.132%20-%20Tok&#235;%20Bujq&#235;sore%20n&#235;%20Vojnik%20parcelat%20538-0%20dhe%20539-0.pdf" TargetMode="External"/><Relationship Id="rId16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Memorandumet/Nj&#235;sia%20nr.10%20-%20Ratar%20Tok&#235;%20Bujq&#235;sore%20Prishtin&#235;%20-1723-2.pdf" TargetMode="External"/><Relationship Id="rId28" Type="http://schemas.openxmlformats.org/officeDocument/2006/relationships/hyperlink" Target="Memorandumet/Nj&#235;sia%20nr.15%20-%20Ratar%20Tok&#235;%20Bujq&#235;sore%20Llapllasell&#235;%20-1903-1,%201903-2.pdf" TargetMode="External"/><Relationship Id="rId49" Type="http://schemas.openxmlformats.org/officeDocument/2006/relationships/hyperlink" Target="Memorandumet/Nj&#235;sia%20nr.36%20-%20NSH%20Stacioni%20i%20Veterinaris&#235;%20Rahovec%20-%20Asete%20t&#235;%20luajtshme%20-%20dy%20automobila%20Yugo.pdf" TargetMode="External"/><Relationship Id="rId114" Type="http://schemas.openxmlformats.org/officeDocument/2006/relationships/hyperlink" Target="Memorandumet/Nj&#235;sia%20nr.101%20-%20K.B%20Morava%20Partesh%20Toka%20n&#235;%20Partesh%20(LOT%20A).pdf" TargetMode="External"/><Relationship Id="rId119" Type="http://schemas.openxmlformats.org/officeDocument/2006/relationships/hyperlink" Target="Memorandumet/Nj&#235;sia%20nr.106%20-%20K.B%20Zhegra%20Toka%20n&#235;%20Lladov&#235;%20(LOT%20E).pdf" TargetMode="External"/><Relationship Id="rId44" Type="http://schemas.openxmlformats.org/officeDocument/2006/relationships/hyperlink" Target="Memorandumet/Nj&#235;sia%20nr.31%20-%20KB%20Kosova%20Tok&#235;%20Bujq&#235;sore%20Lipjan%20VIII.pdf" TargetMode="External"/><Relationship Id="rId60" Type="http://schemas.openxmlformats.org/officeDocument/2006/relationships/hyperlink" Target="Memorandumet/Nj&#235;sia%20nr.47%20-%20NSH%20NBI%20Rahoveci%20-%20Parcela%201508-0%20-%20ZK%20Radost&#235;%20Rahovec.pdf" TargetMode="External"/><Relationship Id="rId65" Type="http://schemas.openxmlformats.org/officeDocument/2006/relationships/hyperlink" Target="Memorandumet/Nj&#235;sia%20nr.52%20-%20NSh%20NBI%20Rahoveci%20-%20Parcelat%20114-0%20-%20ZK%20Poto&#231;an%20i%20Ep&#235;rm%20Rahovec%20-.pdf" TargetMode="External"/><Relationship Id="rId81" Type="http://schemas.openxmlformats.org/officeDocument/2006/relationships/hyperlink" Target="Memorandumet/Nj&#235;sia%20nr.68%20-%20KB%20Zhivko%20Vasiq%20Toka%20n&#235;%20Domoroc%20(LOT%2003).pdf" TargetMode="External"/><Relationship Id="rId86" Type="http://schemas.openxmlformats.org/officeDocument/2006/relationships/hyperlink" Target="Memorandumet/Nj&#235;sia%20nr.73%20-%20Tefik%20&#199;anga%20Toka%20n&#235;%20Busi%20(Lot%2004).pdf" TargetMode="External"/><Relationship Id="rId130" Type="http://schemas.openxmlformats.org/officeDocument/2006/relationships/hyperlink" Target="Memorandumet/Nj&#235;sia%20nr.117%20-%20Produkt%20Parcela%20453-5%20n&#235;%20ZK%20Polac%20i%20Vjet&#235;r.pdf" TargetMode="External"/><Relationship Id="rId135" Type="http://schemas.openxmlformats.org/officeDocument/2006/relationships/hyperlink" Target="Memorandumet/Nj&#235;sia%20nr.122%20-%20-Depo%20e%20vog&#235;l%20e%20Transkosov&#235;s%20n&#235;%20Zhabar%20t&#235;%20Ep&#235;rm.pdf" TargetMode="External"/><Relationship Id="rId151" Type="http://schemas.openxmlformats.org/officeDocument/2006/relationships/hyperlink" Target="Memorandumet/Nj&#235;sia%20nr.138%20-%20Ngastra%2002023%20ZK%20Baj&#235;%20-.pdf" TargetMode="External"/><Relationship Id="rId156" Type="http://schemas.openxmlformats.org/officeDocument/2006/relationships/hyperlink" Target="Memorandumet/Nj&#235;sia%20nr.143%20-%20Parcelat%20nr.%20576-1,%20576-2%20dhe%20576-3.pdf" TargetMode="External"/><Relationship Id="rId13" Type="http://schemas.openxmlformats.org/officeDocument/2006/relationships/image" Target="media/image1.png"/><Relationship Id="rId18" Type="http://schemas.openxmlformats.org/officeDocument/2006/relationships/hyperlink" Target="Memorandumet/Nj&#235;sia%20nr.05%20-%20Asetet%20e%20Gurethyesit%20Gadime.pdf" TargetMode="External"/><Relationship Id="rId39" Type="http://schemas.openxmlformats.org/officeDocument/2006/relationships/hyperlink" Target="Memorandumet/Nj&#235;sia%20nr.26%20-%20Ratar%20Tok&#235;%20Bujq&#235;sore%20Llapllasell&#235;%20-1342-0.pdf" TargetMode="External"/><Relationship Id="rId109" Type="http://schemas.openxmlformats.org/officeDocument/2006/relationships/hyperlink" Target="Memorandumet/Nj&#235;sia%20nr.96%20-%20Pasuria%20Bujq&#235;sore%20Toka%20n&#235;%20Drenogllav&#235;%20(Lot%2001).pdf" TargetMode="External"/><Relationship Id="rId34" Type="http://schemas.openxmlformats.org/officeDocument/2006/relationships/hyperlink" Target="Memorandumet/Nj&#235;sia%20nr.21%20-%20KB%20Kosova%20Tok&#235;%20Bujq&#235;sore%20n&#235;%20Gushteric&#235;%20t&#235;%20Poshtme%201321-0.pdf" TargetMode="External"/><Relationship Id="rId50" Type="http://schemas.openxmlformats.org/officeDocument/2006/relationships/hyperlink" Target="Memorandumet/Nj&#235;sia%20nr.37%20-%20Sharrprodhimi,%20Shitorja%20n&#235;%20fshatin%20Kuk.pdf" TargetMode="External"/><Relationship Id="rId55" Type="http://schemas.openxmlformats.org/officeDocument/2006/relationships/hyperlink" Target="Memorandumet/Nj&#235;sia%20nr.42%20-%20NSH%20NBI%20Rahoveci%20-%20Parcela%20495-3%20-%20ZK%20X&#235;rx&#235;%20Rahovec.pdf" TargetMode="External"/><Relationship Id="rId76" Type="http://schemas.openxmlformats.org/officeDocument/2006/relationships/hyperlink" Target="Memorandumet/Nj&#235;sia%20nr.63%20-%20NSh%20DLB%20-%20Parcela%207393-0%20-%20ZK%20Prizren.pdf" TargetMode="External"/><Relationship Id="rId97" Type="http://schemas.openxmlformats.org/officeDocument/2006/relationships/hyperlink" Target="Memorandumet/Nj&#235;sia%20nr.84%20-%20Ramadan%20Agushi%20Toka%20n&#235;%20Sadovin&#235;%20t&#235;%20&#199;erkezve%20(Lot%20A)%20-.pdf" TargetMode="External"/><Relationship Id="rId104" Type="http://schemas.openxmlformats.org/officeDocument/2006/relationships/hyperlink" Target="Memorandumet/Nj&#235;sia%20nr.91%20-%20KB%20Zhegra%20Toka%20n&#235;%20Zheg&#235;r%20(LOT%20C).pdf" TargetMode="External"/><Relationship Id="rId120" Type="http://schemas.openxmlformats.org/officeDocument/2006/relationships/hyperlink" Target="Memorandumet/Nj&#235;sia%20nr.107%20-%20K.B%20Zhegra%20Toka%20n&#235;%20Lladov&#235;%20(LOT%2001).pdf" TargetMode="External"/><Relationship Id="rId125" Type="http://schemas.openxmlformats.org/officeDocument/2006/relationships/hyperlink" Target="Memorandumet/Nj&#235;sia%20nr.112%20-%20Agromorava%20Toka%20n&#235;%20Budrik&#235;%20t&#235;%20Ep&#235;rme%20(LOT%20C).pdf" TargetMode="External"/><Relationship Id="rId141" Type="http://schemas.openxmlformats.org/officeDocument/2006/relationships/hyperlink" Target="Memorandumet/Nj&#235;sia%20nr.128%20-%20Ngastra%201064-0%20n&#235;%20ZK%20Klin&#235;%20e%20Ep&#235;rme.pdf" TargetMode="External"/><Relationship Id="rId146" Type="http://schemas.openxmlformats.org/officeDocument/2006/relationships/hyperlink" Target="Memorandumet/Nj&#235;sia%20nr.133%20-%20Drenica%20Parcela%20171-0%20n&#235;%20Sankoc.pdf" TargetMode="External"/><Relationship Id="rId7" Type="http://schemas.openxmlformats.org/officeDocument/2006/relationships/endnotes" Target="endnotes.xml"/><Relationship Id="rId71" Type="http://schemas.openxmlformats.org/officeDocument/2006/relationships/hyperlink" Target="Memorandumet/Nj&#235;sia%20nr.58%20-%20Parcela%20453-0%20-%20ZK%20Turjak&#235;%20Malishev&#235;%20-.pdf" TargetMode="External"/><Relationship Id="rId92" Type="http://schemas.openxmlformats.org/officeDocument/2006/relationships/hyperlink" Target="Memorandumet/Nj&#235;sia%20nr.79%20-%20Tefik%20&#199;anga%20Toka%20n&#235;%20Busi%20(Lot%2005).pdf" TargetMode="External"/><Relationship Id="rId16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Memorandumet/Nj&#235;sia%20nr.16%20-%20KB%20Kosova%20Tok&#235;%20Bujq&#235;sore%20n&#235;%20Lipjan.pdf" TargetMode="External"/><Relationship Id="rId24" Type="http://schemas.openxmlformats.org/officeDocument/2006/relationships/hyperlink" Target="Memorandumet/Nj&#235;sia%20nr.11%20-%20Ratar%20Tok&#235;%20Bujq&#235;sore%20Llapllasell&#235;%20-1777-2.pdf" TargetMode="External"/><Relationship Id="rId40" Type="http://schemas.openxmlformats.org/officeDocument/2006/relationships/hyperlink" Target="Memorandumet/Nj&#235;sia%20nr.27%20-%20Ratar%20Tok&#235;%20Bujq&#235;sore%20&#199;agllavic&#235;%20-%201453-0%20&amp;%201454-0.pdf" TargetMode="External"/><Relationship Id="rId45" Type="http://schemas.openxmlformats.org/officeDocument/2006/relationships/hyperlink" Target="Memorandumet/Nj&#235;sia%20nr.32%20-%20Ratar%20Tok&#235;%20Bujq&#235;sore%20&#199;agllavic&#235;%20772-7.pdf" TargetMode="External"/><Relationship Id="rId66" Type="http://schemas.openxmlformats.org/officeDocument/2006/relationships/hyperlink" Target="Memorandumet/Nj&#235;sia%20nr.53%20-%20NSh%20NBI%20Rahoveci%20-%20Parcelat%20363-0,%20366-0,%20367-0%20dhe%20391-0%20-%20ZK%20Ratkoc%20Rahovec%20-.pdf" TargetMode="External"/><Relationship Id="rId87" Type="http://schemas.openxmlformats.org/officeDocument/2006/relationships/hyperlink" Target="Memorandumet/Nj&#235;sia%20nr.74%20-%20Toka%20ne%20Han%20t&#235;%20Elezit.pdf" TargetMode="External"/><Relationship Id="rId110" Type="http://schemas.openxmlformats.org/officeDocument/2006/relationships/hyperlink" Target="Memorandumet/Nj&#235;sia%20nr.97%20-%20Agromorava%20Toka%20n&#235;%20Sadovin&#235;%20t&#235;%20&#199;erkezve%20(Lot%2001).pdf" TargetMode="External"/><Relationship Id="rId115" Type="http://schemas.openxmlformats.org/officeDocument/2006/relationships/hyperlink" Target="Memorandumet/Nj&#235;sia%20nr.102%20-%20K.B%20Zhegra%20Toka%20n&#235;%20Lladov&#235;%20(LOT%20D).pdf" TargetMode="External"/><Relationship Id="rId131" Type="http://schemas.openxmlformats.org/officeDocument/2006/relationships/hyperlink" Target="Memorandumet/Nj&#235;sia%20nr.118%20-%20Tok&#235;%20Bujq&#235;sore%20n&#235;%20Vitak%20-%20parcela%2056-0.pdf" TargetMode="External"/><Relationship Id="rId136" Type="http://schemas.openxmlformats.org/officeDocument/2006/relationships/hyperlink" Target="Memorandumet/Nj&#235;sia%20nr.123%20-%20Agrokultura%20Depo%20n&#235;%20Bare.pdf" TargetMode="External"/><Relationship Id="rId157" Type="http://schemas.openxmlformats.org/officeDocument/2006/relationships/hyperlink" Target="Memorandumet/Nj&#235;sia%20nr.144%20-%20Parcelat%20nr.1340-1,%201340-2%20dhe%201340-3%20n&#235;%20ZK%20Shushic&#235;.pdf" TargetMode="External"/><Relationship Id="rId61" Type="http://schemas.openxmlformats.org/officeDocument/2006/relationships/hyperlink" Target="Memorandumet/Nj&#235;sia%20nr.48%20-%20NSH%20NBI%20Rahoveci%20-%20Parcelat%201546-0,%201547-0%20dhe%201588-0%20-%20ZK%20Ratkoc%20Rahovec.pdf" TargetMode="External"/><Relationship Id="rId82" Type="http://schemas.openxmlformats.org/officeDocument/2006/relationships/hyperlink" Target="Memorandumet/Nj&#235;sia%20nr.69%20-%20NSH%20IMK%20Toka%20n&#235;%20Shtime%20(Lot%2002).pdf" TargetMode="External"/><Relationship Id="rId152" Type="http://schemas.openxmlformats.org/officeDocument/2006/relationships/hyperlink" Target="Memorandumet/Nj&#235;sia%20nr.139%20-%20Ngastra%2001158-0%20n&#235;%20ZK%20Dubovc.pdf" TargetMode="External"/><Relationship Id="rId19" Type="http://schemas.openxmlformats.org/officeDocument/2006/relationships/hyperlink" Target="Memorandumet/Nj&#235;sia%20nr.06%20-%20KB%20Liria%20Tok&#235;%20Bujq&#235;sore%20n&#235;%20Rimanisht&#235;.pdf" TargetMode="External"/><Relationship Id="rId14" Type="http://schemas.openxmlformats.org/officeDocument/2006/relationships/hyperlink" Target="Memorandumet/Nj&#235;sia%20nr.01%20-%20NSH%20Bankkos%20-%20Lokali%20n&#235;%20De&#231;an.pdf" TargetMode="External"/><Relationship Id="rId30" Type="http://schemas.openxmlformats.org/officeDocument/2006/relationships/hyperlink" Target="Memorandumet/Nj&#235;sia%20nr.17%20-%20KB%20Kosova%20Tok&#235;%20Bujq&#235;sore%20Dobratin%20II.pdf" TargetMode="External"/><Relationship Id="rId35" Type="http://schemas.openxmlformats.org/officeDocument/2006/relationships/hyperlink" Target="Memorandumet/Nj&#235;sia%20nr.22%20-%20KB%20Kosova%20Tok&#235;%20Bujq&#235;sore%20Konjuh%2016-1.pdf" TargetMode="External"/><Relationship Id="rId56" Type="http://schemas.openxmlformats.org/officeDocument/2006/relationships/hyperlink" Target="Memorandumet/Nj&#235;sia%20nr.43%20-%20NBI%20Rahoveci%20-%20Parcela%202148-0%20dhe%202163-0%20-%20ZK%20Ratkoc,%20Rahovec.pdf" TargetMode="External"/><Relationship Id="rId77" Type="http://schemas.openxmlformats.org/officeDocument/2006/relationships/hyperlink" Target="Memorandumet/Nj&#235;sia%20nr.64%20-%20NSh%20DLB%20-%20Parcelat%20635-0%20dhe%20639-0%20-%20ZK%20Atmagj&#235;%20Prizren.pdf" TargetMode="External"/><Relationship Id="rId100" Type="http://schemas.openxmlformats.org/officeDocument/2006/relationships/hyperlink" Target="Memorandumet/Nj&#235;sia%20nr.87%20-%20K.B%20Morava%20Partesh%20Toka%20n&#235;%20Budrik&#235;%20e%20Poshtme%20(LOT%20A).pdf" TargetMode="External"/><Relationship Id="rId105" Type="http://schemas.openxmlformats.org/officeDocument/2006/relationships/hyperlink" Target="Memorandumet/Nj&#235;sia%20nr.92%20-%20Agromorava%20Toka%20n&#235;%20Budrik&#235;%20e%20Ep&#235;rme%20(LOT%20B).pdf" TargetMode="External"/><Relationship Id="rId126" Type="http://schemas.openxmlformats.org/officeDocument/2006/relationships/hyperlink" Target="Memorandumet/Nj&#235;sia%20nr.113%20-%20Agromorava%20Toka%20n&#235;%20Viti%20(Lot%2001).pdf" TargetMode="External"/><Relationship Id="rId147" Type="http://schemas.openxmlformats.org/officeDocument/2006/relationships/hyperlink" Target="Memorandumet/Nj&#235;sia%20nr.134%20-%20Ngastra%2000643-0%20n&#235;%20ZK%20Baj&#235;.pdf" TargetMode="External"/><Relationship Id="rId8" Type="http://schemas.openxmlformats.org/officeDocument/2006/relationships/hyperlink" Target="https://www.pak-ks.org/page.aspx?id=1,72" TargetMode="External"/><Relationship Id="rId51" Type="http://schemas.openxmlformats.org/officeDocument/2006/relationships/hyperlink" Target="Memorandumet/Nj&#235;sia%20nr.38%20-%20Sharrprodhimi,%20Shitorja%20n&#235;%20fshatin%20Ba&#231;k&#235;.pdf" TargetMode="External"/><Relationship Id="rId72" Type="http://schemas.openxmlformats.org/officeDocument/2006/relationships/hyperlink" Target="Memorandumet/Nj&#235;sia%20nr.59%20-%20Parcela%20464-0%20-%20ZK%20Turjak&#235;%20Malishev&#235;.pdf" TargetMode="External"/><Relationship Id="rId93" Type="http://schemas.openxmlformats.org/officeDocument/2006/relationships/hyperlink" Target="Memorandumet/Nj&#235;sia%20nr.80%20-%20Tefik%20&#199;anga%20Toka%20n&#235;%20Busi%20(Lot%2006).pdf" TargetMode="External"/><Relationship Id="rId98" Type="http://schemas.openxmlformats.org/officeDocument/2006/relationships/hyperlink" Target="Memorandumet/Nj&#235;sia%20nr.85%20-%20Agromorava%20Toka%20n&#235;%20Sllatin&#235;%20t&#235;%20Poshtme%20(Lot%20D).pdf" TargetMode="External"/><Relationship Id="rId121" Type="http://schemas.openxmlformats.org/officeDocument/2006/relationships/hyperlink" Target="Memorandumet/Nj&#235;sia%20nr.108%20-%20K.B%20Zhegra%20Toka%20n&#235;%20Zheg&#235;r%20(LOT%2001).pdf" TargetMode="External"/><Relationship Id="rId142" Type="http://schemas.openxmlformats.org/officeDocument/2006/relationships/hyperlink" Target="Memorandumet/Nj&#235;sia%20nr.129%20-%20Produkt%20Parcelat%20984-0%20dhe%20985-0%20n&#235;%20Mak&#235;rmal.pdf" TargetMode="External"/><Relationship Id="rId163" Type="http://schemas.openxmlformats.org/officeDocument/2006/relationships/theme" Target="theme/theme1.xml"/><Relationship Id="rId3" Type="http://schemas.openxmlformats.org/officeDocument/2006/relationships/styles" Target="styles.xml"/><Relationship Id="rId25" Type="http://schemas.openxmlformats.org/officeDocument/2006/relationships/hyperlink" Target="Memorandumet/Nj&#235;sia%20nr.12%20-%20Ratar%20Tok&#235;%20Bujq&#235;sore%20Llapllasell&#235;%20-1787-2.pdf" TargetMode="External"/><Relationship Id="rId46" Type="http://schemas.openxmlformats.org/officeDocument/2006/relationships/hyperlink" Target="Memorandumet/Nj&#235;sia%20nr.33%20-%20Ratar%20Tok&#235;%20Bujq&#235;sore%20&#199;agllavic&#235;%201598-0.pdf" TargetMode="External"/><Relationship Id="rId67" Type="http://schemas.openxmlformats.org/officeDocument/2006/relationships/hyperlink" Target="Memorandumet/Nj&#235;sia%20nr.54%20-%20NSh%20NBI%20Rahoveci%20-%20Parcela%20424-0%20-%20ZK%20Ratkoc%20Rahovec.pdf" TargetMode="External"/><Relationship Id="rId116" Type="http://schemas.openxmlformats.org/officeDocument/2006/relationships/hyperlink" Target="Memorandumet/Nj&#235;sia%20nr.103%20-%20KB%20Ramadan%20Agushi%20Toka%20n&#235;%20Pustenik%20(Lot%20F).pdf" TargetMode="External"/><Relationship Id="rId137" Type="http://schemas.openxmlformats.org/officeDocument/2006/relationships/hyperlink" Target="Memorandumet/Nj&#235;sia%20nr.124%20-%20KB%20Prelluzh&#235;%20Parcela%2000118-0.pdf" TargetMode="External"/><Relationship Id="rId158" Type="http://schemas.openxmlformats.org/officeDocument/2006/relationships/hyperlink" Target="Memorandumet/Nj&#235;sia%20nr.145%20-%20Parcela%20679-0%20n&#235;%20ZK%20Orob&#235;rd.pdf" TargetMode="External"/><Relationship Id="rId20" Type="http://schemas.openxmlformats.org/officeDocument/2006/relationships/hyperlink" Target="Memorandumet/Nj&#235;sia%20nr.07%20-%20Ratar%20Tok&#235;%20Bujq&#235;sore%20&#1194;agllavic&#235;%20XI.pdf" TargetMode="External"/><Relationship Id="rId41" Type="http://schemas.openxmlformats.org/officeDocument/2006/relationships/hyperlink" Target="Memorandumet/Nj&#235;sia%20nr.28%20-%20Ratar%20Tok&#235;%20Bujq&#235;sore%20&#199;agllavic&#235;%20-20.pdf" TargetMode="External"/><Relationship Id="rId62" Type="http://schemas.openxmlformats.org/officeDocument/2006/relationships/hyperlink" Target="Memorandumet/Nj&#235;sia%20nr.49%20-%20NSH%20NBI%20Rahoveci%20-%20Parcela%20495-7%20-%20ZK%20X&#235;rx&#235;%20Rahovec.pdf" TargetMode="External"/><Relationship Id="rId83" Type="http://schemas.openxmlformats.org/officeDocument/2006/relationships/hyperlink" Target="Memorandumet/Nj&#235;sia%20nr.70%20-%20Tefik%20&#199;anga%20Toka%20n&#235;%20Busi%20(Lot%2009).pdf" TargetMode="External"/><Relationship Id="rId88" Type="http://schemas.openxmlformats.org/officeDocument/2006/relationships/hyperlink" Target="Memorandumet/Nj&#235;sia%20nr.75%20-%20KB%20Babushi%20i%20Serb&#235;ve%20-%20Toka%20n&#235;%20Babush%20t&#235;%20Muhaxher&#235;ve%20(Lot%2002).pdf" TargetMode="External"/><Relationship Id="rId111" Type="http://schemas.openxmlformats.org/officeDocument/2006/relationships/hyperlink" Target="Memorandumet/Nj&#235;sia%20nr.98%20-%20Agromorava%20Toka%20n&#235;%20Sadovin&#235;%20t&#235;%20&#199;erkezve%20(Lot%2002).pdf" TargetMode="External"/><Relationship Id="rId132" Type="http://schemas.openxmlformats.org/officeDocument/2006/relationships/hyperlink" Target="Memorandumet/Nj&#235;sia%20nr.119%20-%20Ofi&#231;ina%20dhe%20Garazha%20e%20Transkosov&#235;s%20n&#235;%20Zhabar%20t&#235;%20Ep&#235;rm.pdf" TargetMode="External"/><Relationship Id="rId153" Type="http://schemas.openxmlformats.org/officeDocument/2006/relationships/hyperlink" Target="Memorandumet/Nj&#235;sia%20nr.140%20-%20Ngastra%2001263-0%20n&#235;%20ZK%20Dubovc.pdf" TargetMode="External"/><Relationship Id="rId15" Type="http://schemas.openxmlformats.org/officeDocument/2006/relationships/hyperlink" Target="Memorandumet/Nj&#235;sia%20nr.02%20-%20BVI%20p&#235;r%20Mbrojtjen%20Kund&#235;r%20Bresh&#235;rit%20-%20Lokali%20ne%20Dardani.pdf" TargetMode="External"/><Relationship Id="rId36" Type="http://schemas.openxmlformats.org/officeDocument/2006/relationships/hyperlink" Target="Memorandumet/Nj&#235;sia%20nr.23%20-%20KB%20Kosova%20Tok&#235;%20Bujq&#235;sore%20Banull&#235;%20989-0.pdf" TargetMode="External"/><Relationship Id="rId57" Type="http://schemas.openxmlformats.org/officeDocument/2006/relationships/hyperlink" Target="Memorandumet/Nj&#235;sia%20nr.44%20-%20NSH%20DLB%20-%20Parcela%20646-0%20-%20ZK%20Atmaxh&#235;%20Prizren.pdf" TargetMode="External"/><Relationship Id="rId106" Type="http://schemas.openxmlformats.org/officeDocument/2006/relationships/hyperlink" Target="Memorandumet/Nj&#235;sia%20nr.93%20-%20NSH%20Pasuria%20Bujqesore%20Toka%20ne%20Talinovc%20i%20Muhaxher&#235;ve%20(LOT%20B).pdf" TargetMode="External"/><Relationship Id="rId127" Type="http://schemas.openxmlformats.org/officeDocument/2006/relationships/hyperlink" Target="Memorandumet/Nj&#235;sia%20nr.114%20-%20K.B%20Morava%20Partesh%20Toka%20n&#235;%20Partesh%20(LOT%2001).pdf" TargetMode="External"/><Relationship Id="rId10" Type="http://schemas.openxmlformats.org/officeDocument/2006/relationships/hyperlink" Target="https://www.pak-ks.org/page.aspx?id=1,73" TargetMode="External"/><Relationship Id="rId31" Type="http://schemas.openxmlformats.org/officeDocument/2006/relationships/hyperlink" Target="Memorandumet/Nj&#235;sia%20nr.18%20-%20KB%20Kosova%20Tok&#235;%20Bujq&#235;sore%20n&#235;%20Suhadoll%20833-0.pdf" TargetMode="External"/><Relationship Id="rId52" Type="http://schemas.openxmlformats.org/officeDocument/2006/relationships/hyperlink" Target="Memorandumet/Nj&#235;sia%20nr.39%20-%2025%20Maji,%20Shitorja%20n&#235;%20fshatin%20Kast&#235;rc,%20Suharek&#235;.pdf" TargetMode="External"/><Relationship Id="rId73" Type="http://schemas.openxmlformats.org/officeDocument/2006/relationships/hyperlink" Target="Memorandumet/Nj&#235;sia%20nr.60%20-%20Parcela%20896-0%20-%20ZK%20Turjak&#235;%20Malishev&#235;.pdf" TargetMode="External"/><Relationship Id="rId78" Type="http://schemas.openxmlformats.org/officeDocument/2006/relationships/hyperlink" Target="Memorandumet/Nj&#235;sia%20nr.65%20-%20Parcela%20281-0%20ZK%20Dushanov&#235;%20Prizren.pdf" TargetMode="External"/><Relationship Id="rId94" Type="http://schemas.openxmlformats.org/officeDocument/2006/relationships/hyperlink" Target="Memorandumet/Nj&#235;sia%20nr.81%20-%20KB%20Gllobo&#231;ica%20Toka%20dhe%20Objekti.pdf" TargetMode="External"/><Relationship Id="rId99" Type="http://schemas.openxmlformats.org/officeDocument/2006/relationships/hyperlink" Target="Memorandumet/Nj&#235;sia%20nr.86%20-%20Ramadan%20Agushi%20Toka%20n&#235;%20Rezhanc&#235;%20(Lot%2001).pdf" TargetMode="External"/><Relationship Id="rId101" Type="http://schemas.openxmlformats.org/officeDocument/2006/relationships/hyperlink" Target="Memorandumet/Nj&#235;sia%20nr.88%20-%20K.B%20Zhegra%20Toka%20n&#235;%20Lladov&#235;%20(LOT%20C).pdf" TargetMode="External"/><Relationship Id="rId122" Type="http://schemas.openxmlformats.org/officeDocument/2006/relationships/hyperlink" Target="Memorandumet/Nj&#235;sia%20nr.109%20-%20Agroprodukti%20toka%20n&#235;%20Pan&#231;ell&#235;%20(LOT1).pdf" TargetMode="External"/><Relationship Id="rId143" Type="http://schemas.openxmlformats.org/officeDocument/2006/relationships/hyperlink" Target="Memorandumet/Nj&#235;sia%20nr.130%20-%20Produkt%20Parcelat%201032-2%20dhe%201034-0%20n&#235;%20Mak&#235;rmal.pdf" TargetMode="External"/><Relationship Id="rId148" Type="http://schemas.openxmlformats.org/officeDocument/2006/relationships/hyperlink" Target="Memorandumet/Nj&#235;sia%20nr.135%20-%20Ngastra%2000733-0%20ne%20ZK%20Baj&#235;.pdf" TargetMode="External"/><Relationship Id="rId4" Type="http://schemas.openxmlformats.org/officeDocument/2006/relationships/settings" Target="settings.xml"/><Relationship Id="rId9" Type="http://schemas.openxmlformats.org/officeDocument/2006/relationships/hyperlink" Target="https://www.pak-ks.org/desk/inc/media/00142261-31FE-4F1B-9930-C73FDA9705F5.pdf" TargetMode="External"/><Relationship Id="rId26" Type="http://schemas.openxmlformats.org/officeDocument/2006/relationships/hyperlink" Target="Memorandumet/Nj&#235;sia%20nr.13%20-%20Ratar%20Tok&#235;%20Bujq&#235;sore%20Llapllasell&#235;%20-1815-6.pdf" TargetMode="External"/><Relationship Id="rId47" Type="http://schemas.openxmlformats.org/officeDocument/2006/relationships/hyperlink" Target="Memorandumet/Nj&#235;sia%20nr.34%20-%20Ratar%20Tok&#235;%20Bujq&#235;sore%20Llapllasell&#235;%201338-1%20&amp;%201338-2.pdf" TargetMode="External"/><Relationship Id="rId68" Type="http://schemas.openxmlformats.org/officeDocument/2006/relationships/hyperlink" Target="Memorandumet/Nj&#235;sia%20nr.55%20-%20NSh%20NBI%20Rahoveci%20-%20Parcela%20558-0%20-%20ZK%20Ratkoc%20Rahovec.pdf" TargetMode="External"/><Relationship Id="rId89" Type="http://schemas.openxmlformats.org/officeDocument/2006/relationships/hyperlink" Target="Memorandumet/Nj&#235;sia%20nr.76%20-%20Agrokultura%20Toka%20n&#235;%20Stan&#231;iq%20(Lot%2001).pdf" TargetMode="External"/><Relationship Id="rId112" Type="http://schemas.openxmlformats.org/officeDocument/2006/relationships/hyperlink" Target="Memorandumet/Nj&#235;sia%20nr.99%20-%20Agromorava%20Toka%20n&#235;%20Viti%20(Lot%2002).pdf" TargetMode="External"/><Relationship Id="rId133" Type="http://schemas.openxmlformats.org/officeDocument/2006/relationships/hyperlink" Target="Memorandumet/Nj&#235;sia%20nr.120%20-%20Produkti%20Toka%20n&#235;%20Suhog&#235;rll&#235;%20Parcela%20782-0.pdf" TargetMode="External"/><Relationship Id="rId154" Type="http://schemas.openxmlformats.org/officeDocument/2006/relationships/hyperlink" Target="Memorandumet/Nj&#235;sia%20nr.141%20-%20Parcela%20nr.177-2%20dhe%20177-3%20ZK%20Baic&#235;.pdf" TargetMode="External"/><Relationship Id="rId16" Type="http://schemas.openxmlformats.org/officeDocument/2006/relationships/hyperlink" Target="Memorandumet/Nj&#235;sia%20nr.03%20-%20Magjistrala%20pron&#235;%20e%20luajtshme%20-%20kat&#235;r%20(4)%20kamion&#235;.pdf" TargetMode="External"/><Relationship Id="rId37" Type="http://schemas.openxmlformats.org/officeDocument/2006/relationships/hyperlink" Target="Memorandumet/Nj&#235;sia%20nr.24%20-%20Ratar%20Tok&#235;%20Bujq&#235;sore%20Hajvali%20653-3.pdf" TargetMode="External"/><Relationship Id="rId58" Type="http://schemas.openxmlformats.org/officeDocument/2006/relationships/hyperlink" Target="Memorandumet/Nj&#235;sia%20nr.45%20-%20NSH%20DLB%20-%20Parcela%205770-3%20-%20ZK%20Prizren.pdf" TargetMode="External"/><Relationship Id="rId79" Type="http://schemas.openxmlformats.org/officeDocument/2006/relationships/hyperlink" Target="Memorandumet/Nj&#235;sia%20nr.66%20-%20NSH%20IMK%20Toka%20n&#235;%20Shtime%20(Lot%2001).pdf" TargetMode="External"/><Relationship Id="rId102" Type="http://schemas.openxmlformats.org/officeDocument/2006/relationships/hyperlink" Target="Memorandumet/Nj&#235;sia%20nr.89%20-%20K.B%20Morava%20Partesh%20Toka%20n&#235;%20Budrik&#235;%20t&#235;%20Poshtme%20(LOT%20B).pdf" TargetMode="External"/><Relationship Id="rId123" Type="http://schemas.openxmlformats.org/officeDocument/2006/relationships/hyperlink" Target="Memorandumet/Nj&#235;sia%20nr.110%20-%20NSH%20Agromorava%20-%20Toka%20n&#235;%20Sadovin&#235;%20t&#235;%20&#199;erkez&#235;ve%20(Lot%20J).pdf" TargetMode="External"/><Relationship Id="rId144" Type="http://schemas.openxmlformats.org/officeDocument/2006/relationships/hyperlink" Target="Memorandumet/Nj&#235;sia%20nr.131%20-%20Produkt%20Parcela%20987-0%20n&#235;%20Mak&#235;rmal.pdf" TargetMode="External"/><Relationship Id="rId90" Type="http://schemas.openxmlformats.org/officeDocument/2006/relationships/hyperlink" Target="Memorandumet/Nj&#235;sia%20nr.77%20-%20NSH%20IMK%20Toka%20n&#235;%20Shtime%20(Lot%2003).pdf" TargetMode="External"/><Relationship Id="rId27" Type="http://schemas.openxmlformats.org/officeDocument/2006/relationships/hyperlink" Target="Memorandumet/Nj&#235;sia%20nr.14%20-%20Ratar%20Tok&#235;%20Bujq&#235;sore%20Llapllasell&#235;%20-1699-15.pdf" TargetMode="External"/><Relationship Id="rId48" Type="http://schemas.openxmlformats.org/officeDocument/2006/relationships/hyperlink" Target="Memorandumet/Nj&#235;sia%20nr.35%20-%20Tok&#235;%20Bujq&#235;sore%20n&#235;%20Llug&#235;.pdf" TargetMode="External"/><Relationship Id="rId69" Type="http://schemas.openxmlformats.org/officeDocument/2006/relationships/hyperlink" Target="Memorandumet/Nj&#235;sia%20nr.56%20-%20Parcela%20297%20dhe%20320%20-%20ZK%20Turjak&#235;%20Malishev&#235;.pdf" TargetMode="External"/><Relationship Id="rId113" Type="http://schemas.openxmlformats.org/officeDocument/2006/relationships/hyperlink" Target="Memorandumet/Nj&#235;sia%20nr.100%20-%20Tok&#235;%20n&#235;%20Stan&#231;iq%20(Lot%20A).pdf" TargetMode="External"/><Relationship Id="rId134" Type="http://schemas.openxmlformats.org/officeDocument/2006/relationships/hyperlink" Target="Memorandumet/Nj&#235;sia%20nr.121%20-%20Depo%20e%20vjeter%20e%20Transkosov&#235;s%20n&#235;%20Zhabar%20t&#235;%20Ep&#235;rm.pdf" TargetMode="External"/><Relationship Id="rId80" Type="http://schemas.openxmlformats.org/officeDocument/2006/relationships/hyperlink" Target="Memorandumet/Nj&#235;sia%20nr.67%20-%20Agroprodukti%20Toka%20n&#235;%20Shipashnic&#235;%20t&#235;%20Poshtme%20(Lot%2003).pdf" TargetMode="External"/><Relationship Id="rId155" Type="http://schemas.openxmlformats.org/officeDocument/2006/relationships/hyperlink" Target="Memorandumet/Nj&#235;sia%20nr.142%20-%20Parcela%20nr.%208-1%20ZK%20Budisal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98DEFA-550F-43BD-8260-C519AE482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26</Pages>
  <Words>13063</Words>
  <Characters>74461</Characters>
  <Application>Microsoft Office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Shitja e Aseteve në Likuidim - 76</vt:lpstr>
    </vt:vector>
  </TitlesOfParts>
  <Manager/>
  <Company/>
  <LinksUpToDate>false</LinksUpToDate>
  <CharactersWithSpaces>87350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Shitja e Aseteve në Likuidim - 76</dc:title>
  <dc:subject>Shpallja e shitjes së aseteve në likuidim 76, njësitë 001-010</dc:subject>
  <dc:creator>Agjencia Kosovare e Privatizimit</dc:creator>
  <cp:keywords>AKP, SHAL 76, Shitja e Aseteve në Likuidim</cp:keywords>
  <dc:description/>
  <cp:lastModifiedBy>Nermine Pakashtica</cp:lastModifiedBy>
  <cp:revision>13</cp:revision>
  <dcterms:created xsi:type="dcterms:W3CDTF">2013-12-23T23:15:00Z</dcterms:created>
  <dcterms:modified xsi:type="dcterms:W3CDTF">2026-10-14T13:52:00Z</dcterms:modified>
  <cp:category/>
</cp:coreProperties>
</file>